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7284C" w14:textId="467D5B17" w:rsidR="00DD565D" w:rsidRPr="00DD565D" w:rsidRDefault="00DD565D" w:rsidP="00DD565D">
      <w:pPr>
        <w:spacing w:after="0" w:line="480" w:lineRule="auto"/>
        <w:jc w:val="center"/>
        <w:rPr>
          <w:rFonts w:cs="Times New Roman"/>
          <w:b/>
          <w:bCs/>
          <w:sz w:val="28"/>
          <w:szCs w:val="28"/>
        </w:rPr>
      </w:pPr>
      <w:r w:rsidRPr="00DD565D">
        <w:rPr>
          <w:rFonts w:cs="Times New Roman"/>
          <w:b/>
          <w:bCs/>
          <w:sz w:val="28"/>
          <w:szCs w:val="28"/>
        </w:rPr>
        <w:t>Supplementary Materials</w:t>
      </w:r>
    </w:p>
    <w:p w14:paraId="670550A0" w14:textId="77777777" w:rsidR="00DD565D" w:rsidRDefault="00DD565D" w:rsidP="00DD565D">
      <w:pPr>
        <w:spacing w:after="0" w:line="480" w:lineRule="auto"/>
        <w:jc w:val="both"/>
        <w:rPr>
          <w:rFonts w:cs="Times New Roman"/>
          <w:sz w:val="24"/>
          <w:szCs w:val="24"/>
        </w:rPr>
      </w:pPr>
    </w:p>
    <w:p w14:paraId="30A2ECDB" w14:textId="37E1A861" w:rsidR="00DD565D" w:rsidRDefault="00DD565D" w:rsidP="00DD565D">
      <w:pPr>
        <w:spacing w:after="0" w:line="480" w:lineRule="auto"/>
        <w:jc w:val="both"/>
        <w:rPr>
          <w:rFonts w:cs="Times New Roman"/>
          <w:sz w:val="24"/>
          <w:szCs w:val="24"/>
        </w:rPr>
      </w:pPr>
      <w:r w:rsidRPr="00442A0A">
        <w:rPr>
          <w:rFonts w:cs="Times New Roman"/>
          <w:sz w:val="24"/>
          <w:szCs w:val="24"/>
        </w:rPr>
        <w:t xml:space="preserve">Revealing a complex pattern of song variation in </w:t>
      </w:r>
      <w:proofErr w:type="spellStart"/>
      <w:r w:rsidRPr="00442A0A">
        <w:rPr>
          <w:rFonts w:cs="Times New Roman"/>
          <w:i/>
          <w:iCs/>
          <w:sz w:val="24"/>
          <w:szCs w:val="24"/>
        </w:rPr>
        <w:t>Zonotrichia</w:t>
      </w:r>
      <w:proofErr w:type="spellEnd"/>
      <w:r w:rsidRPr="00442A0A">
        <w:rPr>
          <w:rFonts w:cs="Times New Roman"/>
          <w:i/>
          <w:iCs/>
          <w:sz w:val="24"/>
          <w:szCs w:val="24"/>
        </w:rPr>
        <w:t xml:space="preserve"> capensis australis</w:t>
      </w:r>
      <w:r w:rsidRPr="00442A0A">
        <w:rPr>
          <w:rFonts w:cs="Times New Roman"/>
          <w:sz w:val="24"/>
          <w:szCs w:val="24"/>
        </w:rPr>
        <w:t xml:space="preserve"> in eastern Patagonia</w:t>
      </w:r>
    </w:p>
    <w:p w14:paraId="7565611A" w14:textId="77777777" w:rsidR="00DD565D" w:rsidRDefault="00DD565D" w:rsidP="00DD565D">
      <w:pPr>
        <w:spacing w:after="0" w:line="480" w:lineRule="auto"/>
        <w:jc w:val="both"/>
        <w:rPr>
          <w:rFonts w:cs="Times New Roman"/>
          <w:sz w:val="24"/>
          <w:szCs w:val="24"/>
        </w:rPr>
      </w:pPr>
    </w:p>
    <w:p w14:paraId="4D4B1097" w14:textId="77777777" w:rsidR="00DD565D" w:rsidRPr="001D10B9" w:rsidRDefault="00DD565D" w:rsidP="00DD565D">
      <w:pPr>
        <w:spacing w:after="0" w:line="480" w:lineRule="auto"/>
        <w:jc w:val="both"/>
        <w:rPr>
          <w:rFonts w:cs="Times New Roman"/>
          <w:sz w:val="24"/>
          <w:szCs w:val="24"/>
          <w:vertAlign w:val="superscript"/>
          <w:lang w:val="es-AR"/>
        </w:rPr>
      </w:pPr>
      <w:proofErr w:type="spellStart"/>
      <w:r w:rsidRPr="001D10B9">
        <w:rPr>
          <w:rFonts w:cs="Times New Roman"/>
          <w:sz w:val="24"/>
          <w:szCs w:val="24"/>
          <w:lang w:val="es-AR"/>
        </w:rPr>
        <w:t>Agustin</w:t>
      </w:r>
      <w:proofErr w:type="spellEnd"/>
      <w:r w:rsidRPr="001D10B9">
        <w:rPr>
          <w:rFonts w:cs="Times New Roman"/>
          <w:sz w:val="24"/>
          <w:szCs w:val="24"/>
          <w:lang w:val="es-AR"/>
        </w:rPr>
        <w:t xml:space="preserve"> I. Casale</w:t>
      </w:r>
      <w:r w:rsidRPr="001D10B9">
        <w:rPr>
          <w:rFonts w:cs="Times New Roman"/>
          <w:sz w:val="24"/>
          <w:szCs w:val="24"/>
          <w:vertAlign w:val="superscript"/>
          <w:lang w:val="es-AR"/>
        </w:rPr>
        <w:t>1,2*</w:t>
      </w:r>
      <w:r w:rsidRPr="001D10B9">
        <w:rPr>
          <w:rFonts w:cs="Times New Roman"/>
          <w:sz w:val="24"/>
          <w:szCs w:val="24"/>
          <w:lang w:val="es-AR"/>
        </w:rPr>
        <w:t>, Victoria Blanco</w:t>
      </w:r>
      <w:r w:rsidRPr="001D10B9">
        <w:rPr>
          <w:rFonts w:cs="Times New Roman"/>
          <w:sz w:val="24"/>
          <w:szCs w:val="24"/>
          <w:vertAlign w:val="superscript"/>
          <w:lang w:val="es-AR"/>
        </w:rPr>
        <w:t>1,2</w:t>
      </w:r>
      <w:r w:rsidRPr="001D10B9">
        <w:rPr>
          <w:rFonts w:cs="Times New Roman"/>
          <w:sz w:val="24"/>
          <w:szCs w:val="24"/>
          <w:lang w:val="es-AR"/>
        </w:rPr>
        <w:t>, Pablo D. Lavinia</w:t>
      </w:r>
      <w:r w:rsidRPr="001D10B9">
        <w:rPr>
          <w:rFonts w:cs="Times New Roman"/>
          <w:sz w:val="24"/>
          <w:szCs w:val="24"/>
          <w:vertAlign w:val="superscript"/>
          <w:lang w:val="es-AR"/>
        </w:rPr>
        <w:t>3,4</w:t>
      </w:r>
      <w:r w:rsidRPr="001D10B9">
        <w:rPr>
          <w:rFonts w:cs="Times New Roman"/>
          <w:sz w:val="24"/>
          <w:szCs w:val="24"/>
          <w:lang w:val="es-AR"/>
        </w:rPr>
        <w:t>, Darío A. Lijtmaer</w:t>
      </w:r>
      <w:r w:rsidRPr="001D10B9">
        <w:rPr>
          <w:rFonts w:cs="Times New Roman"/>
          <w:sz w:val="24"/>
          <w:szCs w:val="24"/>
          <w:vertAlign w:val="superscript"/>
          <w:lang w:val="es-AR"/>
        </w:rPr>
        <w:t>1</w:t>
      </w:r>
      <w:r w:rsidRPr="001D10B9">
        <w:rPr>
          <w:rFonts w:cs="Times New Roman"/>
          <w:sz w:val="24"/>
          <w:szCs w:val="24"/>
          <w:lang w:val="es-AR"/>
        </w:rPr>
        <w:t xml:space="preserve"> &amp; Pablo L. Tubaro</w:t>
      </w:r>
      <w:r w:rsidRPr="001D10B9">
        <w:rPr>
          <w:rFonts w:cs="Times New Roman"/>
          <w:sz w:val="24"/>
          <w:szCs w:val="24"/>
          <w:vertAlign w:val="superscript"/>
          <w:lang w:val="es-AR"/>
        </w:rPr>
        <w:t>1</w:t>
      </w:r>
    </w:p>
    <w:p w14:paraId="53C84B4B" w14:textId="77777777" w:rsidR="00DD565D" w:rsidRPr="001D10B9" w:rsidRDefault="00DD565D" w:rsidP="00DD565D">
      <w:pPr>
        <w:spacing w:after="0" w:line="480" w:lineRule="auto"/>
        <w:jc w:val="both"/>
        <w:rPr>
          <w:rFonts w:cs="Times New Roman"/>
          <w:b/>
          <w:bCs/>
          <w:sz w:val="24"/>
          <w:szCs w:val="24"/>
          <w:vertAlign w:val="superscript"/>
          <w:lang w:val="es-AR"/>
        </w:rPr>
      </w:pPr>
    </w:p>
    <w:p w14:paraId="45FD5F4D" w14:textId="77777777" w:rsidR="00DD565D" w:rsidRPr="001D10B9" w:rsidRDefault="00DD565D" w:rsidP="00DD565D">
      <w:pPr>
        <w:spacing w:after="0" w:line="480" w:lineRule="auto"/>
        <w:jc w:val="both"/>
        <w:rPr>
          <w:rFonts w:cs="Times New Roman"/>
          <w:sz w:val="24"/>
          <w:szCs w:val="24"/>
          <w:lang w:val="es-AR"/>
        </w:rPr>
      </w:pPr>
      <w:r w:rsidRPr="001D10B9">
        <w:rPr>
          <w:rFonts w:cs="Times New Roman"/>
          <w:sz w:val="24"/>
          <w:szCs w:val="24"/>
          <w:vertAlign w:val="superscript"/>
          <w:lang w:val="es-AR"/>
        </w:rPr>
        <w:t>1</w:t>
      </w:r>
      <w:r w:rsidRPr="001D10B9">
        <w:rPr>
          <w:rFonts w:cs="Times New Roman"/>
          <w:sz w:val="24"/>
          <w:szCs w:val="24"/>
          <w:lang w:val="es-AR"/>
        </w:rPr>
        <w:t xml:space="preserve">División Ornitología, Museo Argentino de Ciencias Naturales 'Bernardino Rivadavia' (MACN-CONICET). Av. </w:t>
      </w:r>
      <w:r>
        <w:rPr>
          <w:rFonts w:cs="Times New Roman"/>
          <w:sz w:val="24"/>
          <w:szCs w:val="24"/>
          <w:lang w:val="es-AR"/>
        </w:rPr>
        <w:t>Á</w:t>
      </w:r>
      <w:r w:rsidRPr="001D10B9">
        <w:rPr>
          <w:rFonts w:cs="Times New Roman"/>
          <w:sz w:val="24"/>
          <w:szCs w:val="24"/>
          <w:lang w:val="es-AR"/>
        </w:rPr>
        <w:t xml:space="preserve">ngel </w:t>
      </w:r>
      <w:proofErr w:type="spellStart"/>
      <w:r w:rsidRPr="001D10B9">
        <w:rPr>
          <w:rFonts w:cs="Times New Roman"/>
          <w:sz w:val="24"/>
          <w:szCs w:val="24"/>
          <w:lang w:val="es-AR"/>
        </w:rPr>
        <w:t>Gallardo</w:t>
      </w:r>
      <w:proofErr w:type="spellEnd"/>
      <w:r w:rsidRPr="001D10B9">
        <w:rPr>
          <w:rFonts w:cs="Times New Roman"/>
          <w:sz w:val="24"/>
          <w:szCs w:val="24"/>
          <w:lang w:val="es-AR"/>
        </w:rPr>
        <w:t xml:space="preserve"> 470, 1405 CABA, Argentina</w:t>
      </w:r>
    </w:p>
    <w:p w14:paraId="243DEBC2" w14:textId="77777777" w:rsidR="00DD565D" w:rsidRPr="001D10B9" w:rsidRDefault="00DD565D" w:rsidP="00DD565D">
      <w:pPr>
        <w:spacing w:after="0" w:line="480" w:lineRule="auto"/>
        <w:jc w:val="both"/>
        <w:rPr>
          <w:rFonts w:cs="Times New Roman"/>
          <w:sz w:val="24"/>
          <w:szCs w:val="24"/>
          <w:lang w:val="es-AR"/>
        </w:rPr>
      </w:pPr>
      <w:r w:rsidRPr="001D10B9">
        <w:rPr>
          <w:rFonts w:cs="Times New Roman"/>
          <w:sz w:val="24"/>
          <w:szCs w:val="24"/>
          <w:vertAlign w:val="superscript"/>
          <w:lang w:val="es-AR"/>
        </w:rPr>
        <w:t>2</w:t>
      </w:r>
      <w:r w:rsidRPr="001D10B9">
        <w:rPr>
          <w:rFonts w:cs="Times New Roman"/>
          <w:sz w:val="24"/>
          <w:szCs w:val="24"/>
          <w:lang w:val="es-AR"/>
        </w:rPr>
        <w:t>Departamento de Ecología, Genética y Evolución, Facultad de Ciencias Exactas y Naturales, Universidad de Buenos Aires, Buenos Aires, Argentina</w:t>
      </w:r>
    </w:p>
    <w:p w14:paraId="768A42B2" w14:textId="77777777" w:rsidR="00DD565D" w:rsidRPr="001D10B9" w:rsidRDefault="00DD565D" w:rsidP="00DD565D">
      <w:pPr>
        <w:spacing w:after="0" w:line="480" w:lineRule="auto"/>
        <w:jc w:val="both"/>
        <w:rPr>
          <w:rFonts w:cs="Times New Roman"/>
          <w:sz w:val="24"/>
          <w:szCs w:val="24"/>
          <w:lang w:val="es-AR"/>
        </w:rPr>
      </w:pPr>
      <w:r w:rsidRPr="001D10B9">
        <w:rPr>
          <w:rFonts w:cs="Times New Roman"/>
          <w:sz w:val="24"/>
          <w:szCs w:val="24"/>
          <w:vertAlign w:val="superscript"/>
          <w:lang w:val="es-AR"/>
        </w:rPr>
        <w:t>3</w:t>
      </w:r>
      <w:r w:rsidRPr="001D10B9">
        <w:rPr>
          <w:rFonts w:cs="Times New Roman"/>
          <w:sz w:val="24"/>
          <w:szCs w:val="24"/>
          <w:lang w:val="es-AR"/>
        </w:rPr>
        <w:t>Laboratorio de Investigación y Conservación de la Biodiversidad (</w:t>
      </w:r>
      <w:proofErr w:type="spellStart"/>
      <w:r w:rsidRPr="001D10B9">
        <w:rPr>
          <w:rFonts w:cs="Times New Roman"/>
          <w:sz w:val="24"/>
          <w:szCs w:val="24"/>
          <w:lang w:val="es-AR"/>
        </w:rPr>
        <w:t>InCoBIO</w:t>
      </w:r>
      <w:proofErr w:type="spellEnd"/>
      <w:r w:rsidRPr="001D10B9">
        <w:rPr>
          <w:rFonts w:cs="Times New Roman"/>
          <w:sz w:val="24"/>
          <w:szCs w:val="24"/>
          <w:lang w:val="es-AR"/>
        </w:rPr>
        <w:t>), Universidad Nacional de Río Negro (UNRN-CONICET), Sede Atlántica. Viedma, Río Negro, Argentina</w:t>
      </w:r>
    </w:p>
    <w:p w14:paraId="312DA2F9" w14:textId="77777777" w:rsidR="00DD565D" w:rsidRDefault="00DD565D" w:rsidP="00DD565D">
      <w:pPr>
        <w:spacing w:after="0" w:line="480" w:lineRule="auto"/>
        <w:jc w:val="both"/>
        <w:rPr>
          <w:rFonts w:cs="Times New Roman"/>
          <w:sz w:val="24"/>
          <w:szCs w:val="24"/>
        </w:rPr>
      </w:pPr>
      <w:r w:rsidRPr="001D10B9">
        <w:rPr>
          <w:rFonts w:cs="Times New Roman"/>
          <w:sz w:val="24"/>
          <w:szCs w:val="24"/>
          <w:vertAlign w:val="superscript"/>
          <w:lang w:val="es-AR"/>
        </w:rPr>
        <w:t>4</w:t>
      </w:r>
      <w:r w:rsidRPr="001D10B9">
        <w:rPr>
          <w:rFonts w:cs="Times New Roman"/>
          <w:sz w:val="24"/>
          <w:szCs w:val="24"/>
          <w:lang w:val="es-AR"/>
        </w:rPr>
        <w:t xml:space="preserve">CIT Río Negro, Universidad Nacional de Río Negro (UNRN-CONICET), Sede Atlántica. </w:t>
      </w:r>
      <w:proofErr w:type="spellStart"/>
      <w:r>
        <w:rPr>
          <w:rFonts w:cs="Times New Roman"/>
          <w:sz w:val="24"/>
          <w:szCs w:val="24"/>
        </w:rPr>
        <w:t>Viedma</w:t>
      </w:r>
      <w:proofErr w:type="spellEnd"/>
      <w:r>
        <w:rPr>
          <w:rFonts w:cs="Times New Roman"/>
          <w:sz w:val="24"/>
          <w:szCs w:val="24"/>
        </w:rPr>
        <w:t>, Río Negro, Argentina</w:t>
      </w:r>
    </w:p>
    <w:p w14:paraId="3ED1EB1F" w14:textId="77777777" w:rsidR="00DD565D" w:rsidRDefault="00DD565D" w:rsidP="00DD565D">
      <w:pPr>
        <w:spacing w:after="0" w:line="480" w:lineRule="auto"/>
        <w:jc w:val="both"/>
        <w:rPr>
          <w:rFonts w:cs="Times New Roman"/>
          <w:b/>
          <w:bCs/>
          <w:sz w:val="24"/>
          <w:szCs w:val="24"/>
          <w:vertAlign w:val="superscript"/>
        </w:rPr>
      </w:pPr>
    </w:p>
    <w:p w14:paraId="1635D4BD" w14:textId="77777777" w:rsidR="00DD565D" w:rsidRPr="00391D3B" w:rsidRDefault="00DD565D" w:rsidP="00DD565D">
      <w:pPr>
        <w:spacing w:after="0" w:line="480" w:lineRule="auto"/>
        <w:jc w:val="both"/>
        <w:rPr>
          <w:rFonts w:cs="Times New Roman"/>
          <w:sz w:val="24"/>
          <w:szCs w:val="24"/>
        </w:rPr>
      </w:pPr>
      <w:r w:rsidRPr="00391D3B">
        <w:rPr>
          <w:rFonts w:cs="Times New Roman"/>
          <w:sz w:val="24"/>
          <w:szCs w:val="24"/>
          <w:vertAlign w:val="superscript"/>
        </w:rPr>
        <w:t>*</w:t>
      </w:r>
      <w:r w:rsidRPr="00391D3B">
        <w:rPr>
          <w:rFonts w:cs="Times New Roman"/>
          <w:sz w:val="24"/>
          <w:szCs w:val="24"/>
        </w:rPr>
        <w:t>agustinivancasale@gmail.com</w:t>
      </w:r>
    </w:p>
    <w:p w14:paraId="28A72E2B" w14:textId="2F393E98" w:rsidR="00DD565D" w:rsidRDefault="00DD565D">
      <w:pPr>
        <w:rPr>
          <w:b/>
        </w:rPr>
      </w:pPr>
      <w:r>
        <w:rPr>
          <w:b/>
        </w:rPr>
        <w:br w:type="page"/>
      </w:r>
    </w:p>
    <w:p w14:paraId="422321AA" w14:textId="77777777" w:rsidR="00DD565D" w:rsidRDefault="00DD565D">
      <w:pPr>
        <w:rPr>
          <w:b/>
        </w:rPr>
      </w:pPr>
    </w:p>
    <w:p w14:paraId="4E11195C" w14:textId="4C20FD6D" w:rsidR="00540B47" w:rsidRDefault="00A32617">
      <w:r>
        <w:rPr>
          <w:b/>
        </w:rPr>
        <w:t xml:space="preserve">Table S1. </w:t>
      </w:r>
      <w:r>
        <w:t>Metadata for the 486 vocalizations analyzed in this study, deposited in the Colección Nacional de Sonidos Naturales of the Museo Argentino de Ciencias Naturales “Bernardino Rivadavia” (MACN). Catalog numbers correspond to the original audio files; individual songs extracted from the same recording are distinguished by their unique Song ID.</w:t>
      </w:r>
    </w:p>
    <w:tbl>
      <w:tblPr>
        <w:tblStyle w:val="TableGrid"/>
        <w:tblW w:w="0" w:type="auto"/>
        <w:tblLook w:val="04A0" w:firstRow="1" w:lastRow="0" w:firstColumn="1" w:lastColumn="0" w:noHBand="0" w:noVBand="1"/>
      </w:tblPr>
      <w:tblGrid>
        <w:gridCol w:w="942"/>
        <w:gridCol w:w="1156"/>
        <w:gridCol w:w="1126"/>
        <w:gridCol w:w="977"/>
        <w:gridCol w:w="1107"/>
        <w:gridCol w:w="1156"/>
        <w:gridCol w:w="727"/>
        <w:gridCol w:w="1561"/>
      </w:tblGrid>
      <w:tr w:rsidR="00540B47" w14:paraId="50D92E5F" w14:textId="77777777" w:rsidTr="00DD565D">
        <w:trPr>
          <w:tblHeader/>
        </w:trPr>
        <w:tc>
          <w:tcPr>
            <w:tcW w:w="942" w:type="dxa"/>
          </w:tcPr>
          <w:p w14:paraId="0106C228" w14:textId="77777777" w:rsidR="00540B47" w:rsidRDefault="00A32617">
            <w:r>
              <w:rPr>
                <w:b/>
                <w:sz w:val="18"/>
              </w:rPr>
              <w:t>Song ID</w:t>
            </w:r>
          </w:p>
        </w:tc>
        <w:tc>
          <w:tcPr>
            <w:tcW w:w="1156" w:type="dxa"/>
          </w:tcPr>
          <w:p w14:paraId="7B5322F0" w14:textId="77777777" w:rsidR="00540B47" w:rsidRDefault="00A32617">
            <w:r>
              <w:rPr>
                <w:b/>
                <w:sz w:val="18"/>
              </w:rPr>
              <w:t>Repository</w:t>
            </w:r>
          </w:p>
        </w:tc>
        <w:tc>
          <w:tcPr>
            <w:tcW w:w="1126" w:type="dxa"/>
          </w:tcPr>
          <w:p w14:paraId="3F704A0C" w14:textId="77777777" w:rsidR="00540B47" w:rsidRDefault="00A32617">
            <w:r>
              <w:rPr>
                <w:b/>
                <w:sz w:val="18"/>
              </w:rPr>
              <w:t>Species</w:t>
            </w:r>
          </w:p>
        </w:tc>
        <w:tc>
          <w:tcPr>
            <w:tcW w:w="977" w:type="dxa"/>
          </w:tcPr>
          <w:p w14:paraId="51D59349" w14:textId="77777777" w:rsidR="00540B47" w:rsidRDefault="00A32617">
            <w:r>
              <w:rPr>
                <w:b/>
                <w:sz w:val="18"/>
              </w:rPr>
              <w:t>Latitude</w:t>
            </w:r>
          </w:p>
        </w:tc>
        <w:tc>
          <w:tcPr>
            <w:tcW w:w="1107" w:type="dxa"/>
          </w:tcPr>
          <w:p w14:paraId="09804B10" w14:textId="77777777" w:rsidR="00540B47" w:rsidRDefault="00A32617">
            <w:r>
              <w:rPr>
                <w:b/>
                <w:sz w:val="18"/>
              </w:rPr>
              <w:t>Longitude</w:t>
            </w:r>
          </w:p>
        </w:tc>
        <w:tc>
          <w:tcPr>
            <w:tcW w:w="1156" w:type="dxa"/>
          </w:tcPr>
          <w:p w14:paraId="19CC5BBD" w14:textId="77777777" w:rsidR="00540B47" w:rsidRDefault="00A32617">
            <w:r>
              <w:rPr>
                <w:b/>
                <w:sz w:val="18"/>
              </w:rPr>
              <w:t>Date</w:t>
            </w:r>
          </w:p>
        </w:tc>
        <w:tc>
          <w:tcPr>
            <w:tcW w:w="727" w:type="dxa"/>
          </w:tcPr>
          <w:p w14:paraId="4FE81A9B" w14:textId="77777777" w:rsidR="00540B47" w:rsidRDefault="00A32617">
            <w:r>
              <w:rPr>
                <w:b/>
                <w:sz w:val="18"/>
              </w:rPr>
              <w:t>Time</w:t>
            </w:r>
          </w:p>
        </w:tc>
        <w:tc>
          <w:tcPr>
            <w:tcW w:w="1561" w:type="dxa"/>
          </w:tcPr>
          <w:p w14:paraId="165187F3" w14:textId="77777777" w:rsidR="00540B47" w:rsidRDefault="00A32617">
            <w:r>
              <w:rPr>
                <w:b/>
                <w:sz w:val="18"/>
              </w:rPr>
              <w:t>Recordist</w:t>
            </w:r>
          </w:p>
        </w:tc>
      </w:tr>
      <w:tr w:rsidR="00540B47" w14:paraId="223AB701" w14:textId="77777777" w:rsidTr="00DD565D">
        <w:tc>
          <w:tcPr>
            <w:tcW w:w="942" w:type="dxa"/>
          </w:tcPr>
          <w:p w14:paraId="36D4DC16" w14:textId="77777777" w:rsidR="00540B47" w:rsidRDefault="00A32617">
            <w:r>
              <w:rPr>
                <w:sz w:val="18"/>
              </w:rPr>
              <w:t>3482</w:t>
            </w:r>
          </w:p>
        </w:tc>
        <w:tc>
          <w:tcPr>
            <w:tcW w:w="1156" w:type="dxa"/>
          </w:tcPr>
          <w:p w14:paraId="1F0C0F36" w14:textId="77777777" w:rsidR="00540B47" w:rsidRDefault="00A32617">
            <w:r>
              <w:rPr>
                <w:sz w:val="18"/>
              </w:rPr>
              <w:t>MACN</w:t>
            </w:r>
          </w:p>
        </w:tc>
        <w:tc>
          <w:tcPr>
            <w:tcW w:w="1126" w:type="dxa"/>
          </w:tcPr>
          <w:p w14:paraId="2CB04E94" w14:textId="77777777" w:rsidR="00540B47" w:rsidRDefault="00A32617">
            <w:r>
              <w:rPr>
                <w:i/>
                <w:sz w:val="18"/>
              </w:rPr>
              <w:t>Z. capensis</w:t>
            </w:r>
          </w:p>
        </w:tc>
        <w:tc>
          <w:tcPr>
            <w:tcW w:w="977" w:type="dxa"/>
          </w:tcPr>
          <w:p w14:paraId="02C353F1" w14:textId="77777777" w:rsidR="00540B47" w:rsidRDefault="00A32617">
            <w:r>
              <w:rPr>
                <w:sz w:val="18"/>
              </w:rPr>
              <w:t>-42.7842</w:t>
            </w:r>
          </w:p>
        </w:tc>
        <w:tc>
          <w:tcPr>
            <w:tcW w:w="1107" w:type="dxa"/>
          </w:tcPr>
          <w:p w14:paraId="1A7805AB" w14:textId="77777777" w:rsidR="00540B47" w:rsidRDefault="00A32617">
            <w:r>
              <w:rPr>
                <w:sz w:val="18"/>
              </w:rPr>
              <w:t>-65.0101</w:t>
            </w:r>
          </w:p>
        </w:tc>
        <w:tc>
          <w:tcPr>
            <w:tcW w:w="1156" w:type="dxa"/>
          </w:tcPr>
          <w:p w14:paraId="097E1EAF" w14:textId="77777777" w:rsidR="00540B47" w:rsidRDefault="00A32617">
            <w:r>
              <w:rPr>
                <w:sz w:val="18"/>
              </w:rPr>
              <w:t>2022-09-23</w:t>
            </w:r>
          </w:p>
        </w:tc>
        <w:tc>
          <w:tcPr>
            <w:tcW w:w="727" w:type="dxa"/>
          </w:tcPr>
          <w:p w14:paraId="466BD479" w14:textId="77777777" w:rsidR="00540B47" w:rsidRDefault="00A32617">
            <w:r>
              <w:rPr>
                <w:sz w:val="18"/>
              </w:rPr>
              <w:t>---</w:t>
            </w:r>
          </w:p>
        </w:tc>
        <w:tc>
          <w:tcPr>
            <w:tcW w:w="1561" w:type="dxa"/>
          </w:tcPr>
          <w:p w14:paraId="31C308F0" w14:textId="77777777" w:rsidR="00540B47" w:rsidRDefault="00A32617">
            <w:r>
              <w:rPr>
                <w:sz w:val="18"/>
              </w:rPr>
              <w:t>Pablo L. Tubaro</w:t>
            </w:r>
          </w:p>
        </w:tc>
      </w:tr>
      <w:tr w:rsidR="00540B47" w14:paraId="42082434" w14:textId="77777777" w:rsidTr="00DD565D">
        <w:tc>
          <w:tcPr>
            <w:tcW w:w="942" w:type="dxa"/>
          </w:tcPr>
          <w:p w14:paraId="418B76B5" w14:textId="77777777" w:rsidR="00540B47" w:rsidRDefault="00A32617">
            <w:r>
              <w:rPr>
                <w:sz w:val="18"/>
              </w:rPr>
              <w:t>3483</w:t>
            </w:r>
          </w:p>
        </w:tc>
        <w:tc>
          <w:tcPr>
            <w:tcW w:w="1156" w:type="dxa"/>
          </w:tcPr>
          <w:p w14:paraId="1E55D353" w14:textId="77777777" w:rsidR="00540B47" w:rsidRDefault="00A32617">
            <w:r>
              <w:rPr>
                <w:sz w:val="18"/>
              </w:rPr>
              <w:t>MACN</w:t>
            </w:r>
          </w:p>
        </w:tc>
        <w:tc>
          <w:tcPr>
            <w:tcW w:w="1126" w:type="dxa"/>
          </w:tcPr>
          <w:p w14:paraId="5D98DB43" w14:textId="77777777" w:rsidR="00540B47" w:rsidRDefault="00A32617">
            <w:r>
              <w:rPr>
                <w:i/>
                <w:sz w:val="18"/>
              </w:rPr>
              <w:t>Z. capensis</w:t>
            </w:r>
          </w:p>
        </w:tc>
        <w:tc>
          <w:tcPr>
            <w:tcW w:w="977" w:type="dxa"/>
          </w:tcPr>
          <w:p w14:paraId="4C207773" w14:textId="77777777" w:rsidR="00540B47" w:rsidRDefault="00A32617">
            <w:r>
              <w:rPr>
                <w:sz w:val="18"/>
              </w:rPr>
              <w:t>-42.7845</w:t>
            </w:r>
          </w:p>
        </w:tc>
        <w:tc>
          <w:tcPr>
            <w:tcW w:w="1107" w:type="dxa"/>
          </w:tcPr>
          <w:p w14:paraId="14935604" w14:textId="77777777" w:rsidR="00540B47" w:rsidRDefault="00A32617">
            <w:r>
              <w:rPr>
                <w:sz w:val="18"/>
              </w:rPr>
              <w:t>-65.0113</w:t>
            </w:r>
          </w:p>
        </w:tc>
        <w:tc>
          <w:tcPr>
            <w:tcW w:w="1156" w:type="dxa"/>
          </w:tcPr>
          <w:p w14:paraId="735785C2" w14:textId="77777777" w:rsidR="00540B47" w:rsidRDefault="00A32617">
            <w:r>
              <w:rPr>
                <w:sz w:val="18"/>
              </w:rPr>
              <w:t>2022-09-23</w:t>
            </w:r>
          </w:p>
        </w:tc>
        <w:tc>
          <w:tcPr>
            <w:tcW w:w="727" w:type="dxa"/>
          </w:tcPr>
          <w:p w14:paraId="7FB3470D" w14:textId="77777777" w:rsidR="00540B47" w:rsidRDefault="00A32617">
            <w:r>
              <w:rPr>
                <w:sz w:val="18"/>
              </w:rPr>
              <w:t>---</w:t>
            </w:r>
          </w:p>
        </w:tc>
        <w:tc>
          <w:tcPr>
            <w:tcW w:w="1561" w:type="dxa"/>
          </w:tcPr>
          <w:p w14:paraId="1BB9CD5D" w14:textId="77777777" w:rsidR="00540B47" w:rsidRDefault="00A32617">
            <w:r>
              <w:rPr>
                <w:sz w:val="18"/>
              </w:rPr>
              <w:t>Pablo L. Tubaro</w:t>
            </w:r>
          </w:p>
        </w:tc>
      </w:tr>
      <w:tr w:rsidR="00540B47" w14:paraId="69FF93C8" w14:textId="77777777" w:rsidTr="00DD565D">
        <w:tc>
          <w:tcPr>
            <w:tcW w:w="942" w:type="dxa"/>
          </w:tcPr>
          <w:p w14:paraId="4D61BA4D" w14:textId="77777777" w:rsidR="00540B47" w:rsidRDefault="00A32617">
            <w:r>
              <w:rPr>
                <w:sz w:val="18"/>
              </w:rPr>
              <w:t>3484</w:t>
            </w:r>
          </w:p>
        </w:tc>
        <w:tc>
          <w:tcPr>
            <w:tcW w:w="1156" w:type="dxa"/>
          </w:tcPr>
          <w:p w14:paraId="39350CE4" w14:textId="77777777" w:rsidR="00540B47" w:rsidRDefault="00A32617">
            <w:r>
              <w:rPr>
                <w:sz w:val="18"/>
              </w:rPr>
              <w:t>MACN</w:t>
            </w:r>
          </w:p>
        </w:tc>
        <w:tc>
          <w:tcPr>
            <w:tcW w:w="1126" w:type="dxa"/>
          </w:tcPr>
          <w:p w14:paraId="433C5667" w14:textId="77777777" w:rsidR="00540B47" w:rsidRDefault="00A32617">
            <w:r>
              <w:rPr>
                <w:i/>
                <w:sz w:val="18"/>
              </w:rPr>
              <w:t>Z. capensis</w:t>
            </w:r>
          </w:p>
        </w:tc>
        <w:tc>
          <w:tcPr>
            <w:tcW w:w="977" w:type="dxa"/>
          </w:tcPr>
          <w:p w14:paraId="7CCB8382" w14:textId="77777777" w:rsidR="00540B47" w:rsidRDefault="00A32617">
            <w:r>
              <w:rPr>
                <w:sz w:val="18"/>
              </w:rPr>
              <w:t>-42.7840</w:t>
            </w:r>
          </w:p>
        </w:tc>
        <w:tc>
          <w:tcPr>
            <w:tcW w:w="1107" w:type="dxa"/>
          </w:tcPr>
          <w:p w14:paraId="2681071E" w14:textId="77777777" w:rsidR="00540B47" w:rsidRDefault="00A32617">
            <w:r>
              <w:rPr>
                <w:sz w:val="18"/>
              </w:rPr>
              <w:t>-65.0126</w:t>
            </w:r>
          </w:p>
        </w:tc>
        <w:tc>
          <w:tcPr>
            <w:tcW w:w="1156" w:type="dxa"/>
          </w:tcPr>
          <w:p w14:paraId="3EFACB29" w14:textId="77777777" w:rsidR="00540B47" w:rsidRDefault="00A32617">
            <w:r>
              <w:rPr>
                <w:sz w:val="18"/>
              </w:rPr>
              <w:t>2022-09-23</w:t>
            </w:r>
          </w:p>
        </w:tc>
        <w:tc>
          <w:tcPr>
            <w:tcW w:w="727" w:type="dxa"/>
          </w:tcPr>
          <w:p w14:paraId="3650C5C0" w14:textId="77777777" w:rsidR="00540B47" w:rsidRDefault="00A32617">
            <w:r>
              <w:rPr>
                <w:sz w:val="18"/>
              </w:rPr>
              <w:t>---</w:t>
            </w:r>
          </w:p>
        </w:tc>
        <w:tc>
          <w:tcPr>
            <w:tcW w:w="1561" w:type="dxa"/>
          </w:tcPr>
          <w:p w14:paraId="53BF3921" w14:textId="77777777" w:rsidR="00540B47" w:rsidRDefault="00A32617">
            <w:r>
              <w:rPr>
                <w:sz w:val="18"/>
              </w:rPr>
              <w:t>Pablo L. Tubaro</w:t>
            </w:r>
          </w:p>
        </w:tc>
      </w:tr>
      <w:tr w:rsidR="00540B47" w14:paraId="39197374" w14:textId="77777777" w:rsidTr="00DD565D">
        <w:tc>
          <w:tcPr>
            <w:tcW w:w="942" w:type="dxa"/>
          </w:tcPr>
          <w:p w14:paraId="0CD555F9" w14:textId="77777777" w:rsidR="00540B47" w:rsidRDefault="00A32617">
            <w:r>
              <w:rPr>
                <w:sz w:val="18"/>
              </w:rPr>
              <w:t>3485</w:t>
            </w:r>
          </w:p>
        </w:tc>
        <w:tc>
          <w:tcPr>
            <w:tcW w:w="1156" w:type="dxa"/>
          </w:tcPr>
          <w:p w14:paraId="6F4FDDAA" w14:textId="77777777" w:rsidR="00540B47" w:rsidRDefault="00A32617">
            <w:r>
              <w:rPr>
                <w:sz w:val="18"/>
              </w:rPr>
              <w:t>MACN</w:t>
            </w:r>
          </w:p>
        </w:tc>
        <w:tc>
          <w:tcPr>
            <w:tcW w:w="1126" w:type="dxa"/>
          </w:tcPr>
          <w:p w14:paraId="65F7A30A" w14:textId="77777777" w:rsidR="00540B47" w:rsidRDefault="00A32617">
            <w:r>
              <w:rPr>
                <w:i/>
                <w:sz w:val="18"/>
              </w:rPr>
              <w:t>Z. capensis</w:t>
            </w:r>
          </w:p>
        </w:tc>
        <w:tc>
          <w:tcPr>
            <w:tcW w:w="977" w:type="dxa"/>
          </w:tcPr>
          <w:p w14:paraId="6836A034" w14:textId="77777777" w:rsidR="00540B47" w:rsidRDefault="00A32617">
            <w:r>
              <w:rPr>
                <w:sz w:val="18"/>
              </w:rPr>
              <w:t>-42.7840</w:t>
            </w:r>
          </w:p>
        </w:tc>
        <w:tc>
          <w:tcPr>
            <w:tcW w:w="1107" w:type="dxa"/>
          </w:tcPr>
          <w:p w14:paraId="12ACE879" w14:textId="77777777" w:rsidR="00540B47" w:rsidRDefault="00A32617">
            <w:r>
              <w:rPr>
                <w:sz w:val="18"/>
              </w:rPr>
              <w:t>-65.0126</w:t>
            </w:r>
          </w:p>
        </w:tc>
        <w:tc>
          <w:tcPr>
            <w:tcW w:w="1156" w:type="dxa"/>
          </w:tcPr>
          <w:p w14:paraId="0E5F2DEC" w14:textId="77777777" w:rsidR="00540B47" w:rsidRDefault="00A32617">
            <w:r>
              <w:rPr>
                <w:sz w:val="18"/>
              </w:rPr>
              <w:t>2022-09-23</w:t>
            </w:r>
          </w:p>
        </w:tc>
        <w:tc>
          <w:tcPr>
            <w:tcW w:w="727" w:type="dxa"/>
          </w:tcPr>
          <w:p w14:paraId="7471608B" w14:textId="77777777" w:rsidR="00540B47" w:rsidRDefault="00A32617">
            <w:r>
              <w:rPr>
                <w:sz w:val="18"/>
              </w:rPr>
              <w:t>---</w:t>
            </w:r>
          </w:p>
        </w:tc>
        <w:tc>
          <w:tcPr>
            <w:tcW w:w="1561" w:type="dxa"/>
          </w:tcPr>
          <w:p w14:paraId="3C919BF9" w14:textId="77777777" w:rsidR="00540B47" w:rsidRDefault="00A32617">
            <w:r>
              <w:rPr>
                <w:sz w:val="18"/>
              </w:rPr>
              <w:t>Pablo L. Tubaro</w:t>
            </w:r>
          </w:p>
        </w:tc>
      </w:tr>
      <w:tr w:rsidR="00540B47" w14:paraId="5DDF61B4" w14:textId="77777777" w:rsidTr="00DD565D">
        <w:tc>
          <w:tcPr>
            <w:tcW w:w="942" w:type="dxa"/>
          </w:tcPr>
          <w:p w14:paraId="206EF45F" w14:textId="77777777" w:rsidR="00540B47" w:rsidRDefault="00A32617">
            <w:r>
              <w:rPr>
                <w:sz w:val="18"/>
              </w:rPr>
              <w:t>3486</w:t>
            </w:r>
          </w:p>
        </w:tc>
        <w:tc>
          <w:tcPr>
            <w:tcW w:w="1156" w:type="dxa"/>
          </w:tcPr>
          <w:p w14:paraId="5BA1A213" w14:textId="77777777" w:rsidR="00540B47" w:rsidRDefault="00A32617">
            <w:r>
              <w:rPr>
                <w:sz w:val="18"/>
              </w:rPr>
              <w:t>MACN</w:t>
            </w:r>
          </w:p>
        </w:tc>
        <w:tc>
          <w:tcPr>
            <w:tcW w:w="1126" w:type="dxa"/>
          </w:tcPr>
          <w:p w14:paraId="62D38A44" w14:textId="77777777" w:rsidR="00540B47" w:rsidRDefault="00A32617">
            <w:r>
              <w:rPr>
                <w:i/>
                <w:sz w:val="18"/>
              </w:rPr>
              <w:t>Z. capensis</w:t>
            </w:r>
          </w:p>
        </w:tc>
        <w:tc>
          <w:tcPr>
            <w:tcW w:w="977" w:type="dxa"/>
          </w:tcPr>
          <w:p w14:paraId="686C4AF6" w14:textId="77777777" w:rsidR="00540B47" w:rsidRDefault="00A32617">
            <w:r>
              <w:rPr>
                <w:sz w:val="18"/>
              </w:rPr>
              <w:t>-42.9733</w:t>
            </w:r>
          </w:p>
        </w:tc>
        <w:tc>
          <w:tcPr>
            <w:tcW w:w="1107" w:type="dxa"/>
          </w:tcPr>
          <w:p w14:paraId="1D84ADAA" w14:textId="77777777" w:rsidR="00540B47" w:rsidRDefault="00A32617">
            <w:r>
              <w:rPr>
                <w:sz w:val="18"/>
              </w:rPr>
              <w:t>-64.3168</w:t>
            </w:r>
          </w:p>
        </w:tc>
        <w:tc>
          <w:tcPr>
            <w:tcW w:w="1156" w:type="dxa"/>
          </w:tcPr>
          <w:p w14:paraId="060714A0" w14:textId="77777777" w:rsidR="00540B47" w:rsidRDefault="00A32617">
            <w:r>
              <w:rPr>
                <w:sz w:val="18"/>
              </w:rPr>
              <w:t>2025-10-14</w:t>
            </w:r>
          </w:p>
        </w:tc>
        <w:tc>
          <w:tcPr>
            <w:tcW w:w="727" w:type="dxa"/>
          </w:tcPr>
          <w:p w14:paraId="58AEE4A3" w14:textId="77777777" w:rsidR="00540B47" w:rsidRDefault="00A32617">
            <w:r>
              <w:rPr>
                <w:sz w:val="18"/>
              </w:rPr>
              <w:t>08:11</w:t>
            </w:r>
          </w:p>
        </w:tc>
        <w:tc>
          <w:tcPr>
            <w:tcW w:w="1561" w:type="dxa"/>
          </w:tcPr>
          <w:p w14:paraId="488628FE" w14:textId="77777777" w:rsidR="00540B47" w:rsidRDefault="00A32617">
            <w:r>
              <w:rPr>
                <w:sz w:val="18"/>
              </w:rPr>
              <w:t>Agustin I. Casale</w:t>
            </w:r>
          </w:p>
        </w:tc>
      </w:tr>
      <w:tr w:rsidR="00540B47" w14:paraId="74F438AA" w14:textId="77777777" w:rsidTr="00DD565D">
        <w:tc>
          <w:tcPr>
            <w:tcW w:w="942" w:type="dxa"/>
          </w:tcPr>
          <w:p w14:paraId="5DB41087" w14:textId="77777777" w:rsidR="00540B47" w:rsidRDefault="00A32617">
            <w:r>
              <w:rPr>
                <w:sz w:val="18"/>
              </w:rPr>
              <w:t>3487</w:t>
            </w:r>
          </w:p>
        </w:tc>
        <w:tc>
          <w:tcPr>
            <w:tcW w:w="1156" w:type="dxa"/>
          </w:tcPr>
          <w:p w14:paraId="5FEAF896" w14:textId="77777777" w:rsidR="00540B47" w:rsidRDefault="00A32617">
            <w:r>
              <w:rPr>
                <w:sz w:val="18"/>
              </w:rPr>
              <w:t>MACN</w:t>
            </w:r>
          </w:p>
        </w:tc>
        <w:tc>
          <w:tcPr>
            <w:tcW w:w="1126" w:type="dxa"/>
          </w:tcPr>
          <w:p w14:paraId="544F81C3" w14:textId="77777777" w:rsidR="00540B47" w:rsidRDefault="00A32617">
            <w:r>
              <w:rPr>
                <w:i/>
                <w:sz w:val="18"/>
              </w:rPr>
              <w:t>Z. capensis</w:t>
            </w:r>
          </w:p>
        </w:tc>
        <w:tc>
          <w:tcPr>
            <w:tcW w:w="977" w:type="dxa"/>
          </w:tcPr>
          <w:p w14:paraId="0931E591" w14:textId="77777777" w:rsidR="00540B47" w:rsidRDefault="00A32617">
            <w:r>
              <w:rPr>
                <w:sz w:val="18"/>
              </w:rPr>
              <w:t>-44.0456</w:t>
            </w:r>
          </w:p>
        </w:tc>
        <w:tc>
          <w:tcPr>
            <w:tcW w:w="1107" w:type="dxa"/>
          </w:tcPr>
          <w:p w14:paraId="5A40A957" w14:textId="77777777" w:rsidR="00540B47" w:rsidRDefault="00A32617">
            <w:r>
              <w:rPr>
                <w:sz w:val="18"/>
              </w:rPr>
              <w:t>-65.2236</w:t>
            </w:r>
          </w:p>
        </w:tc>
        <w:tc>
          <w:tcPr>
            <w:tcW w:w="1156" w:type="dxa"/>
          </w:tcPr>
          <w:p w14:paraId="7DAD5B40" w14:textId="77777777" w:rsidR="00540B47" w:rsidRDefault="00A32617">
            <w:r>
              <w:rPr>
                <w:sz w:val="18"/>
              </w:rPr>
              <w:t>2025-10-14</w:t>
            </w:r>
          </w:p>
        </w:tc>
        <w:tc>
          <w:tcPr>
            <w:tcW w:w="727" w:type="dxa"/>
          </w:tcPr>
          <w:p w14:paraId="7E928E9F" w14:textId="77777777" w:rsidR="00540B47" w:rsidRDefault="00A32617">
            <w:r>
              <w:rPr>
                <w:sz w:val="18"/>
              </w:rPr>
              <w:t>08:12</w:t>
            </w:r>
          </w:p>
        </w:tc>
        <w:tc>
          <w:tcPr>
            <w:tcW w:w="1561" w:type="dxa"/>
          </w:tcPr>
          <w:p w14:paraId="57766B03" w14:textId="77777777" w:rsidR="00540B47" w:rsidRDefault="00A32617">
            <w:r>
              <w:rPr>
                <w:sz w:val="18"/>
              </w:rPr>
              <w:t>Agustin I. Casale</w:t>
            </w:r>
          </w:p>
        </w:tc>
      </w:tr>
      <w:tr w:rsidR="00540B47" w14:paraId="6DBDB813" w14:textId="77777777" w:rsidTr="00DD565D">
        <w:tc>
          <w:tcPr>
            <w:tcW w:w="942" w:type="dxa"/>
          </w:tcPr>
          <w:p w14:paraId="582EC525" w14:textId="77777777" w:rsidR="00540B47" w:rsidRDefault="00A32617">
            <w:r>
              <w:rPr>
                <w:sz w:val="18"/>
              </w:rPr>
              <w:t>3488</w:t>
            </w:r>
          </w:p>
        </w:tc>
        <w:tc>
          <w:tcPr>
            <w:tcW w:w="1156" w:type="dxa"/>
          </w:tcPr>
          <w:p w14:paraId="154E1228" w14:textId="77777777" w:rsidR="00540B47" w:rsidRDefault="00A32617">
            <w:r>
              <w:rPr>
                <w:sz w:val="18"/>
              </w:rPr>
              <w:t>MACN</w:t>
            </w:r>
          </w:p>
        </w:tc>
        <w:tc>
          <w:tcPr>
            <w:tcW w:w="1126" w:type="dxa"/>
          </w:tcPr>
          <w:p w14:paraId="6F1B49B7" w14:textId="77777777" w:rsidR="00540B47" w:rsidRDefault="00A32617">
            <w:r>
              <w:rPr>
                <w:i/>
                <w:sz w:val="18"/>
              </w:rPr>
              <w:t>Z. capensis</w:t>
            </w:r>
          </w:p>
        </w:tc>
        <w:tc>
          <w:tcPr>
            <w:tcW w:w="977" w:type="dxa"/>
          </w:tcPr>
          <w:p w14:paraId="04E7F2BC" w14:textId="77777777" w:rsidR="00540B47" w:rsidRDefault="00A32617">
            <w:r>
              <w:rPr>
                <w:sz w:val="18"/>
              </w:rPr>
              <w:t>-44.0456</w:t>
            </w:r>
          </w:p>
        </w:tc>
        <w:tc>
          <w:tcPr>
            <w:tcW w:w="1107" w:type="dxa"/>
          </w:tcPr>
          <w:p w14:paraId="5157D682" w14:textId="77777777" w:rsidR="00540B47" w:rsidRDefault="00A32617">
            <w:r>
              <w:rPr>
                <w:sz w:val="18"/>
              </w:rPr>
              <w:t>-65.2236</w:t>
            </w:r>
          </w:p>
        </w:tc>
        <w:tc>
          <w:tcPr>
            <w:tcW w:w="1156" w:type="dxa"/>
          </w:tcPr>
          <w:p w14:paraId="31CD2C9E" w14:textId="77777777" w:rsidR="00540B47" w:rsidRDefault="00A32617">
            <w:r>
              <w:rPr>
                <w:sz w:val="18"/>
              </w:rPr>
              <w:t>2025-10-14</w:t>
            </w:r>
          </w:p>
        </w:tc>
        <w:tc>
          <w:tcPr>
            <w:tcW w:w="727" w:type="dxa"/>
          </w:tcPr>
          <w:p w14:paraId="273578C0" w14:textId="77777777" w:rsidR="00540B47" w:rsidRDefault="00A32617">
            <w:r>
              <w:rPr>
                <w:sz w:val="18"/>
              </w:rPr>
              <w:t>08:13</w:t>
            </w:r>
          </w:p>
        </w:tc>
        <w:tc>
          <w:tcPr>
            <w:tcW w:w="1561" w:type="dxa"/>
          </w:tcPr>
          <w:p w14:paraId="49661EF0" w14:textId="77777777" w:rsidR="00540B47" w:rsidRDefault="00A32617">
            <w:r>
              <w:rPr>
                <w:sz w:val="18"/>
              </w:rPr>
              <w:t>Agustin I. Casale</w:t>
            </w:r>
          </w:p>
        </w:tc>
      </w:tr>
      <w:tr w:rsidR="00540B47" w14:paraId="7E485382" w14:textId="77777777" w:rsidTr="00DD565D">
        <w:tc>
          <w:tcPr>
            <w:tcW w:w="942" w:type="dxa"/>
          </w:tcPr>
          <w:p w14:paraId="224B9768" w14:textId="77777777" w:rsidR="00540B47" w:rsidRDefault="00A32617">
            <w:r>
              <w:rPr>
                <w:sz w:val="18"/>
              </w:rPr>
              <w:t>3489</w:t>
            </w:r>
          </w:p>
        </w:tc>
        <w:tc>
          <w:tcPr>
            <w:tcW w:w="1156" w:type="dxa"/>
          </w:tcPr>
          <w:p w14:paraId="48FC36D7" w14:textId="77777777" w:rsidR="00540B47" w:rsidRDefault="00A32617">
            <w:r>
              <w:rPr>
                <w:sz w:val="18"/>
              </w:rPr>
              <w:t>MACN</w:t>
            </w:r>
          </w:p>
        </w:tc>
        <w:tc>
          <w:tcPr>
            <w:tcW w:w="1126" w:type="dxa"/>
          </w:tcPr>
          <w:p w14:paraId="0ED0A994" w14:textId="77777777" w:rsidR="00540B47" w:rsidRDefault="00A32617">
            <w:r>
              <w:rPr>
                <w:i/>
                <w:sz w:val="18"/>
              </w:rPr>
              <w:t>Z. capensis</w:t>
            </w:r>
          </w:p>
        </w:tc>
        <w:tc>
          <w:tcPr>
            <w:tcW w:w="977" w:type="dxa"/>
          </w:tcPr>
          <w:p w14:paraId="76065393" w14:textId="77777777" w:rsidR="00540B47" w:rsidRDefault="00A32617">
            <w:r>
              <w:rPr>
                <w:sz w:val="18"/>
              </w:rPr>
              <w:t>-44.0444</w:t>
            </w:r>
          </w:p>
        </w:tc>
        <w:tc>
          <w:tcPr>
            <w:tcW w:w="1107" w:type="dxa"/>
          </w:tcPr>
          <w:p w14:paraId="6BC1332C" w14:textId="77777777" w:rsidR="00540B47" w:rsidRDefault="00A32617">
            <w:r>
              <w:rPr>
                <w:sz w:val="18"/>
              </w:rPr>
              <w:t>-65.2215</w:t>
            </w:r>
          </w:p>
        </w:tc>
        <w:tc>
          <w:tcPr>
            <w:tcW w:w="1156" w:type="dxa"/>
          </w:tcPr>
          <w:p w14:paraId="6DD51A17" w14:textId="77777777" w:rsidR="00540B47" w:rsidRDefault="00A32617">
            <w:r>
              <w:rPr>
                <w:sz w:val="18"/>
              </w:rPr>
              <w:t>2025-10-14</w:t>
            </w:r>
          </w:p>
        </w:tc>
        <w:tc>
          <w:tcPr>
            <w:tcW w:w="727" w:type="dxa"/>
          </w:tcPr>
          <w:p w14:paraId="2356CEFB" w14:textId="77777777" w:rsidR="00540B47" w:rsidRDefault="00A32617">
            <w:r>
              <w:rPr>
                <w:sz w:val="18"/>
              </w:rPr>
              <w:t>08:14</w:t>
            </w:r>
          </w:p>
        </w:tc>
        <w:tc>
          <w:tcPr>
            <w:tcW w:w="1561" w:type="dxa"/>
          </w:tcPr>
          <w:p w14:paraId="544F38F1" w14:textId="77777777" w:rsidR="00540B47" w:rsidRDefault="00A32617">
            <w:r>
              <w:rPr>
                <w:sz w:val="18"/>
              </w:rPr>
              <w:t>Agustin I. Casale</w:t>
            </w:r>
          </w:p>
        </w:tc>
      </w:tr>
      <w:tr w:rsidR="00540B47" w14:paraId="7E251392" w14:textId="77777777" w:rsidTr="00DD565D">
        <w:tc>
          <w:tcPr>
            <w:tcW w:w="942" w:type="dxa"/>
          </w:tcPr>
          <w:p w14:paraId="37B899E3" w14:textId="77777777" w:rsidR="00540B47" w:rsidRDefault="00A32617">
            <w:r>
              <w:rPr>
                <w:sz w:val="18"/>
              </w:rPr>
              <w:t>3490</w:t>
            </w:r>
          </w:p>
        </w:tc>
        <w:tc>
          <w:tcPr>
            <w:tcW w:w="1156" w:type="dxa"/>
          </w:tcPr>
          <w:p w14:paraId="3FF47674" w14:textId="77777777" w:rsidR="00540B47" w:rsidRDefault="00A32617">
            <w:r>
              <w:rPr>
                <w:sz w:val="18"/>
              </w:rPr>
              <w:t>MACN</w:t>
            </w:r>
          </w:p>
        </w:tc>
        <w:tc>
          <w:tcPr>
            <w:tcW w:w="1126" w:type="dxa"/>
          </w:tcPr>
          <w:p w14:paraId="20710394" w14:textId="77777777" w:rsidR="00540B47" w:rsidRDefault="00A32617">
            <w:r>
              <w:rPr>
                <w:i/>
                <w:sz w:val="18"/>
              </w:rPr>
              <w:t>Z. capensis</w:t>
            </w:r>
          </w:p>
        </w:tc>
        <w:tc>
          <w:tcPr>
            <w:tcW w:w="977" w:type="dxa"/>
          </w:tcPr>
          <w:p w14:paraId="2AA30A87" w14:textId="77777777" w:rsidR="00540B47" w:rsidRDefault="00A32617">
            <w:r>
              <w:rPr>
                <w:sz w:val="18"/>
              </w:rPr>
              <w:t>-42.7843</w:t>
            </w:r>
          </w:p>
        </w:tc>
        <w:tc>
          <w:tcPr>
            <w:tcW w:w="1107" w:type="dxa"/>
          </w:tcPr>
          <w:p w14:paraId="4BD794A4" w14:textId="77777777" w:rsidR="00540B47" w:rsidRDefault="00A32617">
            <w:r>
              <w:rPr>
                <w:sz w:val="18"/>
              </w:rPr>
              <w:t>-64.9967</w:t>
            </w:r>
          </w:p>
        </w:tc>
        <w:tc>
          <w:tcPr>
            <w:tcW w:w="1156" w:type="dxa"/>
          </w:tcPr>
          <w:p w14:paraId="286E28E1" w14:textId="77777777" w:rsidR="00540B47" w:rsidRDefault="00A32617">
            <w:r>
              <w:rPr>
                <w:sz w:val="18"/>
              </w:rPr>
              <w:t>2025-10-14</w:t>
            </w:r>
          </w:p>
        </w:tc>
        <w:tc>
          <w:tcPr>
            <w:tcW w:w="727" w:type="dxa"/>
          </w:tcPr>
          <w:p w14:paraId="2522F64A" w14:textId="77777777" w:rsidR="00540B47" w:rsidRDefault="00A32617">
            <w:r>
              <w:rPr>
                <w:sz w:val="18"/>
              </w:rPr>
              <w:t>08:15</w:t>
            </w:r>
          </w:p>
        </w:tc>
        <w:tc>
          <w:tcPr>
            <w:tcW w:w="1561" w:type="dxa"/>
          </w:tcPr>
          <w:p w14:paraId="494F315A" w14:textId="77777777" w:rsidR="00540B47" w:rsidRDefault="00A32617">
            <w:r>
              <w:rPr>
                <w:sz w:val="18"/>
              </w:rPr>
              <w:t>Agustin I. Casale</w:t>
            </w:r>
          </w:p>
        </w:tc>
      </w:tr>
      <w:tr w:rsidR="00540B47" w14:paraId="72433241" w14:textId="77777777" w:rsidTr="00DD565D">
        <w:tc>
          <w:tcPr>
            <w:tcW w:w="942" w:type="dxa"/>
          </w:tcPr>
          <w:p w14:paraId="6F6CCBFC" w14:textId="77777777" w:rsidR="00540B47" w:rsidRDefault="00A32617">
            <w:r>
              <w:rPr>
                <w:sz w:val="18"/>
              </w:rPr>
              <w:t>3491</w:t>
            </w:r>
          </w:p>
        </w:tc>
        <w:tc>
          <w:tcPr>
            <w:tcW w:w="1156" w:type="dxa"/>
          </w:tcPr>
          <w:p w14:paraId="3BDA7DCE" w14:textId="77777777" w:rsidR="00540B47" w:rsidRDefault="00A32617">
            <w:r>
              <w:rPr>
                <w:sz w:val="18"/>
              </w:rPr>
              <w:t>MACN</w:t>
            </w:r>
          </w:p>
        </w:tc>
        <w:tc>
          <w:tcPr>
            <w:tcW w:w="1126" w:type="dxa"/>
          </w:tcPr>
          <w:p w14:paraId="48191A08" w14:textId="77777777" w:rsidR="00540B47" w:rsidRDefault="00A32617">
            <w:r>
              <w:rPr>
                <w:i/>
                <w:sz w:val="18"/>
              </w:rPr>
              <w:t>Z. capensis</w:t>
            </w:r>
          </w:p>
        </w:tc>
        <w:tc>
          <w:tcPr>
            <w:tcW w:w="977" w:type="dxa"/>
          </w:tcPr>
          <w:p w14:paraId="060888B7" w14:textId="77777777" w:rsidR="00540B47" w:rsidRDefault="00A32617">
            <w:r>
              <w:rPr>
                <w:sz w:val="18"/>
              </w:rPr>
              <w:t>-42.4856</w:t>
            </w:r>
          </w:p>
        </w:tc>
        <w:tc>
          <w:tcPr>
            <w:tcW w:w="1107" w:type="dxa"/>
          </w:tcPr>
          <w:p w14:paraId="107185DD" w14:textId="77777777" w:rsidR="00540B47" w:rsidRDefault="00A32617">
            <w:r>
              <w:rPr>
                <w:sz w:val="18"/>
              </w:rPr>
              <w:t>-63.6128</w:t>
            </w:r>
          </w:p>
        </w:tc>
        <w:tc>
          <w:tcPr>
            <w:tcW w:w="1156" w:type="dxa"/>
          </w:tcPr>
          <w:p w14:paraId="6E29174B" w14:textId="77777777" w:rsidR="00540B47" w:rsidRDefault="00A32617">
            <w:r>
              <w:rPr>
                <w:sz w:val="18"/>
              </w:rPr>
              <w:t>2025-10-14</w:t>
            </w:r>
          </w:p>
        </w:tc>
        <w:tc>
          <w:tcPr>
            <w:tcW w:w="727" w:type="dxa"/>
          </w:tcPr>
          <w:p w14:paraId="396F984D" w14:textId="77777777" w:rsidR="00540B47" w:rsidRDefault="00A32617">
            <w:r>
              <w:rPr>
                <w:sz w:val="18"/>
              </w:rPr>
              <w:t>18:54</w:t>
            </w:r>
          </w:p>
        </w:tc>
        <w:tc>
          <w:tcPr>
            <w:tcW w:w="1561" w:type="dxa"/>
          </w:tcPr>
          <w:p w14:paraId="093285C9" w14:textId="77777777" w:rsidR="00540B47" w:rsidRDefault="00A32617">
            <w:r>
              <w:rPr>
                <w:sz w:val="18"/>
              </w:rPr>
              <w:t>Agustin I. Casale</w:t>
            </w:r>
          </w:p>
        </w:tc>
      </w:tr>
      <w:tr w:rsidR="00540B47" w14:paraId="36AF9E15" w14:textId="77777777" w:rsidTr="00DD565D">
        <w:tc>
          <w:tcPr>
            <w:tcW w:w="942" w:type="dxa"/>
          </w:tcPr>
          <w:p w14:paraId="16EBD756" w14:textId="77777777" w:rsidR="00540B47" w:rsidRDefault="00A32617">
            <w:r>
              <w:rPr>
                <w:sz w:val="18"/>
              </w:rPr>
              <w:t>3492</w:t>
            </w:r>
          </w:p>
        </w:tc>
        <w:tc>
          <w:tcPr>
            <w:tcW w:w="1156" w:type="dxa"/>
          </w:tcPr>
          <w:p w14:paraId="70B0AB1F" w14:textId="77777777" w:rsidR="00540B47" w:rsidRDefault="00A32617">
            <w:r>
              <w:rPr>
                <w:sz w:val="18"/>
              </w:rPr>
              <w:t>MACN</w:t>
            </w:r>
          </w:p>
        </w:tc>
        <w:tc>
          <w:tcPr>
            <w:tcW w:w="1126" w:type="dxa"/>
          </w:tcPr>
          <w:p w14:paraId="44A1BCE5" w14:textId="77777777" w:rsidR="00540B47" w:rsidRDefault="00A32617">
            <w:r>
              <w:rPr>
                <w:i/>
                <w:sz w:val="18"/>
              </w:rPr>
              <w:t>Z. capensis</w:t>
            </w:r>
          </w:p>
        </w:tc>
        <w:tc>
          <w:tcPr>
            <w:tcW w:w="977" w:type="dxa"/>
          </w:tcPr>
          <w:p w14:paraId="0BD8881E" w14:textId="77777777" w:rsidR="00540B47" w:rsidRDefault="00A32617">
            <w:r>
              <w:rPr>
                <w:sz w:val="18"/>
              </w:rPr>
              <w:t>-38.9814</w:t>
            </w:r>
          </w:p>
        </w:tc>
        <w:tc>
          <w:tcPr>
            <w:tcW w:w="1107" w:type="dxa"/>
          </w:tcPr>
          <w:p w14:paraId="0CEAA218" w14:textId="77777777" w:rsidR="00540B47" w:rsidRDefault="00A32617">
            <w:r>
              <w:rPr>
                <w:sz w:val="18"/>
              </w:rPr>
              <w:t>-64.1055</w:t>
            </w:r>
          </w:p>
        </w:tc>
        <w:tc>
          <w:tcPr>
            <w:tcW w:w="1156" w:type="dxa"/>
          </w:tcPr>
          <w:p w14:paraId="2059393B" w14:textId="77777777" w:rsidR="00540B47" w:rsidRDefault="00A32617">
            <w:r>
              <w:rPr>
                <w:sz w:val="18"/>
              </w:rPr>
              <w:t>2025-11-06</w:t>
            </w:r>
          </w:p>
        </w:tc>
        <w:tc>
          <w:tcPr>
            <w:tcW w:w="727" w:type="dxa"/>
          </w:tcPr>
          <w:p w14:paraId="19F53CFD" w14:textId="77777777" w:rsidR="00540B47" w:rsidRDefault="00A32617">
            <w:r>
              <w:rPr>
                <w:sz w:val="18"/>
              </w:rPr>
              <w:t>18:44</w:t>
            </w:r>
          </w:p>
        </w:tc>
        <w:tc>
          <w:tcPr>
            <w:tcW w:w="1561" w:type="dxa"/>
          </w:tcPr>
          <w:p w14:paraId="7031845C" w14:textId="77777777" w:rsidR="00540B47" w:rsidRDefault="00A32617">
            <w:r>
              <w:rPr>
                <w:sz w:val="18"/>
              </w:rPr>
              <w:t>Pablo L. Tubaro</w:t>
            </w:r>
          </w:p>
        </w:tc>
      </w:tr>
      <w:tr w:rsidR="00540B47" w14:paraId="70AA531E" w14:textId="77777777" w:rsidTr="00DD565D">
        <w:tc>
          <w:tcPr>
            <w:tcW w:w="942" w:type="dxa"/>
          </w:tcPr>
          <w:p w14:paraId="0A504B66" w14:textId="77777777" w:rsidR="00540B47" w:rsidRDefault="00A32617">
            <w:r>
              <w:rPr>
                <w:sz w:val="18"/>
              </w:rPr>
              <w:t>3493</w:t>
            </w:r>
          </w:p>
        </w:tc>
        <w:tc>
          <w:tcPr>
            <w:tcW w:w="1156" w:type="dxa"/>
          </w:tcPr>
          <w:p w14:paraId="45692B45" w14:textId="77777777" w:rsidR="00540B47" w:rsidRDefault="00A32617">
            <w:r>
              <w:rPr>
                <w:sz w:val="18"/>
              </w:rPr>
              <w:t>MACN</w:t>
            </w:r>
          </w:p>
        </w:tc>
        <w:tc>
          <w:tcPr>
            <w:tcW w:w="1126" w:type="dxa"/>
          </w:tcPr>
          <w:p w14:paraId="6EADDE24" w14:textId="77777777" w:rsidR="00540B47" w:rsidRDefault="00A32617">
            <w:r>
              <w:rPr>
                <w:i/>
                <w:sz w:val="18"/>
              </w:rPr>
              <w:t>Z. capensis</w:t>
            </w:r>
          </w:p>
        </w:tc>
        <w:tc>
          <w:tcPr>
            <w:tcW w:w="977" w:type="dxa"/>
          </w:tcPr>
          <w:p w14:paraId="1F2FF062" w14:textId="77777777" w:rsidR="00540B47" w:rsidRDefault="00A32617">
            <w:r>
              <w:rPr>
                <w:sz w:val="18"/>
              </w:rPr>
              <w:t>-38.9860</w:t>
            </w:r>
          </w:p>
        </w:tc>
        <w:tc>
          <w:tcPr>
            <w:tcW w:w="1107" w:type="dxa"/>
          </w:tcPr>
          <w:p w14:paraId="0D25A942" w14:textId="77777777" w:rsidR="00540B47" w:rsidRDefault="00A32617">
            <w:r>
              <w:rPr>
                <w:sz w:val="18"/>
              </w:rPr>
              <w:t>-64.1129</w:t>
            </w:r>
          </w:p>
        </w:tc>
        <w:tc>
          <w:tcPr>
            <w:tcW w:w="1156" w:type="dxa"/>
          </w:tcPr>
          <w:p w14:paraId="78DB11A7" w14:textId="77777777" w:rsidR="00540B47" w:rsidRDefault="00A32617">
            <w:r>
              <w:rPr>
                <w:sz w:val="18"/>
              </w:rPr>
              <w:t>2025-11-07</w:t>
            </w:r>
          </w:p>
        </w:tc>
        <w:tc>
          <w:tcPr>
            <w:tcW w:w="727" w:type="dxa"/>
          </w:tcPr>
          <w:p w14:paraId="07413B38" w14:textId="77777777" w:rsidR="00540B47" w:rsidRDefault="00A32617">
            <w:r>
              <w:rPr>
                <w:sz w:val="18"/>
              </w:rPr>
              <w:t>05:42</w:t>
            </w:r>
          </w:p>
        </w:tc>
        <w:tc>
          <w:tcPr>
            <w:tcW w:w="1561" w:type="dxa"/>
          </w:tcPr>
          <w:p w14:paraId="6C897715" w14:textId="77777777" w:rsidR="00540B47" w:rsidRDefault="00A32617">
            <w:r>
              <w:rPr>
                <w:sz w:val="18"/>
              </w:rPr>
              <w:t>Pablo L. Tubaro</w:t>
            </w:r>
          </w:p>
        </w:tc>
      </w:tr>
      <w:tr w:rsidR="00540B47" w14:paraId="27EC007F" w14:textId="77777777" w:rsidTr="00DD565D">
        <w:tc>
          <w:tcPr>
            <w:tcW w:w="942" w:type="dxa"/>
          </w:tcPr>
          <w:p w14:paraId="514394B7" w14:textId="77777777" w:rsidR="00540B47" w:rsidRDefault="00A32617">
            <w:r>
              <w:rPr>
                <w:sz w:val="18"/>
              </w:rPr>
              <w:t>3494</w:t>
            </w:r>
          </w:p>
        </w:tc>
        <w:tc>
          <w:tcPr>
            <w:tcW w:w="1156" w:type="dxa"/>
          </w:tcPr>
          <w:p w14:paraId="28AD2333" w14:textId="77777777" w:rsidR="00540B47" w:rsidRDefault="00A32617">
            <w:r>
              <w:rPr>
                <w:sz w:val="18"/>
              </w:rPr>
              <w:t>MACN</w:t>
            </w:r>
          </w:p>
        </w:tc>
        <w:tc>
          <w:tcPr>
            <w:tcW w:w="1126" w:type="dxa"/>
          </w:tcPr>
          <w:p w14:paraId="152C1287" w14:textId="77777777" w:rsidR="00540B47" w:rsidRDefault="00A32617">
            <w:r>
              <w:rPr>
                <w:i/>
                <w:sz w:val="18"/>
              </w:rPr>
              <w:t>Z. capensis</w:t>
            </w:r>
          </w:p>
        </w:tc>
        <w:tc>
          <w:tcPr>
            <w:tcW w:w="977" w:type="dxa"/>
          </w:tcPr>
          <w:p w14:paraId="56CF84F5" w14:textId="77777777" w:rsidR="00540B47" w:rsidRDefault="00A32617">
            <w:r>
              <w:rPr>
                <w:sz w:val="18"/>
              </w:rPr>
              <w:t>-38.9860</w:t>
            </w:r>
          </w:p>
        </w:tc>
        <w:tc>
          <w:tcPr>
            <w:tcW w:w="1107" w:type="dxa"/>
          </w:tcPr>
          <w:p w14:paraId="722C8284" w14:textId="77777777" w:rsidR="00540B47" w:rsidRDefault="00A32617">
            <w:r>
              <w:rPr>
                <w:sz w:val="18"/>
              </w:rPr>
              <w:t>-64.1129</w:t>
            </w:r>
          </w:p>
        </w:tc>
        <w:tc>
          <w:tcPr>
            <w:tcW w:w="1156" w:type="dxa"/>
          </w:tcPr>
          <w:p w14:paraId="30980827" w14:textId="77777777" w:rsidR="00540B47" w:rsidRDefault="00A32617">
            <w:r>
              <w:rPr>
                <w:sz w:val="18"/>
              </w:rPr>
              <w:t>2025-11-07</w:t>
            </w:r>
          </w:p>
        </w:tc>
        <w:tc>
          <w:tcPr>
            <w:tcW w:w="727" w:type="dxa"/>
          </w:tcPr>
          <w:p w14:paraId="537D7FEE" w14:textId="77777777" w:rsidR="00540B47" w:rsidRDefault="00A32617">
            <w:r>
              <w:rPr>
                <w:sz w:val="18"/>
              </w:rPr>
              <w:t>05:45</w:t>
            </w:r>
          </w:p>
        </w:tc>
        <w:tc>
          <w:tcPr>
            <w:tcW w:w="1561" w:type="dxa"/>
          </w:tcPr>
          <w:p w14:paraId="10A1BD68" w14:textId="77777777" w:rsidR="00540B47" w:rsidRDefault="00A32617">
            <w:r>
              <w:rPr>
                <w:sz w:val="18"/>
              </w:rPr>
              <w:t>Pablo L. Tubaro</w:t>
            </w:r>
          </w:p>
        </w:tc>
      </w:tr>
      <w:tr w:rsidR="00540B47" w14:paraId="2DA2913B" w14:textId="77777777" w:rsidTr="00DD565D">
        <w:tc>
          <w:tcPr>
            <w:tcW w:w="942" w:type="dxa"/>
          </w:tcPr>
          <w:p w14:paraId="23DBC714" w14:textId="77777777" w:rsidR="00540B47" w:rsidRDefault="00A32617">
            <w:r>
              <w:rPr>
                <w:sz w:val="18"/>
              </w:rPr>
              <w:t>3495</w:t>
            </w:r>
          </w:p>
        </w:tc>
        <w:tc>
          <w:tcPr>
            <w:tcW w:w="1156" w:type="dxa"/>
          </w:tcPr>
          <w:p w14:paraId="417113EC" w14:textId="77777777" w:rsidR="00540B47" w:rsidRDefault="00A32617">
            <w:r>
              <w:rPr>
                <w:sz w:val="18"/>
              </w:rPr>
              <w:t>MACN</w:t>
            </w:r>
          </w:p>
        </w:tc>
        <w:tc>
          <w:tcPr>
            <w:tcW w:w="1126" w:type="dxa"/>
          </w:tcPr>
          <w:p w14:paraId="2A160D6B" w14:textId="77777777" w:rsidR="00540B47" w:rsidRDefault="00A32617">
            <w:r>
              <w:rPr>
                <w:i/>
                <w:sz w:val="18"/>
              </w:rPr>
              <w:t>Z. capensis</w:t>
            </w:r>
          </w:p>
        </w:tc>
        <w:tc>
          <w:tcPr>
            <w:tcW w:w="977" w:type="dxa"/>
          </w:tcPr>
          <w:p w14:paraId="2B0D7CB1" w14:textId="77777777" w:rsidR="00540B47" w:rsidRDefault="00A32617">
            <w:r>
              <w:rPr>
                <w:sz w:val="18"/>
              </w:rPr>
              <w:t>-38.9860</w:t>
            </w:r>
          </w:p>
        </w:tc>
        <w:tc>
          <w:tcPr>
            <w:tcW w:w="1107" w:type="dxa"/>
          </w:tcPr>
          <w:p w14:paraId="3F755C55" w14:textId="77777777" w:rsidR="00540B47" w:rsidRDefault="00A32617">
            <w:r>
              <w:rPr>
                <w:sz w:val="18"/>
              </w:rPr>
              <w:t>-64.1129</w:t>
            </w:r>
          </w:p>
        </w:tc>
        <w:tc>
          <w:tcPr>
            <w:tcW w:w="1156" w:type="dxa"/>
          </w:tcPr>
          <w:p w14:paraId="1463EE0A" w14:textId="77777777" w:rsidR="00540B47" w:rsidRDefault="00A32617">
            <w:r>
              <w:rPr>
                <w:sz w:val="18"/>
              </w:rPr>
              <w:t>2025-11-07</w:t>
            </w:r>
          </w:p>
        </w:tc>
        <w:tc>
          <w:tcPr>
            <w:tcW w:w="727" w:type="dxa"/>
          </w:tcPr>
          <w:p w14:paraId="58AFC235" w14:textId="77777777" w:rsidR="00540B47" w:rsidRDefault="00A32617">
            <w:r>
              <w:rPr>
                <w:sz w:val="18"/>
              </w:rPr>
              <w:t>05:46</w:t>
            </w:r>
          </w:p>
        </w:tc>
        <w:tc>
          <w:tcPr>
            <w:tcW w:w="1561" w:type="dxa"/>
          </w:tcPr>
          <w:p w14:paraId="69BA5D84" w14:textId="77777777" w:rsidR="00540B47" w:rsidRDefault="00A32617">
            <w:r>
              <w:rPr>
                <w:sz w:val="18"/>
              </w:rPr>
              <w:t>Pablo L. Tubaro</w:t>
            </w:r>
          </w:p>
        </w:tc>
      </w:tr>
      <w:tr w:rsidR="00540B47" w14:paraId="2345A18E" w14:textId="77777777" w:rsidTr="00DD565D">
        <w:tc>
          <w:tcPr>
            <w:tcW w:w="942" w:type="dxa"/>
          </w:tcPr>
          <w:p w14:paraId="50AA5D13" w14:textId="77777777" w:rsidR="00540B47" w:rsidRDefault="00A32617">
            <w:r>
              <w:rPr>
                <w:sz w:val="18"/>
              </w:rPr>
              <w:t>3496</w:t>
            </w:r>
          </w:p>
        </w:tc>
        <w:tc>
          <w:tcPr>
            <w:tcW w:w="1156" w:type="dxa"/>
          </w:tcPr>
          <w:p w14:paraId="32C1772C" w14:textId="77777777" w:rsidR="00540B47" w:rsidRDefault="00A32617">
            <w:r>
              <w:rPr>
                <w:sz w:val="18"/>
              </w:rPr>
              <w:t>MACN</w:t>
            </w:r>
          </w:p>
        </w:tc>
        <w:tc>
          <w:tcPr>
            <w:tcW w:w="1126" w:type="dxa"/>
          </w:tcPr>
          <w:p w14:paraId="4305A196" w14:textId="77777777" w:rsidR="00540B47" w:rsidRDefault="00A32617">
            <w:r>
              <w:rPr>
                <w:i/>
                <w:sz w:val="18"/>
              </w:rPr>
              <w:t>Z. capensis</w:t>
            </w:r>
          </w:p>
        </w:tc>
        <w:tc>
          <w:tcPr>
            <w:tcW w:w="977" w:type="dxa"/>
          </w:tcPr>
          <w:p w14:paraId="4A14BFB9" w14:textId="77777777" w:rsidR="00540B47" w:rsidRDefault="00A32617">
            <w:r>
              <w:rPr>
                <w:sz w:val="18"/>
              </w:rPr>
              <w:t>-39.0520</w:t>
            </w:r>
          </w:p>
        </w:tc>
        <w:tc>
          <w:tcPr>
            <w:tcW w:w="1107" w:type="dxa"/>
          </w:tcPr>
          <w:p w14:paraId="190BF9F2" w14:textId="77777777" w:rsidR="00540B47" w:rsidRDefault="00A32617">
            <w:r>
              <w:rPr>
                <w:sz w:val="18"/>
              </w:rPr>
              <w:t>-64.4227</w:t>
            </w:r>
          </w:p>
        </w:tc>
        <w:tc>
          <w:tcPr>
            <w:tcW w:w="1156" w:type="dxa"/>
          </w:tcPr>
          <w:p w14:paraId="7B80754E" w14:textId="77777777" w:rsidR="00540B47" w:rsidRDefault="00A32617">
            <w:r>
              <w:rPr>
                <w:sz w:val="18"/>
              </w:rPr>
              <w:t>2025-11-07</w:t>
            </w:r>
          </w:p>
        </w:tc>
        <w:tc>
          <w:tcPr>
            <w:tcW w:w="727" w:type="dxa"/>
          </w:tcPr>
          <w:p w14:paraId="0A211A9D" w14:textId="77777777" w:rsidR="00540B47" w:rsidRDefault="00A32617">
            <w:r>
              <w:rPr>
                <w:sz w:val="18"/>
              </w:rPr>
              <w:t>05:57</w:t>
            </w:r>
          </w:p>
        </w:tc>
        <w:tc>
          <w:tcPr>
            <w:tcW w:w="1561" w:type="dxa"/>
          </w:tcPr>
          <w:p w14:paraId="3306B474" w14:textId="77777777" w:rsidR="00540B47" w:rsidRDefault="00A32617">
            <w:r>
              <w:rPr>
                <w:sz w:val="18"/>
              </w:rPr>
              <w:t>Pablo L. Tubaro</w:t>
            </w:r>
          </w:p>
        </w:tc>
      </w:tr>
      <w:tr w:rsidR="00540B47" w14:paraId="7177906B" w14:textId="77777777" w:rsidTr="00DD565D">
        <w:tc>
          <w:tcPr>
            <w:tcW w:w="942" w:type="dxa"/>
          </w:tcPr>
          <w:p w14:paraId="41538F24" w14:textId="77777777" w:rsidR="00540B47" w:rsidRDefault="00A32617">
            <w:r>
              <w:rPr>
                <w:sz w:val="18"/>
              </w:rPr>
              <w:t>3497</w:t>
            </w:r>
          </w:p>
        </w:tc>
        <w:tc>
          <w:tcPr>
            <w:tcW w:w="1156" w:type="dxa"/>
          </w:tcPr>
          <w:p w14:paraId="3DA727A7" w14:textId="77777777" w:rsidR="00540B47" w:rsidRDefault="00A32617">
            <w:r>
              <w:rPr>
                <w:sz w:val="18"/>
              </w:rPr>
              <w:t>MACN</w:t>
            </w:r>
          </w:p>
        </w:tc>
        <w:tc>
          <w:tcPr>
            <w:tcW w:w="1126" w:type="dxa"/>
          </w:tcPr>
          <w:p w14:paraId="50A907C3" w14:textId="77777777" w:rsidR="00540B47" w:rsidRDefault="00A32617">
            <w:r>
              <w:rPr>
                <w:i/>
                <w:sz w:val="18"/>
              </w:rPr>
              <w:t>Z. capensis</w:t>
            </w:r>
          </w:p>
        </w:tc>
        <w:tc>
          <w:tcPr>
            <w:tcW w:w="977" w:type="dxa"/>
          </w:tcPr>
          <w:p w14:paraId="7F9B925C" w14:textId="77777777" w:rsidR="00540B47" w:rsidRDefault="00A32617">
            <w:r>
              <w:rPr>
                <w:sz w:val="18"/>
              </w:rPr>
              <w:t>-39.0520</w:t>
            </w:r>
          </w:p>
        </w:tc>
        <w:tc>
          <w:tcPr>
            <w:tcW w:w="1107" w:type="dxa"/>
          </w:tcPr>
          <w:p w14:paraId="0E4AE16A" w14:textId="77777777" w:rsidR="00540B47" w:rsidRDefault="00A32617">
            <w:r>
              <w:rPr>
                <w:sz w:val="18"/>
              </w:rPr>
              <w:t>-64.4220</w:t>
            </w:r>
          </w:p>
        </w:tc>
        <w:tc>
          <w:tcPr>
            <w:tcW w:w="1156" w:type="dxa"/>
          </w:tcPr>
          <w:p w14:paraId="69B65B13" w14:textId="77777777" w:rsidR="00540B47" w:rsidRDefault="00A32617">
            <w:r>
              <w:rPr>
                <w:sz w:val="18"/>
              </w:rPr>
              <w:t>2025-11-07</w:t>
            </w:r>
          </w:p>
        </w:tc>
        <w:tc>
          <w:tcPr>
            <w:tcW w:w="727" w:type="dxa"/>
          </w:tcPr>
          <w:p w14:paraId="13D0D141" w14:textId="77777777" w:rsidR="00540B47" w:rsidRDefault="00A32617">
            <w:r>
              <w:rPr>
                <w:sz w:val="18"/>
              </w:rPr>
              <w:t>06:11</w:t>
            </w:r>
          </w:p>
        </w:tc>
        <w:tc>
          <w:tcPr>
            <w:tcW w:w="1561" w:type="dxa"/>
          </w:tcPr>
          <w:p w14:paraId="4CF86CED" w14:textId="77777777" w:rsidR="00540B47" w:rsidRDefault="00A32617">
            <w:r>
              <w:rPr>
                <w:sz w:val="18"/>
              </w:rPr>
              <w:t>Pablo L. Tubaro</w:t>
            </w:r>
          </w:p>
        </w:tc>
      </w:tr>
      <w:tr w:rsidR="00540B47" w14:paraId="21E112EE" w14:textId="77777777" w:rsidTr="00DD565D">
        <w:tc>
          <w:tcPr>
            <w:tcW w:w="942" w:type="dxa"/>
          </w:tcPr>
          <w:p w14:paraId="12EC4E49" w14:textId="77777777" w:rsidR="00540B47" w:rsidRDefault="00A32617">
            <w:r>
              <w:rPr>
                <w:sz w:val="18"/>
              </w:rPr>
              <w:t>3498</w:t>
            </w:r>
          </w:p>
        </w:tc>
        <w:tc>
          <w:tcPr>
            <w:tcW w:w="1156" w:type="dxa"/>
          </w:tcPr>
          <w:p w14:paraId="0E841246" w14:textId="77777777" w:rsidR="00540B47" w:rsidRDefault="00A32617">
            <w:r>
              <w:rPr>
                <w:sz w:val="18"/>
              </w:rPr>
              <w:t>MACN</w:t>
            </w:r>
          </w:p>
        </w:tc>
        <w:tc>
          <w:tcPr>
            <w:tcW w:w="1126" w:type="dxa"/>
          </w:tcPr>
          <w:p w14:paraId="7BBDD367" w14:textId="77777777" w:rsidR="00540B47" w:rsidRDefault="00A32617">
            <w:r>
              <w:rPr>
                <w:i/>
                <w:sz w:val="18"/>
              </w:rPr>
              <w:t>Z. capensis</w:t>
            </w:r>
          </w:p>
        </w:tc>
        <w:tc>
          <w:tcPr>
            <w:tcW w:w="977" w:type="dxa"/>
          </w:tcPr>
          <w:p w14:paraId="3C641DAA" w14:textId="77777777" w:rsidR="00540B47" w:rsidRDefault="00A32617">
            <w:r>
              <w:rPr>
                <w:sz w:val="18"/>
              </w:rPr>
              <w:t>-39.3300</w:t>
            </w:r>
          </w:p>
        </w:tc>
        <w:tc>
          <w:tcPr>
            <w:tcW w:w="1107" w:type="dxa"/>
          </w:tcPr>
          <w:p w14:paraId="67D2D75A" w14:textId="77777777" w:rsidR="00540B47" w:rsidRDefault="00A32617">
            <w:r>
              <w:rPr>
                <w:sz w:val="18"/>
              </w:rPr>
              <w:t>-64.4270</w:t>
            </w:r>
          </w:p>
        </w:tc>
        <w:tc>
          <w:tcPr>
            <w:tcW w:w="1156" w:type="dxa"/>
          </w:tcPr>
          <w:p w14:paraId="1E9C744F" w14:textId="77777777" w:rsidR="00540B47" w:rsidRDefault="00A32617">
            <w:r>
              <w:rPr>
                <w:sz w:val="18"/>
              </w:rPr>
              <w:t>2025-11-07</w:t>
            </w:r>
          </w:p>
        </w:tc>
        <w:tc>
          <w:tcPr>
            <w:tcW w:w="727" w:type="dxa"/>
          </w:tcPr>
          <w:p w14:paraId="7326C1A7" w14:textId="77777777" w:rsidR="00540B47" w:rsidRDefault="00A32617">
            <w:r>
              <w:rPr>
                <w:sz w:val="18"/>
              </w:rPr>
              <w:t>06:33</w:t>
            </w:r>
          </w:p>
        </w:tc>
        <w:tc>
          <w:tcPr>
            <w:tcW w:w="1561" w:type="dxa"/>
          </w:tcPr>
          <w:p w14:paraId="30E02465" w14:textId="77777777" w:rsidR="00540B47" w:rsidRDefault="00A32617">
            <w:r>
              <w:rPr>
                <w:sz w:val="18"/>
              </w:rPr>
              <w:t>Pablo L. Tubaro</w:t>
            </w:r>
          </w:p>
        </w:tc>
      </w:tr>
      <w:tr w:rsidR="00540B47" w14:paraId="3A25B64C" w14:textId="77777777" w:rsidTr="00DD565D">
        <w:tc>
          <w:tcPr>
            <w:tcW w:w="942" w:type="dxa"/>
          </w:tcPr>
          <w:p w14:paraId="529FFEF0" w14:textId="77777777" w:rsidR="00540B47" w:rsidRDefault="00A32617">
            <w:r>
              <w:rPr>
                <w:sz w:val="18"/>
              </w:rPr>
              <w:t>3499</w:t>
            </w:r>
          </w:p>
        </w:tc>
        <w:tc>
          <w:tcPr>
            <w:tcW w:w="1156" w:type="dxa"/>
          </w:tcPr>
          <w:p w14:paraId="5F042C28" w14:textId="77777777" w:rsidR="00540B47" w:rsidRDefault="00A32617">
            <w:r>
              <w:rPr>
                <w:sz w:val="18"/>
              </w:rPr>
              <w:t>MACN</w:t>
            </w:r>
          </w:p>
        </w:tc>
        <w:tc>
          <w:tcPr>
            <w:tcW w:w="1126" w:type="dxa"/>
          </w:tcPr>
          <w:p w14:paraId="3E1ED4BF" w14:textId="77777777" w:rsidR="00540B47" w:rsidRDefault="00A32617">
            <w:r>
              <w:rPr>
                <w:i/>
                <w:sz w:val="18"/>
              </w:rPr>
              <w:t>Z. capensis</w:t>
            </w:r>
          </w:p>
        </w:tc>
        <w:tc>
          <w:tcPr>
            <w:tcW w:w="977" w:type="dxa"/>
          </w:tcPr>
          <w:p w14:paraId="3FD4718A" w14:textId="77777777" w:rsidR="00540B47" w:rsidRDefault="00A32617">
            <w:r>
              <w:rPr>
                <w:sz w:val="18"/>
              </w:rPr>
              <w:t>-39.7600</w:t>
            </w:r>
          </w:p>
        </w:tc>
        <w:tc>
          <w:tcPr>
            <w:tcW w:w="1107" w:type="dxa"/>
          </w:tcPr>
          <w:p w14:paraId="54147FEB" w14:textId="77777777" w:rsidR="00540B47" w:rsidRDefault="00A32617">
            <w:r>
              <w:rPr>
                <w:sz w:val="18"/>
              </w:rPr>
              <w:t>-64.4360</w:t>
            </w:r>
          </w:p>
        </w:tc>
        <w:tc>
          <w:tcPr>
            <w:tcW w:w="1156" w:type="dxa"/>
          </w:tcPr>
          <w:p w14:paraId="317C2A78" w14:textId="77777777" w:rsidR="00540B47" w:rsidRDefault="00A32617">
            <w:r>
              <w:rPr>
                <w:sz w:val="18"/>
              </w:rPr>
              <w:t>2025-11-07</w:t>
            </w:r>
          </w:p>
        </w:tc>
        <w:tc>
          <w:tcPr>
            <w:tcW w:w="727" w:type="dxa"/>
          </w:tcPr>
          <w:p w14:paraId="03761E1B" w14:textId="77777777" w:rsidR="00540B47" w:rsidRDefault="00A32617">
            <w:r>
              <w:rPr>
                <w:sz w:val="18"/>
              </w:rPr>
              <w:t>07:02</w:t>
            </w:r>
          </w:p>
        </w:tc>
        <w:tc>
          <w:tcPr>
            <w:tcW w:w="1561" w:type="dxa"/>
          </w:tcPr>
          <w:p w14:paraId="656DA37C" w14:textId="77777777" w:rsidR="00540B47" w:rsidRDefault="00A32617">
            <w:r>
              <w:rPr>
                <w:sz w:val="18"/>
              </w:rPr>
              <w:t>Pablo L. Tubaro</w:t>
            </w:r>
          </w:p>
        </w:tc>
      </w:tr>
      <w:tr w:rsidR="00540B47" w14:paraId="300808A2" w14:textId="77777777" w:rsidTr="00DD565D">
        <w:tc>
          <w:tcPr>
            <w:tcW w:w="942" w:type="dxa"/>
          </w:tcPr>
          <w:p w14:paraId="53CF4AD0" w14:textId="77777777" w:rsidR="00540B47" w:rsidRDefault="00A32617">
            <w:r>
              <w:rPr>
                <w:sz w:val="18"/>
              </w:rPr>
              <w:t>3500</w:t>
            </w:r>
          </w:p>
        </w:tc>
        <w:tc>
          <w:tcPr>
            <w:tcW w:w="1156" w:type="dxa"/>
          </w:tcPr>
          <w:p w14:paraId="5275F929" w14:textId="77777777" w:rsidR="00540B47" w:rsidRDefault="00A32617">
            <w:r>
              <w:rPr>
                <w:sz w:val="18"/>
              </w:rPr>
              <w:t>MACN</w:t>
            </w:r>
          </w:p>
        </w:tc>
        <w:tc>
          <w:tcPr>
            <w:tcW w:w="1126" w:type="dxa"/>
          </w:tcPr>
          <w:p w14:paraId="12E46D71" w14:textId="77777777" w:rsidR="00540B47" w:rsidRDefault="00A32617">
            <w:r>
              <w:rPr>
                <w:i/>
                <w:sz w:val="18"/>
              </w:rPr>
              <w:t>Z. capensis</w:t>
            </w:r>
          </w:p>
        </w:tc>
        <w:tc>
          <w:tcPr>
            <w:tcW w:w="977" w:type="dxa"/>
          </w:tcPr>
          <w:p w14:paraId="60474FD5" w14:textId="77777777" w:rsidR="00540B47" w:rsidRDefault="00A32617">
            <w:r>
              <w:rPr>
                <w:sz w:val="18"/>
              </w:rPr>
              <w:t>-39.7600</w:t>
            </w:r>
          </w:p>
        </w:tc>
        <w:tc>
          <w:tcPr>
            <w:tcW w:w="1107" w:type="dxa"/>
          </w:tcPr>
          <w:p w14:paraId="2ACE78AB" w14:textId="77777777" w:rsidR="00540B47" w:rsidRDefault="00A32617">
            <w:r>
              <w:rPr>
                <w:sz w:val="18"/>
              </w:rPr>
              <w:t>-64.4360</w:t>
            </w:r>
          </w:p>
        </w:tc>
        <w:tc>
          <w:tcPr>
            <w:tcW w:w="1156" w:type="dxa"/>
          </w:tcPr>
          <w:p w14:paraId="4DF80D3D" w14:textId="77777777" w:rsidR="00540B47" w:rsidRDefault="00A32617">
            <w:r>
              <w:rPr>
                <w:sz w:val="18"/>
              </w:rPr>
              <w:t>2025-11-07</w:t>
            </w:r>
          </w:p>
        </w:tc>
        <w:tc>
          <w:tcPr>
            <w:tcW w:w="727" w:type="dxa"/>
          </w:tcPr>
          <w:p w14:paraId="4020C430" w14:textId="77777777" w:rsidR="00540B47" w:rsidRDefault="00A32617">
            <w:r>
              <w:rPr>
                <w:sz w:val="18"/>
              </w:rPr>
              <w:t>07:05</w:t>
            </w:r>
          </w:p>
        </w:tc>
        <w:tc>
          <w:tcPr>
            <w:tcW w:w="1561" w:type="dxa"/>
          </w:tcPr>
          <w:p w14:paraId="441335E9" w14:textId="77777777" w:rsidR="00540B47" w:rsidRDefault="00A32617">
            <w:r>
              <w:rPr>
                <w:sz w:val="18"/>
              </w:rPr>
              <w:t>Pablo L. Tubaro</w:t>
            </w:r>
          </w:p>
        </w:tc>
      </w:tr>
      <w:tr w:rsidR="00540B47" w14:paraId="3CAE2E31" w14:textId="77777777" w:rsidTr="00DD565D">
        <w:tc>
          <w:tcPr>
            <w:tcW w:w="942" w:type="dxa"/>
          </w:tcPr>
          <w:p w14:paraId="3F3FF24A" w14:textId="77777777" w:rsidR="00540B47" w:rsidRDefault="00A32617">
            <w:r>
              <w:rPr>
                <w:sz w:val="18"/>
              </w:rPr>
              <w:t>3501.1</w:t>
            </w:r>
          </w:p>
        </w:tc>
        <w:tc>
          <w:tcPr>
            <w:tcW w:w="1156" w:type="dxa"/>
          </w:tcPr>
          <w:p w14:paraId="133EC6A5" w14:textId="77777777" w:rsidR="00540B47" w:rsidRDefault="00A32617">
            <w:r>
              <w:rPr>
                <w:sz w:val="18"/>
              </w:rPr>
              <w:t>MACN</w:t>
            </w:r>
          </w:p>
        </w:tc>
        <w:tc>
          <w:tcPr>
            <w:tcW w:w="1126" w:type="dxa"/>
          </w:tcPr>
          <w:p w14:paraId="6A575F89" w14:textId="77777777" w:rsidR="00540B47" w:rsidRDefault="00A32617">
            <w:r>
              <w:rPr>
                <w:i/>
                <w:sz w:val="18"/>
              </w:rPr>
              <w:t>Z. capensis</w:t>
            </w:r>
          </w:p>
        </w:tc>
        <w:tc>
          <w:tcPr>
            <w:tcW w:w="977" w:type="dxa"/>
          </w:tcPr>
          <w:p w14:paraId="34F9026E" w14:textId="77777777" w:rsidR="00540B47" w:rsidRDefault="00A32617">
            <w:r>
              <w:rPr>
                <w:sz w:val="18"/>
              </w:rPr>
              <w:t>-39.7600</w:t>
            </w:r>
          </w:p>
        </w:tc>
        <w:tc>
          <w:tcPr>
            <w:tcW w:w="1107" w:type="dxa"/>
          </w:tcPr>
          <w:p w14:paraId="4FDF12DF" w14:textId="77777777" w:rsidR="00540B47" w:rsidRDefault="00A32617">
            <w:r>
              <w:rPr>
                <w:sz w:val="18"/>
              </w:rPr>
              <w:t>-64.4360</w:t>
            </w:r>
          </w:p>
        </w:tc>
        <w:tc>
          <w:tcPr>
            <w:tcW w:w="1156" w:type="dxa"/>
          </w:tcPr>
          <w:p w14:paraId="3BE3D7D8" w14:textId="77777777" w:rsidR="00540B47" w:rsidRDefault="00A32617">
            <w:r>
              <w:rPr>
                <w:sz w:val="18"/>
              </w:rPr>
              <w:t>2025-11-07</w:t>
            </w:r>
          </w:p>
        </w:tc>
        <w:tc>
          <w:tcPr>
            <w:tcW w:w="727" w:type="dxa"/>
          </w:tcPr>
          <w:p w14:paraId="2EDC4359" w14:textId="77777777" w:rsidR="00540B47" w:rsidRDefault="00A32617">
            <w:r>
              <w:rPr>
                <w:sz w:val="18"/>
              </w:rPr>
              <w:t>07:09</w:t>
            </w:r>
          </w:p>
        </w:tc>
        <w:tc>
          <w:tcPr>
            <w:tcW w:w="1561" w:type="dxa"/>
          </w:tcPr>
          <w:p w14:paraId="53108AEB" w14:textId="77777777" w:rsidR="00540B47" w:rsidRDefault="00A32617">
            <w:r>
              <w:rPr>
                <w:sz w:val="18"/>
              </w:rPr>
              <w:t>Pablo L. Tubaro</w:t>
            </w:r>
          </w:p>
        </w:tc>
      </w:tr>
      <w:tr w:rsidR="00540B47" w14:paraId="596C3C0E" w14:textId="77777777" w:rsidTr="00DD565D">
        <w:tc>
          <w:tcPr>
            <w:tcW w:w="942" w:type="dxa"/>
          </w:tcPr>
          <w:p w14:paraId="012ED8F5" w14:textId="77777777" w:rsidR="00540B47" w:rsidRDefault="00A32617">
            <w:r>
              <w:rPr>
                <w:sz w:val="18"/>
              </w:rPr>
              <w:t>3501.2</w:t>
            </w:r>
          </w:p>
        </w:tc>
        <w:tc>
          <w:tcPr>
            <w:tcW w:w="1156" w:type="dxa"/>
          </w:tcPr>
          <w:p w14:paraId="7D45E998" w14:textId="77777777" w:rsidR="00540B47" w:rsidRDefault="00A32617">
            <w:r>
              <w:rPr>
                <w:sz w:val="18"/>
              </w:rPr>
              <w:t>MACN</w:t>
            </w:r>
          </w:p>
        </w:tc>
        <w:tc>
          <w:tcPr>
            <w:tcW w:w="1126" w:type="dxa"/>
          </w:tcPr>
          <w:p w14:paraId="7E1F6E11" w14:textId="77777777" w:rsidR="00540B47" w:rsidRDefault="00A32617">
            <w:r>
              <w:rPr>
                <w:i/>
                <w:sz w:val="18"/>
              </w:rPr>
              <w:t>Z. capensis</w:t>
            </w:r>
          </w:p>
        </w:tc>
        <w:tc>
          <w:tcPr>
            <w:tcW w:w="977" w:type="dxa"/>
          </w:tcPr>
          <w:p w14:paraId="16CE85AE" w14:textId="77777777" w:rsidR="00540B47" w:rsidRDefault="00A32617">
            <w:r>
              <w:rPr>
                <w:sz w:val="18"/>
              </w:rPr>
              <w:t>-39.7600</w:t>
            </w:r>
          </w:p>
        </w:tc>
        <w:tc>
          <w:tcPr>
            <w:tcW w:w="1107" w:type="dxa"/>
          </w:tcPr>
          <w:p w14:paraId="0BEB0F4C" w14:textId="77777777" w:rsidR="00540B47" w:rsidRDefault="00A32617">
            <w:r>
              <w:rPr>
                <w:sz w:val="18"/>
              </w:rPr>
              <w:t>-64.4360</w:t>
            </w:r>
          </w:p>
        </w:tc>
        <w:tc>
          <w:tcPr>
            <w:tcW w:w="1156" w:type="dxa"/>
          </w:tcPr>
          <w:p w14:paraId="53B69B18" w14:textId="77777777" w:rsidR="00540B47" w:rsidRDefault="00A32617">
            <w:r>
              <w:rPr>
                <w:sz w:val="18"/>
              </w:rPr>
              <w:t>2025-11-07</w:t>
            </w:r>
          </w:p>
        </w:tc>
        <w:tc>
          <w:tcPr>
            <w:tcW w:w="727" w:type="dxa"/>
          </w:tcPr>
          <w:p w14:paraId="1F68C24F" w14:textId="77777777" w:rsidR="00540B47" w:rsidRDefault="00A32617">
            <w:r>
              <w:rPr>
                <w:sz w:val="18"/>
              </w:rPr>
              <w:t>07:09</w:t>
            </w:r>
          </w:p>
        </w:tc>
        <w:tc>
          <w:tcPr>
            <w:tcW w:w="1561" w:type="dxa"/>
          </w:tcPr>
          <w:p w14:paraId="10F31B55" w14:textId="77777777" w:rsidR="00540B47" w:rsidRDefault="00A32617">
            <w:r>
              <w:rPr>
                <w:sz w:val="18"/>
              </w:rPr>
              <w:t>Pablo L. Tubaro</w:t>
            </w:r>
          </w:p>
        </w:tc>
      </w:tr>
      <w:tr w:rsidR="00540B47" w14:paraId="73F92743" w14:textId="77777777" w:rsidTr="00DD565D">
        <w:tc>
          <w:tcPr>
            <w:tcW w:w="942" w:type="dxa"/>
          </w:tcPr>
          <w:p w14:paraId="2848DD6C" w14:textId="77777777" w:rsidR="00540B47" w:rsidRDefault="00A32617">
            <w:r>
              <w:rPr>
                <w:sz w:val="18"/>
              </w:rPr>
              <w:t>3502</w:t>
            </w:r>
          </w:p>
        </w:tc>
        <w:tc>
          <w:tcPr>
            <w:tcW w:w="1156" w:type="dxa"/>
          </w:tcPr>
          <w:p w14:paraId="0E634723" w14:textId="77777777" w:rsidR="00540B47" w:rsidRDefault="00A32617">
            <w:r>
              <w:rPr>
                <w:sz w:val="18"/>
              </w:rPr>
              <w:t>MACN</w:t>
            </w:r>
          </w:p>
        </w:tc>
        <w:tc>
          <w:tcPr>
            <w:tcW w:w="1126" w:type="dxa"/>
          </w:tcPr>
          <w:p w14:paraId="11ACC775" w14:textId="77777777" w:rsidR="00540B47" w:rsidRDefault="00A32617">
            <w:r>
              <w:rPr>
                <w:i/>
                <w:sz w:val="18"/>
              </w:rPr>
              <w:t>Z. capensis</w:t>
            </w:r>
          </w:p>
        </w:tc>
        <w:tc>
          <w:tcPr>
            <w:tcW w:w="977" w:type="dxa"/>
          </w:tcPr>
          <w:p w14:paraId="2C6CA0C2" w14:textId="77777777" w:rsidR="00540B47" w:rsidRDefault="00A32617">
            <w:r>
              <w:rPr>
                <w:sz w:val="18"/>
              </w:rPr>
              <w:t>-39.7590</w:t>
            </w:r>
          </w:p>
        </w:tc>
        <w:tc>
          <w:tcPr>
            <w:tcW w:w="1107" w:type="dxa"/>
          </w:tcPr>
          <w:p w14:paraId="5E5FF05E" w14:textId="77777777" w:rsidR="00540B47" w:rsidRDefault="00A32617">
            <w:r>
              <w:rPr>
                <w:sz w:val="18"/>
              </w:rPr>
              <w:t>-64.4360</w:t>
            </w:r>
          </w:p>
        </w:tc>
        <w:tc>
          <w:tcPr>
            <w:tcW w:w="1156" w:type="dxa"/>
          </w:tcPr>
          <w:p w14:paraId="21952157" w14:textId="77777777" w:rsidR="00540B47" w:rsidRDefault="00A32617">
            <w:r>
              <w:rPr>
                <w:sz w:val="18"/>
              </w:rPr>
              <w:t>2025-11-07</w:t>
            </w:r>
          </w:p>
        </w:tc>
        <w:tc>
          <w:tcPr>
            <w:tcW w:w="727" w:type="dxa"/>
          </w:tcPr>
          <w:p w14:paraId="712CBC40" w14:textId="77777777" w:rsidR="00540B47" w:rsidRDefault="00A32617">
            <w:r>
              <w:rPr>
                <w:sz w:val="18"/>
              </w:rPr>
              <w:t>07:15</w:t>
            </w:r>
          </w:p>
        </w:tc>
        <w:tc>
          <w:tcPr>
            <w:tcW w:w="1561" w:type="dxa"/>
          </w:tcPr>
          <w:p w14:paraId="5C3EE58D" w14:textId="77777777" w:rsidR="00540B47" w:rsidRDefault="00A32617">
            <w:r>
              <w:rPr>
                <w:sz w:val="18"/>
              </w:rPr>
              <w:t>Pablo L. Tubaro</w:t>
            </w:r>
          </w:p>
        </w:tc>
      </w:tr>
      <w:tr w:rsidR="00540B47" w14:paraId="661F47F8" w14:textId="77777777" w:rsidTr="00DD565D">
        <w:tc>
          <w:tcPr>
            <w:tcW w:w="942" w:type="dxa"/>
          </w:tcPr>
          <w:p w14:paraId="38643BC3" w14:textId="77777777" w:rsidR="00540B47" w:rsidRDefault="00A32617">
            <w:r>
              <w:rPr>
                <w:sz w:val="18"/>
              </w:rPr>
              <w:t>3503.1</w:t>
            </w:r>
          </w:p>
        </w:tc>
        <w:tc>
          <w:tcPr>
            <w:tcW w:w="1156" w:type="dxa"/>
          </w:tcPr>
          <w:p w14:paraId="78557C95" w14:textId="77777777" w:rsidR="00540B47" w:rsidRDefault="00A32617">
            <w:r>
              <w:rPr>
                <w:sz w:val="18"/>
              </w:rPr>
              <w:t>MACN</w:t>
            </w:r>
          </w:p>
        </w:tc>
        <w:tc>
          <w:tcPr>
            <w:tcW w:w="1126" w:type="dxa"/>
          </w:tcPr>
          <w:p w14:paraId="02994AAE" w14:textId="77777777" w:rsidR="00540B47" w:rsidRDefault="00A32617">
            <w:r>
              <w:rPr>
                <w:i/>
                <w:sz w:val="18"/>
              </w:rPr>
              <w:t>Z. capensis</w:t>
            </w:r>
          </w:p>
        </w:tc>
        <w:tc>
          <w:tcPr>
            <w:tcW w:w="977" w:type="dxa"/>
          </w:tcPr>
          <w:p w14:paraId="4DD2B413" w14:textId="77777777" w:rsidR="00540B47" w:rsidRDefault="00A32617">
            <w:r>
              <w:rPr>
                <w:sz w:val="18"/>
              </w:rPr>
              <w:t>-39.8790</w:t>
            </w:r>
          </w:p>
        </w:tc>
        <w:tc>
          <w:tcPr>
            <w:tcW w:w="1107" w:type="dxa"/>
          </w:tcPr>
          <w:p w14:paraId="275325F5" w14:textId="77777777" w:rsidR="00540B47" w:rsidRDefault="00A32617">
            <w:r>
              <w:rPr>
                <w:sz w:val="18"/>
              </w:rPr>
              <w:t>-64.4390</w:t>
            </w:r>
          </w:p>
        </w:tc>
        <w:tc>
          <w:tcPr>
            <w:tcW w:w="1156" w:type="dxa"/>
          </w:tcPr>
          <w:p w14:paraId="3BE3E572" w14:textId="77777777" w:rsidR="00540B47" w:rsidRDefault="00A32617">
            <w:r>
              <w:rPr>
                <w:sz w:val="18"/>
              </w:rPr>
              <w:t>2025-11-07</w:t>
            </w:r>
          </w:p>
        </w:tc>
        <w:tc>
          <w:tcPr>
            <w:tcW w:w="727" w:type="dxa"/>
          </w:tcPr>
          <w:p w14:paraId="30E61E28" w14:textId="77777777" w:rsidR="00540B47" w:rsidRDefault="00A32617">
            <w:r>
              <w:rPr>
                <w:sz w:val="18"/>
              </w:rPr>
              <w:t>07:28</w:t>
            </w:r>
          </w:p>
        </w:tc>
        <w:tc>
          <w:tcPr>
            <w:tcW w:w="1561" w:type="dxa"/>
          </w:tcPr>
          <w:p w14:paraId="071FB2E9" w14:textId="77777777" w:rsidR="00540B47" w:rsidRDefault="00A32617">
            <w:r>
              <w:rPr>
                <w:sz w:val="18"/>
              </w:rPr>
              <w:t>Pablo L. Tubaro</w:t>
            </w:r>
          </w:p>
        </w:tc>
      </w:tr>
      <w:tr w:rsidR="00540B47" w14:paraId="6E145ADC" w14:textId="77777777" w:rsidTr="00DD565D">
        <w:tc>
          <w:tcPr>
            <w:tcW w:w="942" w:type="dxa"/>
          </w:tcPr>
          <w:p w14:paraId="5918DF31" w14:textId="77777777" w:rsidR="00540B47" w:rsidRDefault="00A32617">
            <w:r>
              <w:rPr>
                <w:sz w:val="18"/>
              </w:rPr>
              <w:t>3503.2</w:t>
            </w:r>
          </w:p>
        </w:tc>
        <w:tc>
          <w:tcPr>
            <w:tcW w:w="1156" w:type="dxa"/>
          </w:tcPr>
          <w:p w14:paraId="2A373C6F" w14:textId="77777777" w:rsidR="00540B47" w:rsidRDefault="00A32617">
            <w:r>
              <w:rPr>
                <w:sz w:val="18"/>
              </w:rPr>
              <w:t>MACN</w:t>
            </w:r>
          </w:p>
        </w:tc>
        <w:tc>
          <w:tcPr>
            <w:tcW w:w="1126" w:type="dxa"/>
          </w:tcPr>
          <w:p w14:paraId="24163BCD" w14:textId="77777777" w:rsidR="00540B47" w:rsidRDefault="00A32617">
            <w:r>
              <w:rPr>
                <w:i/>
                <w:sz w:val="18"/>
              </w:rPr>
              <w:t>Z. capensis</w:t>
            </w:r>
          </w:p>
        </w:tc>
        <w:tc>
          <w:tcPr>
            <w:tcW w:w="977" w:type="dxa"/>
          </w:tcPr>
          <w:p w14:paraId="0400FA46" w14:textId="77777777" w:rsidR="00540B47" w:rsidRDefault="00A32617">
            <w:r>
              <w:rPr>
                <w:sz w:val="18"/>
              </w:rPr>
              <w:t>-39.8790</w:t>
            </w:r>
          </w:p>
        </w:tc>
        <w:tc>
          <w:tcPr>
            <w:tcW w:w="1107" w:type="dxa"/>
          </w:tcPr>
          <w:p w14:paraId="348DF7E4" w14:textId="77777777" w:rsidR="00540B47" w:rsidRDefault="00A32617">
            <w:r>
              <w:rPr>
                <w:sz w:val="18"/>
              </w:rPr>
              <w:t>-64.4390</w:t>
            </w:r>
          </w:p>
        </w:tc>
        <w:tc>
          <w:tcPr>
            <w:tcW w:w="1156" w:type="dxa"/>
          </w:tcPr>
          <w:p w14:paraId="456BC2F7" w14:textId="77777777" w:rsidR="00540B47" w:rsidRDefault="00A32617">
            <w:r>
              <w:rPr>
                <w:sz w:val="18"/>
              </w:rPr>
              <w:t>2025-11-07</w:t>
            </w:r>
          </w:p>
        </w:tc>
        <w:tc>
          <w:tcPr>
            <w:tcW w:w="727" w:type="dxa"/>
          </w:tcPr>
          <w:p w14:paraId="52234F1A" w14:textId="77777777" w:rsidR="00540B47" w:rsidRDefault="00A32617">
            <w:r>
              <w:rPr>
                <w:sz w:val="18"/>
              </w:rPr>
              <w:t>07:28</w:t>
            </w:r>
          </w:p>
        </w:tc>
        <w:tc>
          <w:tcPr>
            <w:tcW w:w="1561" w:type="dxa"/>
          </w:tcPr>
          <w:p w14:paraId="2F9E7C53" w14:textId="77777777" w:rsidR="00540B47" w:rsidRDefault="00A32617">
            <w:r>
              <w:rPr>
                <w:sz w:val="18"/>
              </w:rPr>
              <w:t>Pablo L. Tubaro</w:t>
            </w:r>
          </w:p>
        </w:tc>
      </w:tr>
      <w:tr w:rsidR="00540B47" w14:paraId="2C0490E5" w14:textId="77777777" w:rsidTr="00DD565D">
        <w:tc>
          <w:tcPr>
            <w:tcW w:w="942" w:type="dxa"/>
          </w:tcPr>
          <w:p w14:paraId="1DEE9A8B" w14:textId="77777777" w:rsidR="00540B47" w:rsidRDefault="00A32617">
            <w:r>
              <w:rPr>
                <w:sz w:val="18"/>
              </w:rPr>
              <w:t>3504</w:t>
            </w:r>
          </w:p>
        </w:tc>
        <w:tc>
          <w:tcPr>
            <w:tcW w:w="1156" w:type="dxa"/>
          </w:tcPr>
          <w:p w14:paraId="65AB7A45" w14:textId="77777777" w:rsidR="00540B47" w:rsidRDefault="00A32617">
            <w:r>
              <w:rPr>
                <w:sz w:val="18"/>
              </w:rPr>
              <w:t>MACN</w:t>
            </w:r>
          </w:p>
        </w:tc>
        <w:tc>
          <w:tcPr>
            <w:tcW w:w="1126" w:type="dxa"/>
          </w:tcPr>
          <w:p w14:paraId="7E7E969C" w14:textId="77777777" w:rsidR="00540B47" w:rsidRDefault="00A32617">
            <w:r>
              <w:rPr>
                <w:i/>
                <w:sz w:val="18"/>
              </w:rPr>
              <w:t>Z. capensis</w:t>
            </w:r>
          </w:p>
        </w:tc>
        <w:tc>
          <w:tcPr>
            <w:tcW w:w="977" w:type="dxa"/>
          </w:tcPr>
          <w:p w14:paraId="5964CDF0" w14:textId="77777777" w:rsidR="00540B47" w:rsidRDefault="00A32617">
            <w:r>
              <w:rPr>
                <w:sz w:val="18"/>
              </w:rPr>
              <w:t>-39.8790</w:t>
            </w:r>
          </w:p>
        </w:tc>
        <w:tc>
          <w:tcPr>
            <w:tcW w:w="1107" w:type="dxa"/>
          </w:tcPr>
          <w:p w14:paraId="0B3D665A" w14:textId="77777777" w:rsidR="00540B47" w:rsidRDefault="00A32617">
            <w:r>
              <w:rPr>
                <w:sz w:val="18"/>
              </w:rPr>
              <w:t>-64.4390</w:t>
            </w:r>
          </w:p>
        </w:tc>
        <w:tc>
          <w:tcPr>
            <w:tcW w:w="1156" w:type="dxa"/>
          </w:tcPr>
          <w:p w14:paraId="4D8C4F54" w14:textId="77777777" w:rsidR="00540B47" w:rsidRDefault="00A32617">
            <w:r>
              <w:rPr>
                <w:sz w:val="18"/>
              </w:rPr>
              <w:t>2025-11-07</w:t>
            </w:r>
          </w:p>
        </w:tc>
        <w:tc>
          <w:tcPr>
            <w:tcW w:w="727" w:type="dxa"/>
          </w:tcPr>
          <w:p w14:paraId="1ACC320B" w14:textId="77777777" w:rsidR="00540B47" w:rsidRDefault="00A32617">
            <w:r>
              <w:rPr>
                <w:sz w:val="18"/>
              </w:rPr>
              <w:t>07:32</w:t>
            </w:r>
          </w:p>
        </w:tc>
        <w:tc>
          <w:tcPr>
            <w:tcW w:w="1561" w:type="dxa"/>
          </w:tcPr>
          <w:p w14:paraId="26A89262" w14:textId="77777777" w:rsidR="00540B47" w:rsidRDefault="00A32617">
            <w:r>
              <w:rPr>
                <w:sz w:val="18"/>
              </w:rPr>
              <w:t>Pablo L. Tubaro</w:t>
            </w:r>
          </w:p>
        </w:tc>
      </w:tr>
      <w:tr w:rsidR="00540B47" w14:paraId="3455026E" w14:textId="77777777" w:rsidTr="00DD565D">
        <w:tc>
          <w:tcPr>
            <w:tcW w:w="942" w:type="dxa"/>
          </w:tcPr>
          <w:p w14:paraId="46376C1F" w14:textId="77777777" w:rsidR="00540B47" w:rsidRDefault="00A32617">
            <w:r>
              <w:rPr>
                <w:sz w:val="18"/>
              </w:rPr>
              <w:t>3505.1</w:t>
            </w:r>
          </w:p>
        </w:tc>
        <w:tc>
          <w:tcPr>
            <w:tcW w:w="1156" w:type="dxa"/>
          </w:tcPr>
          <w:p w14:paraId="573BAD50" w14:textId="77777777" w:rsidR="00540B47" w:rsidRDefault="00A32617">
            <w:r>
              <w:rPr>
                <w:sz w:val="18"/>
              </w:rPr>
              <w:t>MACN</w:t>
            </w:r>
          </w:p>
        </w:tc>
        <w:tc>
          <w:tcPr>
            <w:tcW w:w="1126" w:type="dxa"/>
          </w:tcPr>
          <w:p w14:paraId="2774BDEA" w14:textId="77777777" w:rsidR="00540B47" w:rsidRDefault="00A32617">
            <w:r>
              <w:rPr>
                <w:i/>
                <w:sz w:val="18"/>
              </w:rPr>
              <w:t>Z. capensis</w:t>
            </w:r>
          </w:p>
        </w:tc>
        <w:tc>
          <w:tcPr>
            <w:tcW w:w="977" w:type="dxa"/>
          </w:tcPr>
          <w:p w14:paraId="44A68A68" w14:textId="77777777" w:rsidR="00540B47" w:rsidRDefault="00A32617">
            <w:r>
              <w:rPr>
                <w:sz w:val="18"/>
              </w:rPr>
              <w:t>-39.8790</w:t>
            </w:r>
          </w:p>
        </w:tc>
        <w:tc>
          <w:tcPr>
            <w:tcW w:w="1107" w:type="dxa"/>
          </w:tcPr>
          <w:p w14:paraId="44188DCD" w14:textId="77777777" w:rsidR="00540B47" w:rsidRDefault="00A32617">
            <w:r>
              <w:rPr>
                <w:sz w:val="18"/>
              </w:rPr>
              <w:t>-64.4380</w:t>
            </w:r>
          </w:p>
        </w:tc>
        <w:tc>
          <w:tcPr>
            <w:tcW w:w="1156" w:type="dxa"/>
          </w:tcPr>
          <w:p w14:paraId="7D04B907" w14:textId="77777777" w:rsidR="00540B47" w:rsidRDefault="00A32617">
            <w:r>
              <w:rPr>
                <w:sz w:val="18"/>
              </w:rPr>
              <w:t>2025-11-07</w:t>
            </w:r>
          </w:p>
        </w:tc>
        <w:tc>
          <w:tcPr>
            <w:tcW w:w="727" w:type="dxa"/>
          </w:tcPr>
          <w:p w14:paraId="393B2D4A" w14:textId="77777777" w:rsidR="00540B47" w:rsidRDefault="00A32617">
            <w:r>
              <w:rPr>
                <w:sz w:val="18"/>
              </w:rPr>
              <w:t>07:34</w:t>
            </w:r>
          </w:p>
        </w:tc>
        <w:tc>
          <w:tcPr>
            <w:tcW w:w="1561" w:type="dxa"/>
          </w:tcPr>
          <w:p w14:paraId="2E455184" w14:textId="77777777" w:rsidR="00540B47" w:rsidRDefault="00A32617">
            <w:r>
              <w:rPr>
                <w:sz w:val="18"/>
              </w:rPr>
              <w:t>Pablo L. Tubaro</w:t>
            </w:r>
          </w:p>
        </w:tc>
      </w:tr>
      <w:tr w:rsidR="00540B47" w14:paraId="0DBD626F" w14:textId="77777777" w:rsidTr="00DD565D">
        <w:tc>
          <w:tcPr>
            <w:tcW w:w="942" w:type="dxa"/>
          </w:tcPr>
          <w:p w14:paraId="3C4B08C2" w14:textId="77777777" w:rsidR="00540B47" w:rsidRDefault="00A32617">
            <w:r>
              <w:rPr>
                <w:sz w:val="18"/>
              </w:rPr>
              <w:t>3505.2</w:t>
            </w:r>
          </w:p>
        </w:tc>
        <w:tc>
          <w:tcPr>
            <w:tcW w:w="1156" w:type="dxa"/>
          </w:tcPr>
          <w:p w14:paraId="259BC94E" w14:textId="77777777" w:rsidR="00540B47" w:rsidRDefault="00A32617">
            <w:r>
              <w:rPr>
                <w:sz w:val="18"/>
              </w:rPr>
              <w:t>MACN</w:t>
            </w:r>
          </w:p>
        </w:tc>
        <w:tc>
          <w:tcPr>
            <w:tcW w:w="1126" w:type="dxa"/>
          </w:tcPr>
          <w:p w14:paraId="64866C1B" w14:textId="77777777" w:rsidR="00540B47" w:rsidRDefault="00A32617">
            <w:r>
              <w:rPr>
                <w:i/>
                <w:sz w:val="18"/>
              </w:rPr>
              <w:t>Z. capensis</w:t>
            </w:r>
          </w:p>
        </w:tc>
        <w:tc>
          <w:tcPr>
            <w:tcW w:w="977" w:type="dxa"/>
          </w:tcPr>
          <w:p w14:paraId="13EE3F8C" w14:textId="77777777" w:rsidR="00540B47" w:rsidRDefault="00A32617">
            <w:r>
              <w:rPr>
                <w:sz w:val="18"/>
              </w:rPr>
              <w:t>-39.8790</w:t>
            </w:r>
          </w:p>
        </w:tc>
        <w:tc>
          <w:tcPr>
            <w:tcW w:w="1107" w:type="dxa"/>
          </w:tcPr>
          <w:p w14:paraId="36089B60" w14:textId="77777777" w:rsidR="00540B47" w:rsidRDefault="00A32617">
            <w:r>
              <w:rPr>
                <w:sz w:val="18"/>
              </w:rPr>
              <w:t>-64.4380</w:t>
            </w:r>
          </w:p>
        </w:tc>
        <w:tc>
          <w:tcPr>
            <w:tcW w:w="1156" w:type="dxa"/>
          </w:tcPr>
          <w:p w14:paraId="033D9097" w14:textId="77777777" w:rsidR="00540B47" w:rsidRDefault="00A32617">
            <w:r>
              <w:rPr>
                <w:sz w:val="18"/>
              </w:rPr>
              <w:t>2025-11-07</w:t>
            </w:r>
          </w:p>
        </w:tc>
        <w:tc>
          <w:tcPr>
            <w:tcW w:w="727" w:type="dxa"/>
          </w:tcPr>
          <w:p w14:paraId="6BE094BE" w14:textId="77777777" w:rsidR="00540B47" w:rsidRDefault="00A32617">
            <w:r>
              <w:rPr>
                <w:sz w:val="18"/>
              </w:rPr>
              <w:t>07:34</w:t>
            </w:r>
          </w:p>
        </w:tc>
        <w:tc>
          <w:tcPr>
            <w:tcW w:w="1561" w:type="dxa"/>
          </w:tcPr>
          <w:p w14:paraId="21B73D74" w14:textId="77777777" w:rsidR="00540B47" w:rsidRDefault="00A32617">
            <w:r>
              <w:rPr>
                <w:sz w:val="18"/>
              </w:rPr>
              <w:t>Pablo L. Tubaro</w:t>
            </w:r>
          </w:p>
        </w:tc>
      </w:tr>
      <w:tr w:rsidR="00540B47" w14:paraId="78ABECF5" w14:textId="77777777" w:rsidTr="00DD565D">
        <w:tc>
          <w:tcPr>
            <w:tcW w:w="942" w:type="dxa"/>
          </w:tcPr>
          <w:p w14:paraId="35760741" w14:textId="77777777" w:rsidR="00540B47" w:rsidRDefault="00A32617">
            <w:r>
              <w:rPr>
                <w:sz w:val="18"/>
              </w:rPr>
              <w:t>3506.1</w:t>
            </w:r>
          </w:p>
        </w:tc>
        <w:tc>
          <w:tcPr>
            <w:tcW w:w="1156" w:type="dxa"/>
          </w:tcPr>
          <w:p w14:paraId="0C0114AB" w14:textId="77777777" w:rsidR="00540B47" w:rsidRDefault="00A32617">
            <w:r>
              <w:rPr>
                <w:sz w:val="18"/>
              </w:rPr>
              <w:t>MACN</w:t>
            </w:r>
          </w:p>
        </w:tc>
        <w:tc>
          <w:tcPr>
            <w:tcW w:w="1126" w:type="dxa"/>
          </w:tcPr>
          <w:p w14:paraId="2082A59C" w14:textId="77777777" w:rsidR="00540B47" w:rsidRDefault="00A32617">
            <w:r>
              <w:rPr>
                <w:i/>
                <w:sz w:val="18"/>
              </w:rPr>
              <w:t>Z. capensis</w:t>
            </w:r>
          </w:p>
        </w:tc>
        <w:tc>
          <w:tcPr>
            <w:tcW w:w="977" w:type="dxa"/>
          </w:tcPr>
          <w:p w14:paraId="4F182212" w14:textId="77777777" w:rsidR="00540B47" w:rsidRDefault="00A32617">
            <w:r>
              <w:rPr>
                <w:sz w:val="18"/>
              </w:rPr>
              <w:t>-40.0470</w:t>
            </w:r>
          </w:p>
        </w:tc>
        <w:tc>
          <w:tcPr>
            <w:tcW w:w="1107" w:type="dxa"/>
          </w:tcPr>
          <w:p w14:paraId="6BDFE28E" w14:textId="77777777" w:rsidR="00540B47" w:rsidRDefault="00A32617">
            <w:r>
              <w:rPr>
                <w:sz w:val="18"/>
              </w:rPr>
              <w:t>-64.4459</w:t>
            </w:r>
          </w:p>
        </w:tc>
        <w:tc>
          <w:tcPr>
            <w:tcW w:w="1156" w:type="dxa"/>
          </w:tcPr>
          <w:p w14:paraId="07034F82" w14:textId="77777777" w:rsidR="00540B47" w:rsidRDefault="00A32617">
            <w:r>
              <w:rPr>
                <w:sz w:val="18"/>
              </w:rPr>
              <w:t>2025-11-07</w:t>
            </w:r>
          </w:p>
        </w:tc>
        <w:tc>
          <w:tcPr>
            <w:tcW w:w="727" w:type="dxa"/>
          </w:tcPr>
          <w:p w14:paraId="250DF3B0" w14:textId="77777777" w:rsidR="00540B47" w:rsidRDefault="00A32617">
            <w:r>
              <w:rPr>
                <w:sz w:val="18"/>
              </w:rPr>
              <w:t>07:50</w:t>
            </w:r>
          </w:p>
        </w:tc>
        <w:tc>
          <w:tcPr>
            <w:tcW w:w="1561" w:type="dxa"/>
          </w:tcPr>
          <w:p w14:paraId="234A6907" w14:textId="77777777" w:rsidR="00540B47" w:rsidRDefault="00A32617">
            <w:r>
              <w:rPr>
                <w:sz w:val="18"/>
              </w:rPr>
              <w:t>Pablo L. Tubaro</w:t>
            </w:r>
          </w:p>
        </w:tc>
      </w:tr>
      <w:tr w:rsidR="00540B47" w14:paraId="36168AAB" w14:textId="77777777" w:rsidTr="00DD565D">
        <w:tc>
          <w:tcPr>
            <w:tcW w:w="942" w:type="dxa"/>
          </w:tcPr>
          <w:p w14:paraId="76AE74C7" w14:textId="77777777" w:rsidR="00540B47" w:rsidRDefault="00A32617">
            <w:r>
              <w:rPr>
                <w:sz w:val="18"/>
              </w:rPr>
              <w:t>3506.2</w:t>
            </w:r>
          </w:p>
        </w:tc>
        <w:tc>
          <w:tcPr>
            <w:tcW w:w="1156" w:type="dxa"/>
          </w:tcPr>
          <w:p w14:paraId="1DC2E736" w14:textId="77777777" w:rsidR="00540B47" w:rsidRDefault="00A32617">
            <w:r>
              <w:rPr>
                <w:sz w:val="18"/>
              </w:rPr>
              <w:t>MACN</w:t>
            </w:r>
          </w:p>
        </w:tc>
        <w:tc>
          <w:tcPr>
            <w:tcW w:w="1126" w:type="dxa"/>
          </w:tcPr>
          <w:p w14:paraId="592CD244" w14:textId="77777777" w:rsidR="00540B47" w:rsidRDefault="00A32617">
            <w:r>
              <w:rPr>
                <w:i/>
                <w:sz w:val="18"/>
              </w:rPr>
              <w:t>Z. capensis</w:t>
            </w:r>
          </w:p>
        </w:tc>
        <w:tc>
          <w:tcPr>
            <w:tcW w:w="977" w:type="dxa"/>
          </w:tcPr>
          <w:p w14:paraId="278B57C4" w14:textId="77777777" w:rsidR="00540B47" w:rsidRDefault="00A32617">
            <w:r>
              <w:rPr>
                <w:sz w:val="18"/>
              </w:rPr>
              <w:t>-40.0470</w:t>
            </w:r>
          </w:p>
        </w:tc>
        <w:tc>
          <w:tcPr>
            <w:tcW w:w="1107" w:type="dxa"/>
          </w:tcPr>
          <w:p w14:paraId="27B2C49C" w14:textId="77777777" w:rsidR="00540B47" w:rsidRDefault="00A32617">
            <w:r>
              <w:rPr>
                <w:sz w:val="18"/>
              </w:rPr>
              <w:t>-64.4459</w:t>
            </w:r>
          </w:p>
        </w:tc>
        <w:tc>
          <w:tcPr>
            <w:tcW w:w="1156" w:type="dxa"/>
          </w:tcPr>
          <w:p w14:paraId="102D5650" w14:textId="77777777" w:rsidR="00540B47" w:rsidRDefault="00A32617">
            <w:r>
              <w:rPr>
                <w:sz w:val="18"/>
              </w:rPr>
              <w:t>2025-11-07</w:t>
            </w:r>
          </w:p>
        </w:tc>
        <w:tc>
          <w:tcPr>
            <w:tcW w:w="727" w:type="dxa"/>
          </w:tcPr>
          <w:p w14:paraId="3654F309" w14:textId="77777777" w:rsidR="00540B47" w:rsidRDefault="00A32617">
            <w:r>
              <w:rPr>
                <w:sz w:val="18"/>
              </w:rPr>
              <w:t>07:50</w:t>
            </w:r>
          </w:p>
        </w:tc>
        <w:tc>
          <w:tcPr>
            <w:tcW w:w="1561" w:type="dxa"/>
          </w:tcPr>
          <w:p w14:paraId="73FC6E0B" w14:textId="77777777" w:rsidR="00540B47" w:rsidRDefault="00A32617">
            <w:r>
              <w:rPr>
                <w:sz w:val="18"/>
              </w:rPr>
              <w:t>Pablo L. Tubaro</w:t>
            </w:r>
          </w:p>
        </w:tc>
      </w:tr>
      <w:tr w:rsidR="00540B47" w14:paraId="103E586E" w14:textId="77777777" w:rsidTr="00DD565D">
        <w:tc>
          <w:tcPr>
            <w:tcW w:w="942" w:type="dxa"/>
          </w:tcPr>
          <w:p w14:paraId="19D2808A" w14:textId="77777777" w:rsidR="00540B47" w:rsidRDefault="00A32617">
            <w:r>
              <w:rPr>
                <w:sz w:val="18"/>
              </w:rPr>
              <w:t>3507</w:t>
            </w:r>
          </w:p>
        </w:tc>
        <w:tc>
          <w:tcPr>
            <w:tcW w:w="1156" w:type="dxa"/>
          </w:tcPr>
          <w:p w14:paraId="3B99ED5F" w14:textId="77777777" w:rsidR="00540B47" w:rsidRDefault="00A32617">
            <w:r>
              <w:rPr>
                <w:sz w:val="18"/>
              </w:rPr>
              <w:t>MACN</w:t>
            </w:r>
          </w:p>
        </w:tc>
        <w:tc>
          <w:tcPr>
            <w:tcW w:w="1126" w:type="dxa"/>
          </w:tcPr>
          <w:p w14:paraId="1B343B0B" w14:textId="77777777" w:rsidR="00540B47" w:rsidRDefault="00A32617">
            <w:r>
              <w:rPr>
                <w:i/>
                <w:sz w:val="18"/>
              </w:rPr>
              <w:t>Z. capensis</w:t>
            </w:r>
          </w:p>
        </w:tc>
        <w:tc>
          <w:tcPr>
            <w:tcW w:w="977" w:type="dxa"/>
          </w:tcPr>
          <w:p w14:paraId="3DC9CD31" w14:textId="77777777" w:rsidR="00540B47" w:rsidRDefault="00A32617">
            <w:r>
              <w:rPr>
                <w:sz w:val="18"/>
              </w:rPr>
              <w:t>-40.0742</w:t>
            </w:r>
          </w:p>
        </w:tc>
        <w:tc>
          <w:tcPr>
            <w:tcW w:w="1107" w:type="dxa"/>
          </w:tcPr>
          <w:p w14:paraId="01D1B37C" w14:textId="77777777" w:rsidR="00540B47" w:rsidRDefault="00A32617">
            <w:r>
              <w:rPr>
                <w:sz w:val="18"/>
              </w:rPr>
              <w:t>-64.4613</w:t>
            </w:r>
          </w:p>
        </w:tc>
        <w:tc>
          <w:tcPr>
            <w:tcW w:w="1156" w:type="dxa"/>
          </w:tcPr>
          <w:p w14:paraId="64DF57FD" w14:textId="77777777" w:rsidR="00540B47" w:rsidRDefault="00A32617">
            <w:r>
              <w:rPr>
                <w:sz w:val="18"/>
              </w:rPr>
              <w:t>2025-11-07</w:t>
            </w:r>
          </w:p>
        </w:tc>
        <w:tc>
          <w:tcPr>
            <w:tcW w:w="727" w:type="dxa"/>
          </w:tcPr>
          <w:p w14:paraId="673F6ABD" w14:textId="77777777" w:rsidR="00540B47" w:rsidRDefault="00A32617">
            <w:r>
              <w:rPr>
                <w:sz w:val="18"/>
              </w:rPr>
              <w:t>07:58</w:t>
            </w:r>
          </w:p>
        </w:tc>
        <w:tc>
          <w:tcPr>
            <w:tcW w:w="1561" w:type="dxa"/>
          </w:tcPr>
          <w:p w14:paraId="06EEBFBD" w14:textId="77777777" w:rsidR="00540B47" w:rsidRDefault="00A32617">
            <w:r>
              <w:rPr>
                <w:sz w:val="18"/>
              </w:rPr>
              <w:t>Pablo L. Tubaro</w:t>
            </w:r>
          </w:p>
        </w:tc>
      </w:tr>
      <w:tr w:rsidR="00540B47" w14:paraId="184E54C0" w14:textId="77777777" w:rsidTr="00DD565D">
        <w:tc>
          <w:tcPr>
            <w:tcW w:w="942" w:type="dxa"/>
          </w:tcPr>
          <w:p w14:paraId="42D3323A" w14:textId="77777777" w:rsidR="00540B47" w:rsidRDefault="00A32617">
            <w:r>
              <w:rPr>
                <w:sz w:val="18"/>
              </w:rPr>
              <w:t>3508</w:t>
            </w:r>
          </w:p>
        </w:tc>
        <w:tc>
          <w:tcPr>
            <w:tcW w:w="1156" w:type="dxa"/>
          </w:tcPr>
          <w:p w14:paraId="3B3AB2BD" w14:textId="77777777" w:rsidR="00540B47" w:rsidRDefault="00A32617">
            <w:r>
              <w:rPr>
                <w:sz w:val="18"/>
              </w:rPr>
              <w:t>MACN</w:t>
            </w:r>
          </w:p>
        </w:tc>
        <w:tc>
          <w:tcPr>
            <w:tcW w:w="1126" w:type="dxa"/>
          </w:tcPr>
          <w:p w14:paraId="55E7C411" w14:textId="77777777" w:rsidR="00540B47" w:rsidRDefault="00A32617">
            <w:r>
              <w:rPr>
                <w:i/>
                <w:sz w:val="18"/>
              </w:rPr>
              <w:t>Z. capensis</w:t>
            </w:r>
          </w:p>
        </w:tc>
        <w:tc>
          <w:tcPr>
            <w:tcW w:w="977" w:type="dxa"/>
          </w:tcPr>
          <w:p w14:paraId="37599DFD" w14:textId="77777777" w:rsidR="00540B47" w:rsidRDefault="00A32617">
            <w:r>
              <w:rPr>
                <w:sz w:val="18"/>
              </w:rPr>
              <w:t>-40.5259</w:t>
            </w:r>
          </w:p>
        </w:tc>
        <w:tc>
          <w:tcPr>
            <w:tcW w:w="1107" w:type="dxa"/>
          </w:tcPr>
          <w:p w14:paraId="040EB646" w14:textId="77777777" w:rsidR="00540B47" w:rsidRDefault="00A32617">
            <w:r>
              <w:rPr>
                <w:sz w:val="18"/>
              </w:rPr>
              <w:t>-64.6953</w:t>
            </w:r>
          </w:p>
        </w:tc>
        <w:tc>
          <w:tcPr>
            <w:tcW w:w="1156" w:type="dxa"/>
          </w:tcPr>
          <w:p w14:paraId="43735A38" w14:textId="77777777" w:rsidR="00540B47" w:rsidRDefault="00A32617">
            <w:r>
              <w:rPr>
                <w:sz w:val="18"/>
              </w:rPr>
              <w:t>2025-11-07</w:t>
            </w:r>
          </w:p>
        </w:tc>
        <w:tc>
          <w:tcPr>
            <w:tcW w:w="727" w:type="dxa"/>
          </w:tcPr>
          <w:p w14:paraId="3B58F86D" w14:textId="77777777" w:rsidR="00540B47" w:rsidRDefault="00A32617">
            <w:r>
              <w:rPr>
                <w:sz w:val="18"/>
              </w:rPr>
              <w:t>08:55</w:t>
            </w:r>
          </w:p>
        </w:tc>
        <w:tc>
          <w:tcPr>
            <w:tcW w:w="1561" w:type="dxa"/>
          </w:tcPr>
          <w:p w14:paraId="5F3F3E85" w14:textId="77777777" w:rsidR="00540B47" w:rsidRDefault="00A32617">
            <w:r>
              <w:rPr>
                <w:sz w:val="18"/>
              </w:rPr>
              <w:t>Agustin I. Casale</w:t>
            </w:r>
          </w:p>
        </w:tc>
      </w:tr>
      <w:tr w:rsidR="00540B47" w14:paraId="4008880B" w14:textId="77777777" w:rsidTr="00DD565D">
        <w:tc>
          <w:tcPr>
            <w:tcW w:w="942" w:type="dxa"/>
          </w:tcPr>
          <w:p w14:paraId="10161AD3" w14:textId="77777777" w:rsidR="00540B47" w:rsidRDefault="00A32617">
            <w:r>
              <w:rPr>
                <w:sz w:val="18"/>
              </w:rPr>
              <w:t>3509</w:t>
            </w:r>
          </w:p>
        </w:tc>
        <w:tc>
          <w:tcPr>
            <w:tcW w:w="1156" w:type="dxa"/>
          </w:tcPr>
          <w:p w14:paraId="3B0FD8A9" w14:textId="77777777" w:rsidR="00540B47" w:rsidRDefault="00A32617">
            <w:r>
              <w:rPr>
                <w:sz w:val="18"/>
              </w:rPr>
              <w:t>MACN</w:t>
            </w:r>
          </w:p>
        </w:tc>
        <w:tc>
          <w:tcPr>
            <w:tcW w:w="1126" w:type="dxa"/>
          </w:tcPr>
          <w:p w14:paraId="69F79439" w14:textId="77777777" w:rsidR="00540B47" w:rsidRDefault="00A32617">
            <w:r>
              <w:rPr>
                <w:i/>
                <w:sz w:val="18"/>
              </w:rPr>
              <w:t>Z. capensis</w:t>
            </w:r>
          </w:p>
        </w:tc>
        <w:tc>
          <w:tcPr>
            <w:tcW w:w="977" w:type="dxa"/>
          </w:tcPr>
          <w:p w14:paraId="59FE3DD3" w14:textId="77777777" w:rsidR="00540B47" w:rsidRDefault="00A32617">
            <w:r>
              <w:rPr>
                <w:sz w:val="18"/>
              </w:rPr>
              <w:t>-40.1003</w:t>
            </w:r>
          </w:p>
        </w:tc>
        <w:tc>
          <w:tcPr>
            <w:tcW w:w="1107" w:type="dxa"/>
          </w:tcPr>
          <w:p w14:paraId="0996AFCE" w14:textId="77777777" w:rsidR="00540B47" w:rsidRDefault="00A32617">
            <w:r>
              <w:rPr>
                <w:sz w:val="18"/>
              </w:rPr>
              <w:t>-64.4707</w:t>
            </w:r>
          </w:p>
        </w:tc>
        <w:tc>
          <w:tcPr>
            <w:tcW w:w="1156" w:type="dxa"/>
          </w:tcPr>
          <w:p w14:paraId="74E337BE" w14:textId="77777777" w:rsidR="00540B47" w:rsidRDefault="00A32617">
            <w:r>
              <w:rPr>
                <w:sz w:val="18"/>
              </w:rPr>
              <w:t>2025-11-07</w:t>
            </w:r>
          </w:p>
        </w:tc>
        <w:tc>
          <w:tcPr>
            <w:tcW w:w="727" w:type="dxa"/>
          </w:tcPr>
          <w:p w14:paraId="4BDE5FEB" w14:textId="77777777" w:rsidR="00540B47" w:rsidRDefault="00A32617">
            <w:r>
              <w:rPr>
                <w:sz w:val="18"/>
              </w:rPr>
              <w:t>08:04</w:t>
            </w:r>
          </w:p>
        </w:tc>
        <w:tc>
          <w:tcPr>
            <w:tcW w:w="1561" w:type="dxa"/>
          </w:tcPr>
          <w:p w14:paraId="2D12A9CA" w14:textId="77777777" w:rsidR="00540B47" w:rsidRDefault="00A32617">
            <w:r>
              <w:rPr>
                <w:sz w:val="18"/>
              </w:rPr>
              <w:t>Pablo L. Tubaro</w:t>
            </w:r>
          </w:p>
        </w:tc>
      </w:tr>
      <w:tr w:rsidR="00540B47" w14:paraId="2FC858B3" w14:textId="77777777" w:rsidTr="00DD565D">
        <w:tc>
          <w:tcPr>
            <w:tcW w:w="942" w:type="dxa"/>
          </w:tcPr>
          <w:p w14:paraId="2257E9C9" w14:textId="77777777" w:rsidR="00540B47" w:rsidRDefault="00A32617">
            <w:r>
              <w:rPr>
                <w:sz w:val="18"/>
              </w:rPr>
              <w:t>3510</w:t>
            </w:r>
          </w:p>
        </w:tc>
        <w:tc>
          <w:tcPr>
            <w:tcW w:w="1156" w:type="dxa"/>
          </w:tcPr>
          <w:p w14:paraId="21B08B0E" w14:textId="77777777" w:rsidR="00540B47" w:rsidRDefault="00A32617">
            <w:r>
              <w:rPr>
                <w:sz w:val="18"/>
              </w:rPr>
              <w:t>MACN</w:t>
            </w:r>
          </w:p>
        </w:tc>
        <w:tc>
          <w:tcPr>
            <w:tcW w:w="1126" w:type="dxa"/>
          </w:tcPr>
          <w:p w14:paraId="0CD3530F" w14:textId="77777777" w:rsidR="00540B47" w:rsidRDefault="00A32617">
            <w:r>
              <w:rPr>
                <w:i/>
                <w:sz w:val="18"/>
              </w:rPr>
              <w:t>Z. capensis</w:t>
            </w:r>
          </w:p>
        </w:tc>
        <w:tc>
          <w:tcPr>
            <w:tcW w:w="977" w:type="dxa"/>
          </w:tcPr>
          <w:p w14:paraId="2226180E" w14:textId="77777777" w:rsidR="00540B47" w:rsidRDefault="00A32617">
            <w:r>
              <w:rPr>
                <w:sz w:val="18"/>
              </w:rPr>
              <w:t>-40.1319</w:t>
            </w:r>
          </w:p>
        </w:tc>
        <w:tc>
          <w:tcPr>
            <w:tcW w:w="1107" w:type="dxa"/>
          </w:tcPr>
          <w:p w14:paraId="2A758E01" w14:textId="77777777" w:rsidR="00540B47" w:rsidRDefault="00A32617">
            <w:r>
              <w:rPr>
                <w:sz w:val="18"/>
              </w:rPr>
              <w:t>-64.4757</w:t>
            </w:r>
          </w:p>
        </w:tc>
        <w:tc>
          <w:tcPr>
            <w:tcW w:w="1156" w:type="dxa"/>
          </w:tcPr>
          <w:p w14:paraId="7AD589B0" w14:textId="77777777" w:rsidR="00540B47" w:rsidRDefault="00A32617">
            <w:r>
              <w:rPr>
                <w:sz w:val="18"/>
              </w:rPr>
              <w:t>2025-11-07</w:t>
            </w:r>
          </w:p>
        </w:tc>
        <w:tc>
          <w:tcPr>
            <w:tcW w:w="727" w:type="dxa"/>
          </w:tcPr>
          <w:p w14:paraId="6D101028" w14:textId="77777777" w:rsidR="00540B47" w:rsidRDefault="00A32617">
            <w:r>
              <w:rPr>
                <w:sz w:val="18"/>
              </w:rPr>
              <w:t>08:13</w:t>
            </w:r>
          </w:p>
        </w:tc>
        <w:tc>
          <w:tcPr>
            <w:tcW w:w="1561" w:type="dxa"/>
          </w:tcPr>
          <w:p w14:paraId="1C48CC0A" w14:textId="77777777" w:rsidR="00540B47" w:rsidRDefault="00A32617">
            <w:r>
              <w:rPr>
                <w:sz w:val="18"/>
              </w:rPr>
              <w:t>Pablo L. Tubaro</w:t>
            </w:r>
          </w:p>
        </w:tc>
      </w:tr>
      <w:tr w:rsidR="00540B47" w14:paraId="5DA0A991" w14:textId="77777777" w:rsidTr="00DD565D">
        <w:tc>
          <w:tcPr>
            <w:tcW w:w="942" w:type="dxa"/>
          </w:tcPr>
          <w:p w14:paraId="33FFA64B" w14:textId="77777777" w:rsidR="00540B47" w:rsidRDefault="00A32617">
            <w:r>
              <w:rPr>
                <w:sz w:val="18"/>
              </w:rPr>
              <w:t>3511</w:t>
            </w:r>
          </w:p>
        </w:tc>
        <w:tc>
          <w:tcPr>
            <w:tcW w:w="1156" w:type="dxa"/>
          </w:tcPr>
          <w:p w14:paraId="719B47DC" w14:textId="77777777" w:rsidR="00540B47" w:rsidRDefault="00A32617">
            <w:r>
              <w:rPr>
                <w:sz w:val="18"/>
              </w:rPr>
              <w:t>MACN</w:t>
            </w:r>
          </w:p>
        </w:tc>
        <w:tc>
          <w:tcPr>
            <w:tcW w:w="1126" w:type="dxa"/>
          </w:tcPr>
          <w:p w14:paraId="6D20C119" w14:textId="77777777" w:rsidR="00540B47" w:rsidRDefault="00A32617">
            <w:r>
              <w:rPr>
                <w:i/>
                <w:sz w:val="18"/>
              </w:rPr>
              <w:t>Z. capensis</w:t>
            </w:r>
          </w:p>
        </w:tc>
        <w:tc>
          <w:tcPr>
            <w:tcW w:w="977" w:type="dxa"/>
          </w:tcPr>
          <w:p w14:paraId="1C9CD7CB" w14:textId="77777777" w:rsidR="00540B47" w:rsidRDefault="00A32617">
            <w:r>
              <w:rPr>
                <w:sz w:val="18"/>
              </w:rPr>
              <w:t>-40.1319</w:t>
            </w:r>
          </w:p>
        </w:tc>
        <w:tc>
          <w:tcPr>
            <w:tcW w:w="1107" w:type="dxa"/>
          </w:tcPr>
          <w:p w14:paraId="480F3607" w14:textId="77777777" w:rsidR="00540B47" w:rsidRDefault="00A32617">
            <w:r>
              <w:rPr>
                <w:sz w:val="18"/>
              </w:rPr>
              <w:t>-64.4757</w:t>
            </w:r>
          </w:p>
        </w:tc>
        <w:tc>
          <w:tcPr>
            <w:tcW w:w="1156" w:type="dxa"/>
          </w:tcPr>
          <w:p w14:paraId="0A9875A0" w14:textId="77777777" w:rsidR="00540B47" w:rsidRDefault="00A32617">
            <w:r>
              <w:rPr>
                <w:sz w:val="18"/>
              </w:rPr>
              <w:t>2025-11-07</w:t>
            </w:r>
          </w:p>
        </w:tc>
        <w:tc>
          <w:tcPr>
            <w:tcW w:w="727" w:type="dxa"/>
          </w:tcPr>
          <w:p w14:paraId="15E52EC1" w14:textId="77777777" w:rsidR="00540B47" w:rsidRDefault="00A32617">
            <w:r>
              <w:rPr>
                <w:sz w:val="18"/>
              </w:rPr>
              <w:t>08:15</w:t>
            </w:r>
          </w:p>
        </w:tc>
        <w:tc>
          <w:tcPr>
            <w:tcW w:w="1561" w:type="dxa"/>
          </w:tcPr>
          <w:p w14:paraId="143F5B5D" w14:textId="77777777" w:rsidR="00540B47" w:rsidRDefault="00A32617">
            <w:r>
              <w:rPr>
                <w:sz w:val="18"/>
              </w:rPr>
              <w:t>Pablo L. Tubaro</w:t>
            </w:r>
          </w:p>
        </w:tc>
      </w:tr>
      <w:tr w:rsidR="00540B47" w14:paraId="510A4066" w14:textId="77777777" w:rsidTr="00DD565D">
        <w:tc>
          <w:tcPr>
            <w:tcW w:w="942" w:type="dxa"/>
          </w:tcPr>
          <w:p w14:paraId="77961503" w14:textId="77777777" w:rsidR="00540B47" w:rsidRDefault="00A32617">
            <w:r>
              <w:rPr>
                <w:sz w:val="18"/>
              </w:rPr>
              <w:t>3512</w:t>
            </w:r>
          </w:p>
        </w:tc>
        <w:tc>
          <w:tcPr>
            <w:tcW w:w="1156" w:type="dxa"/>
          </w:tcPr>
          <w:p w14:paraId="53B0FF29" w14:textId="77777777" w:rsidR="00540B47" w:rsidRDefault="00A32617">
            <w:r>
              <w:rPr>
                <w:sz w:val="18"/>
              </w:rPr>
              <w:t>MACN</w:t>
            </w:r>
          </w:p>
        </w:tc>
        <w:tc>
          <w:tcPr>
            <w:tcW w:w="1126" w:type="dxa"/>
          </w:tcPr>
          <w:p w14:paraId="4839B776" w14:textId="77777777" w:rsidR="00540B47" w:rsidRDefault="00A32617">
            <w:r>
              <w:rPr>
                <w:i/>
                <w:sz w:val="18"/>
              </w:rPr>
              <w:t>Z. capensis</w:t>
            </w:r>
          </w:p>
        </w:tc>
        <w:tc>
          <w:tcPr>
            <w:tcW w:w="977" w:type="dxa"/>
          </w:tcPr>
          <w:p w14:paraId="69401576" w14:textId="77777777" w:rsidR="00540B47" w:rsidRDefault="00A32617">
            <w:r>
              <w:rPr>
                <w:sz w:val="18"/>
              </w:rPr>
              <w:t>-40.3740</w:t>
            </w:r>
          </w:p>
        </w:tc>
        <w:tc>
          <w:tcPr>
            <w:tcW w:w="1107" w:type="dxa"/>
          </w:tcPr>
          <w:p w14:paraId="5A8449C6" w14:textId="77777777" w:rsidR="00540B47" w:rsidRDefault="00A32617">
            <w:r>
              <w:rPr>
                <w:sz w:val="18"/>
              </w:rPr>
              <w:t>-64.5870</w:t>
            </w:r>
          </w:p>
        </w:tc>
        <w:tc>
          <w:tcPr>
            <w:tcW w:w="1156" w:type="dxa"/>
          </w:tcPr>
          <w:p w14:paraId="200F1F14" w14:textId="77777777" w:rsidR="00540B47" w:rsidRDefault="00A32617">
            <w:r>
              <w:rPr>
                <w:sz w:val="18"/>
              </w:rPr>
              <w:t>2025-11-07</w:t>
            </w:r>
          </w:p>
        </w:tc>
        <w:tc>
          <w:tcPr>
            <w:tcW w:w="727" w:type="dxa"/>
          </w:tcPr>
          <w:p w14:paraId="7F27F630" w14:textId="77777777" w:rsidR="00540B47" w:rsidRDefault="00A32617">
            <w:r>
              <w:rPr>
                <w:sz w:val="18"/>
              </w:rPr>
              <w:t>08:37</w:t>
            </w:r>
          </w:p>
        </w:tc>
        <w:tc>
          <w:tcPr>
            <w:tcW w:w="1561" w:type="dxa"/>
          </w:tcPr>
          <w:p w14:paraId="3B1C8AEC" w14:textId="77777777" w:rsidR="00540B47" w:rsidRDefault="00A32617">
            <w:r>
              <w:rPr>
                <w:sz w:val="18"/>
              </w:rPr>
              <w:t>Pablo L. Tubaro</w:t>
            </w:r>
          </w:p>
        </w:tc>
      </w:tr>
      <w:tr w:rsidR="00540B47" w14:paraId="176FF9B8" w14:textId="77777777" w:rsidTr="00DD565D">
        <w:tc>
          <w:tcPr>
            <w:tcW w:w="942" w:type="dxa"/>
          </w:tcPr>
          <w:p w14:paraId="11555988" w14:textId="77777777" w:rsidR="00540B47" w:rsidRDefault="00A32617">
            <w:r>
              <w:rPr>
                <w:sz w:val="18"/>
              </w:rPr>
              <w:t>3513</w:t>
            </w:r>
          </w:p>
        </w:tc>
        <w:tc>
          <w:tcPr>
            <w:tcW w:w="1156" w:type="dxa"/>
          </w:tcPr>
          <w:p w14:paraId="12586D08" w14:textId="77777777" w:rsidR="00540B47" w:rsidRDefault="00A32617">
            <w:r>
              <w:rPr>
                <w:sz w:val="18"/>
              </w:rPr>
              <w:t>MACN</w:t>
            </w:r>
          </w:p>
        </w:tc>
        <w:tc>
          <w:tcPr>
            <w:tcW w:w="1126" w:type="dxa"/>
          </w:tcPr>
          <w:p w14:paraId="655B8F57" w14:textId="77777777" w:rsidR="00540B47" w:rsidRDefault="00A32617">
            <w:r>
              <w:rPr>
                <w:i/>
                <w:sz w:val="18"/>
              </w:rPr>
              <w:t>Z. capensis</w:t>
            </w:r>
          </w:p>
        </w:tc>
        <w:tc>
          <w:tcPr>
            <w:tcW w:w="977" w:type="dxa"/>
          </w:tcPr>
          <w:p w14:paraId="0496E8BB" w14:textId="77777777" w:rsidR="00540B47" w:rsidRDefault="00A32617">
            <w:r>
              <w:rPr>
                <w:sz w:val="18"/>
              </w:rPr>
              <w:t>-40.5260</w:t>
            </w:r>
          </w:p>
        </w:tc>
        <w:tc>
          <w:tcPr>
            <w:tcW w:w="1107" w:type="dxa"/>
          </w:tcPr>
          <w:p w14:paraId="2C6B0588" w14:textId="77777777" w:rsidR="00540B47" w:rsidRDefault="00A32617">
            <w:r>
              <w:rPr>
                <w:sz w:val="18"/>
              </w:rPr>
              <w:t>-64.6960</w:t>
            </w:r>
          </w:p>
        </w:tc>
        <w:tc>
          <w:tcPr>
            <w:tcW w:w="1156" w:type="dxa"/>
          </w:tcPr>
          <w:p w14:paraId="20C003B5" w14:textId="77777777" w:rsidR="00540B47" w:rsidRDefault="00A32617">
            <w:r>
              <w:rPr>
                <w:sz w:val="18"/>
              </w:rPr>
              <w:t>2025-11-07</w:t>
            </w:r>
          </w:p>
        </w:tc>
        <w:tc>
          <w:tcPr>
            <w:tcW w:w="727" w:type="dxa"/>
          </w:tcPr>
          <w:p w14:paraId="015AED4E" w14:textId="77777777" w:rsidR="00540B47" w:rsidRDefault="00A32617">
            <w:r>
              <w:rPr>
                <w:sz w:val="18"/>
              </w:rPr>
              <w:t>08:56</w:t>
            </w:r>
          </w:p>
        </w:tc>
        <w:tc>
          <w:tcPr>
            <w:tcW w:w="1561" w:type="dxa"/>
          </w:tcPr>
          <w:p w14:paraId="184E85CE" w14:textId="77777777" w:rsidR="00540B47" w:rsidRDefault="00A32617">
            <w:r>
              <w:rPr>
                <w:sz w:val="18"/>
              </w:rPr>
              <w:t>Pablo L. Tubaro</w:t>
            </w:r>
          </w:p>
        </w:tc>
      </w:tr>
      <w:tr w:rsidR="00540B47" w14:paraId="5F090EC6" w14:textId="77777777" w:rsidTr="00DD565D">
        <w:tc>
          <w:tcPr>
            <w:tcW w:w="942" w:type="dxa"/>
          </w:tcPr>
          <w:p w14:paraId="3DCBCA91" w14:textId="77777777" w:rsidR="00540B47" w:rsidRDefault="00A32617">
            <w:r>
              <w:rPr>
                <w:sz w:val="18"/>
              </w:rPr>
              <w:t>3514</w:t>
            </w:r>
          </w:p>
        </w:tc>
        <w:tc>
          <w:tcPr>
            <w:tcW w:w="1156" w:type="dxa"/>
          </w:tcPr>
          <w:p w14:paraId="4E270024" w14:textId="77777777" w:rsidR="00540B47" w:rsidRDefault="00A32617">
            <w:r>
              <w:rPr>
                <w:sz w:val="18"/>
              </w:rPr>
              <w:t>MACN</w:t>
            </w:r>
          </w:p>
        </w:tc>
        <w:tc>
          <w:tcPr>
            <w:tcW w:w="1126" w:type="dxa"/>
          </w:tcPr>
          <w:p w14:paraId="493D56F8" w14:textId="77777777" w:rsidR="00540B47" w:rsidRDefault="00A32617">
            <w:r>
              <w:rPr>
                <w:i/>
                <w:sz w:val="18"/>
              </w:rPr>
              <w:t>Z. capensis</w:t>
            </w:r>
          </w:p>
        </w:tc>
        <w:tc>
          <w:tcPr>
            <w:tcW w:w="977" w:type="dxa"/>
          </w:tcPr>
          <w:p w14:paraId="513E4587" w14:textId="77777777" w:rsidR="00540B47" w:rsidRDefault="00A32617">
            <w:r>
              <w:rPr>
                <w:sz w:val="18"/>
              </w:rPr>
              <w:t>-40.6469</w:t>
            </w:r>
          </w:p>
        </w:tc>
        <w:tc>
          <w:tcPr>
            <w:tcW w:w="1107" w:type="dxa"/>
          </w:tcPr>
          <w:p w14:paraId="5CFE3949" w14:textId="77777777" w:rsidR="00540B47" w:rsidRDefault="00A32617">
            <w:r>
              <w:rPr>
                <w:sz w:val="18"/>
              </w:rPr>
              <w:t>-64.8682</w:t>
            </w:r>
          </w:p>
        </w:tc>
        <w:tc>
          <w:tcPr>
            <w:tcW w:w="1156" w:type="dxa"/>
          </w:tcPr>
          <w:p w14:paraId="1FE89F48" w14:textId="77777777" w:rsidR="00540B47" w:rsidRDefault="00A32617">
            <w:r>
              <w:rPr>
                <w:sz w:val="18"/>
              </w:rPr>
              <w:t>2025-11-07</w:t>
            </w:r>
          </w:p>
        </w:tc>
        <w:tc>
          <w:tcPr>
            <w:tcW w:w="727" w:type="dxa"/>
          </w:tcPr>
          <w:p w14:paraId="3A334700" w14:textId="77777777" w:rsidR="00540B47" w:rsidRDefault="00A32617">
            <w:r>
              <w:rPr>
                <w:sz w:val="18"/>
              </w:rPr>
              <w:t>09:11</w:t>
            </w:r>
          </w:p>
        </w:tc>
        <w:tc>
          <w:tcPr>
            <w:tcW w:w="1561" w:type="dxa"/>
          </w:tcPr>
          <w:p w14:paraId="5C37AD88" w14:textId="77777777" w:rsidR="00540B47" w:rsidRDefault="00A32617">
            <w:r>
              <w:rPr>
                <w:sz w:val="18"/>
              </w:rPr>
              <w:t>Agustin I. Casale</w:t>
            </w:r>
          </w:p>
        </w:tc>
      </w:tr>
      <w:tr w:rsidR="00540B47" w14:paraId="621EDF57" w14:textId="77777777" w:rsidTr="00DD565D">
        <w:tc>
          <w:tcPr>
            <w:tcW w:w="942" w:type="dxa"/>
          </w:tcPr>
          <w:p w14:paraId="7988AFFF" w14:textId="77777777" w:rsidR="00540B47" w:rsidRDefault="00A32617">
            <w:r>
              <w:rPr>
                <w:sz w:val="18"/>
              </w:rPr>
              <w:t>3515</w:t>
            </w:r>
          </w:p>
        </w:tc>
        <w:tc>
          <w:tcPr>
            <w:tcW w:w="1156" w:type="dxa"/>
          </w:tcPr>
          <w:p w14:paraId="0BD4C353" w14:textId="77777777" w:rsidR="00540B47" w:rsidRDefault="00A32617">
            <w:r>
              <w:rPr>
                <w:sz w:val="18"/>
              </w:rPr>
              <w:t>MACN</w:t>
            </w:r>
          </w:p>
        </w:tc>
        <w:tc>
          <w:tcPr>
            <w:tcW w:w="1126" w:type="dxa"/>
          </w:tcPr>
          <w:p w14:paraId="7C55FA06" w14:textId="77777777" w:rsidR="00540B47" w:rsidRDefault="00A32617">
            <w:r>
              <w:rPr>
                <w:i/>
                <w:sz w:val="18"/>
              </w:rPr>
              <w:t>Z. capensis</w:t>
            </w:r>
          </w:p>
        </w:tc>
        <w:tc>
          <w:tcPr>
            <w:tcW w:w="977" w:type="dxa"/>
          </w:tcPr>
          <w:p w14:paraId="0965C533" w14:textId="77777777" w:rsidR="00540B47" w:rsidRDefault="00A32617">
            <w:r>
              <w:rPr>
                <w:sz w:val="18"/>
              </w:rPr>
              <w:t>-40.6984</w:t>
            </w:r>
          </w:p>
        </w:tc>
        <w:tc>
          <w:tcPr>
            <w:tcW w:w="1107" w:type="dxa"/>
          </w:tcPr>
          <w:p w14:paraId="204AE350" w14:textId="77777777" w:rsidR="00540B47" w:rsidRDefault="00A32617">
            <w:r>
              <w:rPr>
                <w:sz w:val="18"/>
              </w:rPr>
              <w:t>-64.9781</w:t>
            </w:r>
          </w:p>
        </w:tc>
        <w:tc>
          <w:tcPr>
            <w:tcW w:w="1156" w:type="dxa"/>
          </w:tcPr>
          <w:p w14:paraId="73FF26DC" w14:textId="77777777" w:rsidR="00540B47" w:rsidRDefault="00A32617">
            <w:r>
              <w:rPr>
                <w:sz w:val="18"/>
              </w:rPr>
              <w:t>2025-11-07</w:t>
            </w:r>
          </w:p>
        </w:tc>
        <w:tc>
          <w:tcPr>
            <w:tcW w:w="727" w:type="dxa"/>
          </w:tcPr>
          <w:p w14:paraId="1E82CBF9" w14:textId="77777777" w:rsidR="00540B47" w:rsidRDefault="00A32617">
            <w:r>
              <w:rPr>
                <w:sz w:val="18"/>
              </w:rPr>
              <w:t>09:28</w:t>
            </w:r>
          </w:p>
        </w:tc>
        <w:tc>
          <w:tcPr>
            <w:tcW w:w="1561" w:type="dxa"/>
          </w:tcPr>
          <w:p w14:paraId="1AD7C149" w14:textId="77777777" w:rsidR="00540B47" w:rsidRDefault="00A32617">
            <w:r>
              <w:rPr>
                <w:sz w:val="18"/>
              </w:rPr>
              <w:t>Agustin I. Casale</w:t>
            </w:r>
          </w:p>
        </w:tc>
      </w:tr>
      <w:tr w:rsidR="00540B47" w14:paraId="1103B5EA" w14:textId="77777777" w:rsidTr="00DD565D">
        <w:tc>
          <w:tcPr>
            <w:tcW w:w="942" w:type="dxa"/>
          </w:tcPr>
          <w:p w14:paraId="556AF3EE" w14:textId="77777777" w:rsidR="00540B47" w:rsidRDefault="00A32617">
            <w:r>
              <w:rPr>
                <w:sz w:val="18"/>
              </w:rPr>
              <w:t>3516</w:t>
            </w:r>
          </w:p>
        </w:tc>
        <w:tc>
          <w:tcPr>
            <w:tcW w:w="1156" w:type="dxa"/>
          </w:tcPr>
          <w:p w14:paraId="031CDDD0" w14:textId="77777777" w:rsidR="00540B47" w:rsidRDefault="00A32617">
            <w:r>
              <w:rPr>
                <w:sz w:val="18"/>
              </w:rPr>
              <w:t>MACN</w:t>
            </w:r>
          </w:p>
        </w:tc>
        <w:tc>
          <w:tcPr>
            <w:tcW w:w="1126" w:type="dxa"/>
          </w:tcPr>
          <w:p w14:paraId="05761AB4" w14:textId="77777777" w:rsidR="00540B47" w:rsidRDefault="00A32617">
            <w:r>
              <w:rPr>
                <w:i/>
                <w:sz w:val="18"/>
              </w:rPr>
              <w:t>Z. capensis</w:t>
            </w:r>
          </w:p>
        </w:tc>
        <w:tc>
          <w:tcPr>
            <w:tcW w:w="977" w:type="dxa"/>
          </w:tcPr>
          <w:p w14:paraId="1EEB3054" w14:textId="77777777" w:rsidR="00540B47" w:rsidRDefault="00A32617">
            <w:r>
              <w:rPr>
                <w:sz w:val="18"/>
              </w:rPr>
              <w:t>-40.4215</w:t>
            </w:r>
          </w:p>
        </w:tc>
        <w:tc>
          <w:tcPr>
            <w:tcW w:w="1107" w:type="dxa"/>
          </w:tcPr>
          <w:p w14:paraId="3FA9D52E" w14:textId="77777777" w:rsidR="00540B47" w:rsidRDefault="00A32617">
            <w:r>
              <w:rPr>
                <w:sz w:val="18"/>
              </w:rPr>
              <w:t>-64.4290</w:t>
            </w:r>
          </w:p>
        </w:tc>
        <w:tc>
          <w:tcPr>
            <w:tcW w:w="1156" w:type="dxa"/>
          </w:tcPr>
          <w:p w14:paraId="71642C06" w14:textId="77777777" w:rsidR="00540B47" w:rsidRDefault="00A32617">
            <w:r>
              <w:rPr>
                <w:sz w:val="18"/>
              </w:rPr>
              <w:t>2025-11-07</w:t>
            </w:r>
          </w:p>
        </w:tc>
        <w:tc>
          <w:tcPr>
            <w:tcW w:w="727" w:type="dxa"/>
          </w:tcPr>
          <w:p w14:paraId="2AF9D053" w14:textId="77777777" w:rsidR="00540B47" w:rsidRDefault="00A32617">
            <w:r>
              <w:rPr>
                <w:sz w:val="18"/>
              </w:rPr>
              <w:t>09:46</w:t>
            </w:r>
          </w:p>
        </w:tc>
        <w:tc>
          <w:tcPr>
            <w:tcW w:w="1561" w:type="dxa"/>
          </w:tcPr>
          <w:p w14:paraId="4CB9DA97" w14:textId="77777777" w:rsidR="00540B47" w:rsidRDefault="00A32617">
            <w:r>
              <w:rPr>
                <w:sz w:val="18"/>
              </w:rPr>
              <w:t>Agustin I. Casale</w:t>
            </w:r>
          </w:p>
        </w:tc>
      </w:tr>
      <w:tr w:rsidR="00540B47" w14:paraId="79349610" w14:textId="77777777" w:rsidTr="00DD565D">
        <w:tc>
          <w:tcPr>
            <w:tcW w:w="942" w:type="dxa"/>
          </w:tcPr>
          <w:p w14:paraId="56668A6E" w14:textId="77777777" w:rsidR="00540B47" w:rsidRDefault="00A32617">
            <w:r>
              <w:rPr>
                <w:sz w:val="18"/>
              </w:rPr>
              <w:t>3517</w:t>
            </w:r>
          </w:p>
        </w:tc>
        <w:tc>
          <w:tcPr>
            <w:tcW w:w="1156" w:type="dxa"/>
          </w:tcPr>
          <w:p w14:paraId="36D96F2F" w14:textId="77777777" w:rsidR="00540B47" w:rsidRDefault="00A32617">
            <w:r>
              <w:rPr>
                <w:sz w:val="18"/>
              </w:rPr>
              <w:t>MACN</w:t>
            </w:r>
          </w:p>
        </w:tc>
        <w:tc>
          <w:tcPr>
            <w:tcW w:w="1126" w:type="dxa"/>
          </w:tcPr>
          <w:p w14:paraId="4E8B3404" w14:textId="77777777" w:rsidR="00540B47" w:rsidRDefault="00A32617">
            <w:r>
              <w:rPr>
                <w:i/>
                <w:sz w:val="18"/>
              </w:rPr>
              <w:t>Z. capensis</w:t>
            </w:r>
          </w:p>
        </w:tc>
        <w:tc>
          <w:tcPr>
            <w:tcW w:w="977" w:type="dxa"/>
          </w:tcPr>
          <w:p w14:paraId="4D576467" w14:textId="77777777" w:rsidR="00540B47" w:rsidRDefault="00A32617">
            <w:r>
              <w:rPr>
                <w:sz w:val="18"/>
              </w:rPr>
              <w:t>-40.7108</w:t>
            </w:r>
          </w:p>
        </w:tc>
        <w:tc>
          <w:tcPr>
            <w:tcW w:w="1107" w:type="dxa"/>
          </w:tcPr>
          <w:p w14:paraId="2CB3B34A" w14:textId="77777777" w:rsidR="00540B47" w:rsidRDefault="00A32617">
            <w:r>
              <w:rPr>
                <w:sz w:val="18"/>
              </w:rPr>
              <w:t>-65.0024</w:t>
            </w:r>
          </w:p>
        </w:tc>
        <w:tc>
          <w:tcPr>
            <w:tcW w:w="1156" w:type="dxa"/>
          </w:tcPr>
          <w:p w14:paraId="04F1D8A1" w14:textId="77777777" w:rsidR="00540B47" w:rsidRDefault="00A32617">
            <w:r>
              <w:rPr>
                <w:sz w:val="18"/>
              </w:rPr>
              <w:t>2025-11-07</w:t>
            </w:r>
          </w:p>
        </w:tc>
        <w:tc>
          <w:tcPr>
            <w:tcW w:w="727" w:type="dxa"/>
          </w:tcPr>
          <w:p w14:paraId="4D105B8C" w14:textId="77777777" w:rsidR="00540B47" w:rsidRDefault="00A32617">
            <w:r>
              <w:rPr>
                <w:sz w:val="18"/>
              </w:rPr>
              <w:t>09:26</w:t>
            </w:r>
          </w:p>
        </w:tc>
        <w:tc>
          <w:tcPr>
            <w:tcW w:w="1561" w:type="dxa"/>
          </w:tcPr>
          <w:p w14:paraId="0794F982" w14:textId="77777777" w:rsidR="00540B47" w:rsidRDefault="00A32617">
            <w:r>
              <w:rPr>
                <w:sz w:val="18"/>
              </w:rPr>
              <w:t>Pablo L. Tubaro</w:t>
            </w:r>
          </w:p>
        </w:tc>
      </w:tr>
      <w:tr w:rsidR="00540B47" w14:paraId="7E928531" w14:textId="77777777" w:rsidTr="00DD565D">
        <w:tc>
          <w:tcPr>
            <w:tcW w:w="942" w:type="dxa"/>
          </w:tcPr>
          <w:p w14:paraId="716DD999" w14:textId="77777777" w:rsidR="00540B47" w:rsidRDefault="00A32617">
            <w:r>
              <w:rPr>
                <w:sz w:val="18"/>
              </w:rPr>
              <w:t>3518</w:t>
            </w:r>
          </w:p>
        </w:tc>
        <w:tc>
          <w:tcPr>
            <w:tcW w:w="1156" w:type="dxa"/>
          </w:tcPr>
          <w:p w14:paraId="1E41B11B" w14:textId="77777777" w:rsidR="00540B47" w:rsidRDefault="00A32617">
            <w:r>
              <w:rPr>
                <w:sz w:val="18"/>
              </w:rPr>
              <w:t>MACN</w:t>
            </w:r>
          </w:p>
        </w:tc>
        <w:tc>
          <w:tcPr>
            <w:tcW w:w="1126" w:type="dxa"/>
          </w:tcPr>
          <w:p w14:paraId="59340949" w14:textId="77777777" w:rsidR="00540B47" w:rsidRDefault="00A32617">
            <w:r>
              <w:rPr>
                <w:i/>
                <w:sz w:val="18"/>
              </w:rPr>
              <w:t>Z. capensis</w:t>
            </w:r>
          </w:p>
        </w:tc>
        <w:tc>
          <w:tcPr>
            <w:tcW w:w="977" w:type="dxa"/>
          </w:tcPr>
          <w:p w14:paraId="3C55235D" w14:textId="77777777" w:rsidR="00540B47" w:rsidRDefault="00A32617">
            <w:r>
              <w:rPr>
                <w:sz w:val="18"/>
              </w:rPr>
              <w:t>-40.7108</w:t>
            </w:r>
          </w:p>
        </w:tc>
        <w:tc>
          <w:tcPr>
            <w:tcW w:w="1107" w:type="dxa"/>
          </w:tcPr>
          <w:p w14:paraId="293A8B91" w14:textId="77777777" w:rsidR="00540B47" w:rsidRDefault="00A32617">
            <w:r>
              <w:rPr>
                <w:sz w:val="18"/>
              </w:rPr>
              <w:t>-65.0024</w:t>
            </w:r>
          </w:p>
        </w:tc>
        <w:tc>
          <w:tcPr>
            <w:tcW w:w="1156" w:type="dxa"/>
          </w:tcPr>
          <w:p w14:paraId="4608F8EA" w14:textId="77777777" w:rsidR="00540B47" w:rsidRDefault="00A32617">
            <w:r>
              <w:rPr>
                <w:sz w:val="18"/>
              </w:rPr>
              <w:t>2025-11-07</w:t>
            </w:r>
          </w:p>
        </w:tc>
        <w:tc>
          <w:tcPr>
            <w:tcW w:w="727" w:type="dxa"/>
          </w:tcPr>
          <w:p w14:paraId="61420E89" w14:textId="77777777" w:rsidR="00540B47" w:rsidRDefault="00A32617">
            <w:r>
              <w:rPr>
                <w:sz w:val="18"/>
              </w:rPr>
              <w:t>09:27</w:t>
            </w:r>
          </w:p>
        </w:tc>
        <w:tc>
          <w:tcPr>
            <w:tcW w:w="1561" w:type="dxa"/>
          </w:tcPr>
          <w:p w14:paraId="3E347C54" w14:textId="77777777" w:rsidR="00540B47" w:rsidRDefault="00A32617">
            <w:r>
              <w:rPr>
                <w:sz w:val="18"/>
              </w:rPr>
              <w:t>Pablo L. Tubaro</w:t>
            </w:r>
          </w:p>
        </w:tc>
      </w:tr>
      <w:tr w:rsidR="00540B47" w14:paraId="5BF45535" w14:textId="77777777" w:rsidTr="00DD565D">
        <w:tc>
          <w:tcPr>
            <w:tcW w:w="942" w:type="dxa"/>
          </w:tcPr>
          <w:p w14:paraId="560CB178" w14:textId="77777777" w:rsidR="00540B47" w:rsidRDefault="00A32617">
            <w:r>
              <w:rPr>
                <w:sz w:val="18"/>
              </w:rPr>
              <w:t>3519</w:t>
            </w:r>
          </w:p>
        </w:tc>
        <w:tc>
          <w:tcPr>
            <w:tcW w:w="1156" w:type="dxa"/>
          </w:tcPr>
          <w:p w14:paraId="40012E6C" w14:textId="77777777" w:rsidR="00540B47" w:rsidRDefault="00A32617">
            <w:r>
              <w:rPr>
                <w:sz w:val="18"/>
              </w:rPr>
              <w:t>MACN</w:t>
            </w:r>
          </w:p>
        </w:tc>
        <w:tc>
          <w:tcPr>
            <w:tcW w:w="1126" w:type="dxa"/>
          </w:tcPr>
          <w:p w14:paraId="085EB94F" w14:textId="77777777" w:rsidR="00540B47" w:rsidRDefault="00A32617">
            <w:r>
              <w:rPr>
                <w:i/>
                <w:sz w:val="18"/>
              </w:rPr>
              <w:t>Z. capensis</w:t>
            </w:r>
          </w:p>
        </w:tc>
        <w:tc>
          <w:tcPr>
            <w:tcW w:w="977" w:type="dxa"/>
          </w:tcPr>
          <w:p w14:paraId="34F7B789" w14:textId="77777777" w:rsidR="00540B47" w:rsidRDefault="00A32617">
            <w:r>
              <w:rPr>
                <w:sz w:val="18"/>
              </w:rPr>
              <w:t>-40.7491</w:t>
            </w:r>
          </w:p>
        </w:tc>
        <w:tc>
          <w:tcPr>
            <w:tcW w:w="1107" w:type="dxa"/>
          </w:tcPr>
          <w:p w14:paraId="1E48C037" w14:textId="77777777" w:rsidR="00540B47" w:rsidRDefault="00A32617">
            <w:r>
              <w:rPr>
                <w:sz w:val="18"/>
              </w:rPr>
              <w:t>-65.1202</w:t>
            </w:r>
          </w:p>
        </w:tc>
        <w:tc>
          <w:tcPr>
            <w:tcW w:w="1156" w:type="dxa"/>
          </w:tcPr>
          <w:p w14:paraId="6802AF5B" w14:textId="77777777" w:rsidR="00540B47" w:rsidRDefault="00A32617">
            <w:r>
              <w:rPr>
                <w:sz w:val="18"/>
              </w:rPr>
              <w:t>2025-11-07</w:t>
            </w:r>
          </w:p>
        </w:tc>
        <w:tc>
          <w:tcPr>
            <w:tcW w:w="727" w:type="dxa"/>
          </w:tcPr>
          <w:p w14:paraId="4A0E2ACC" w14:textId="77777777" w:rsidR="00540B47" w:rsidRDefault="00A32617">
            <w:r>
              <w:rPr>
                <w:sz w:val="18"/>
              </w:rPr>
              <w:t>09:48</w:t>
            </w:r>
          </w:p>
        </w:tc>
        <w:tc>
          <w:tcPr>
            <w:tcW w:w="1561" w:type="dxa"/>
          </w:tcPr>
          <w:p w14:paraId="1C8CADCD" w14:textId="77777777" w:rsidR="00540B47" w:rsidRDefault="00A32617">
            <w:r>
              <w:rPr>
                <w:sz w:val="18"/>
              </w:rPr>
              <w:t>Pablo L. Tubaro</w:t>
            </w:r>
          </w:p>
        </w:tc>
      </w:tr>
      <w:tr w:rsidR="00540B47" w14:paraId="4DA1EAB2" w14:textId="77777777" w:rsidTr="00DD565D">
        <w:tc>
          <w:tcPr>
            <w:tcW w:w="942" w:type="dxa"/>
          </w:tcPr>
          <w:p w14:paraId="4775B3E3" w14:textId="77777777" w:rsidR="00540B47" w:rsidRDefault="00A32617">
            <w:r>
              <w:rPr>
                <w:sz w:val="18"/>
              </w:rPr>
              <w:t>3520</w:t>
            </w:r>
          </w:p>
        </w:tc>
        <w:tc>
          <w:tcPr>
            <w:tcW w:w="1156" w:type="dxa"/>
          </w:tcPr>
          <w:p w14:paraId="0982D8F2" w14:textId="77777777" w:rsidR="00540B47" w:rsidRDefault="00A32617">
            <w:r>
              <w:rPr>
                <w:sz w:val="18"/>
              </w:rPr>
              <w:t>MACN</w:t>
            </w:r>
          </w:p>
        </w:tc>
        <w:tc>
          <w:tcPr>
            <w:tcW w:w="1126" w:type="dxa"/>
          </w:tcPr>
          <w:p w14:paraId="7BC96858" w14:textId="77777777" w:rsidR="00540B47" w:rsidRDefault="00A32617">
            <w:r>
              <w:rPr>
                <w:i/>
                <w:sz w:val="18"/>
              </w:rPr>
              <w:t>Z. capensis</w:t>
            </w:r>
          </w:p>
        </w:tc>
        <w:tc>
          <w:tcPr>
            <w:tcW w:w="977" w:type="dxa"/>
          </w:tcPr>
          <w:p w14:paraId="78B4ED27" w14:textId="77777777" w:rsidR="00540B47" w:rsidRDefault="00A32617">
            <w:r>
              <w:rPr>
                <w:sz w:val="18"/>
              </w:rPr>
              <w:t>-40.7491</w:t>
            </w:r>
          </w:p>
        </w:tc>
        <w:tc>
          <w:tcPr>
            <w:tcW w:w="1107" w:type="dxa"/>
          </w:tcPr>
          <w:p w14:paraId="4FFAF4AB" w14:textId="77777777" w:rsidR="00540B47" w:rsidRDefault="00A32617">
            <w:r>
              <w:rPr>
                <w:sz w:val="18"/>
              </w:rPr>
              <w:t>-65.1202</w:t>
            </w:r>
          </w:p>
        </w:tc>
        <w:tc>
          <w:tcPr>
            <w:tcW w:w="1156" w:type="dxa"/>
          </w:tcPr>
          <w:p w14:paraId="69891591" w14:textId="77777777" w:rsidR="00540B47" w:rsidRDefault="00A32617">
            <w:r>
              <w:rPr>
                <w:sz w:val="18"/>
              </w:rPr>
              <w:t>2025-11-07</w:t>
            </w:r>
          </w:p>
        </w:tc>
        <w:tc>
          <w:tcPr>
            <w:tcW w:w="727" w:type="dxa"/>
          </w:tcPr>
          <w:p w14:paraId="4B0D4686" w14:textId="77777777" w:rsidR="00540B47" w:rsidRDefault="00A32617">
            <w:r>
              <w:rPr>
                <w:sz w:val="18"/>
              </w:rPr>
              <w:t>09:50</w:t>
            </w:r>
          </w:p>
        </w:tc>
        <w:tc>
          <w:tcPr>
            <w:tcW w:w="1561" w:type="dxa"/>
          </w:tcPr>
          <w:p w14:paraId="57575D44" w14:textId="77777777" w:rsidR="00540B47" w:rsidRDefault="00A32617">
            <w:r>
              <w:rPr>
                <w:sz w:val="18"/>
              </w:rPr>
              <w:t>Pablo L. Tubaro</w:t>
            </w:r>
          </w:p>
        </w:tc>
      </w:tr>
      <w:tr w:rsidR="00540B47" w14:paraId="2646D652" w14:textId="77777777" w:rsidTr="00DD565D">
        <w:tc>
          <w:tcPr>
            <w:tcW w:w="942" w:type="dxa"/>
          </w:tcPr>
          <w:p w14:paraId="57B58535" w14:textId="77777777" w:rsidR="00540B47" w:rsidRDefault="00A32617">
            <w:r>
              <w:rPr>
                <w:sz w:val="18"/>
              </w:rPr>
              <w:t>3521</w:t>
            </w:r>
          </w:p>
        </w:tc>
        <w:tc>
          <w:tcPr>
            <w:tcW w:w="1156" w:type="dxa"/>
          </w:tcPr>
          <w:p w14:paraId="69C41439" w14:textId="77777777" w:rsidR="00540B47" w:rsidRDefault="00A32617">
            <w:r>
              <w:rPr>
                <w:sz w:val="18"/>
              </w:rPr>
              <w:t>MACN</w:t>
            </w:r>
          </w:p>
        </w:tc>
        <w:tc>
          <w:tcPr>
            <w:tcW w:w="1126" w:type="dxa"/>
          </w:tcPr>
          <w:p w14:paraId="2248C3F9" w14:textId="77777777" w:rsidR="00540B47" w:rsidRDefault="00A32617">
            <w:r>
              <w:rPr>
                <w:i/>
                <w:sz w:val="18"/>
              </w:rPr>
              <w:t>Z. capensis</w:t>
            </w:r>
          </w:p>
        </w:tc>
        <w:tc>
          <w:tcPr>
            <w:tcW w:w="977" w:type="dxa"/>
          </w:tcPr>
          <w:p w14:paraId="5C92E532" w14:textId="77777777" w:rsidR="00540B47" w:rsidRDefault="00A32617">
            <w:r>
              <w:rPr>
                <w:sz w:val="18"/>
              </w:rPr>
              <w:t>-40.7627</w:t>
            </w:r>
          </w:p>
        </w:tc>
        <w:tc>
          <w:tcPr>
            <w:tcW w:w="1107" w:type="dxa"/>
          </w:tcPr>
          <w:p w14:paraId="0A6FA2C8" w14:textId="77777777" w:rsidR="00540B47" w:rsidRDefault="00A32617">
            <w:r>
              <w:rPr>
                <w:sz w:val="18"/>
              </w:rPr>
              <w:t>-65.2860</w:t>
            </w:r>
          </w:p>
        </w:tc>
        <w:tc>
          <w:tcPr>
            <w:tcW w:w="1156" w:type="dxa"/>
          </w:tcPr>
          <w:p w14:paraId="77C4908B" w14:textId="77777777" w:rsidR="00540B47" w:rsidRDefault="00A32617">
            <w:r>
              <w:rPr>
                <w:sz w:val="18"/>
              </w:rPr>
              <w:t>2025-11-07</w:t>
            </w:r>
          </w:p>
        </w:tc>
        <w:tc>
          <w:tcPr>
            <w:tcW w:w="727" w:type="dxa"/>
          </w:tcPr>
          <w:p w14:paraId="4AEA260C" w14:textId="77777777" w:rsidR="00540B47" w:rsidRDefault="00A32617">
            <w:r>
              <w:rPr>
                <w:sz w:val="18"/>
              </w:rPr>
              <w:t>10:05</w:t>
            </w:r>
          </w:p>
        </w:tc>
        <w:tc>
          <w:tcPr>
            <w:tcW w:w="1561" w:type="dxa"/>
          </w:tcPr>
          <w:p w14:paraId="13C27673" w14:textId="77777777" w:rsidR="00540B47" w:rsidRDefault="00A32617">
            <w:r>
              <w:rPr>
                <w:sz w:val="18"/>
              </w:rPr>
              <w:t>Agustin I. Casale</w:t>
            </w:r>
          </w:p>
        </w:tc>
      </w:tr>
      <w:tr w:rsidR="00540B47" w14:paraId="16FDCAF1" w14:textId="77777777" w:rsidTr="00DD565D">
        <w:tc>
          <w:tcPr>
            <w:tcW w:w="942" w:type="dxa"/>
          </w:tcPr>
          <w:p w14:paraId="0698D8A4" w14:textId="77777777" w:rsidR="00540B47" w:rsidRDefault="00A32617">
            <w:r>
              <w:rPr>
                <w:sz w:val="18"/>
              </w:rPr>
              <w:t>3522</w:t>
            </w:r>
          </w:p>
        </w:tc>
        <w:tc>
          <w:tcPr>
            <w:tcW w:w="1156" w:type="dxa"/>
          </w:tcPr>
          <w:p w14:paraId="30BBBEAE" w14:textId="77777777" w:rsidR="00540B47" w:rsidRDefault="00A32617">
            <w:r>
              <w:rPr>
                <w:sz w:val="18"/>
              </w:rPr>
              <w:t>MACN</w:t>
            </w:r>
          </w:p>
        </w:tc>
        <w:tc>
          <w:tcPr>
            <w:tcW w:w="1126" w:type="dxa"/>
          </w:tcPr>
          <w:p w14:paraId="2D8EEE68" w14:textId="77777777" w:rsidR="00540B47" w:rsidRDefault="00A32617">
            <w:r>
              <w:rPr>
                <w:i/>
                <w:sz w:val="18"/>
              </w:rPr>
              <w:t>Z. capensis</w:t>
            </w:r>
          </w:p>
        </w:tc>
        <w:tc>
          <w:tcPr>
            <w:tcW w:w="977" w:type="dxa"/>
          </w:tcPr>
          <w:p w14:paraId="5F5CD369" w14:textId="77777777" w:rsidR="00540B47" w:rsidRDefault="00A32617">
            <w:r>
              <w:rPr>
                <w:sz w:val="18"/>
              </w:rPr>
              <w:t>-40.8041</w:t>
            </w:r>
          </w:p>
        </w:tc>
        <w:tc>
          <w:tcPr>
            <w:tcW w:w="1107" w:type="dxa"/>
          </w:tcPr>
          <w:p w14:paraId="072755DD" w14:textId="77777777" w:rsidR="00540B47" w:rsidRDefault="00A32617">
            <w:r>
              <w:rPr>
                <w:sz w:val="18"/>
              </w:rPr>
              <w:t>-65.3357</w:t>
            </w:r>
          </w:p>
        </w:tc>
        <w:tc>
          <w:tcPr>
            <w:tcW w:w="1156" w:type="dxa"/>
          </w:tcPr>
          <w:p w14:paraId="0B15B649" w14:textId="77777777" w:rsidR="00540B47" w:rsidRDefault="00A32617">
            <w:r>
              <w:rPr>
                <w:sz w:val="18"/>
              </w:rPr>
              <w:t>2025-11-07</w:t>
            </w:r>
          </w:p>
        </w:tc>
        <w:tc>
          <w:tcPr>
            <w:tcW w:w="727" w:type="dxa"/>
          </w:tcPr>
          <w:p w14:paraId="5AFECE6F" w14:textId="77777777" w:rsidR="00540B47" w:rsidRDefault="00A32617">
            <w:r>
              <w:rPr>
                <w:sz w:val="18"/>
              </w:rPr>
              <w:t>10:17</w:t>
            </w:r>
          </w:p>
        </w:tc>
        <w:tc>
          <w:tcPr>
            <w:tcW w:w="1561" w:type="dxa"/>
          </w:tcPr>
          <w:p w14:paraId="7C424FD6" w14:textId="77777777" w:rsidR="00540B47" w:rsidRDefault="00A32617">
            <w:r>
              <w:rPr>
                <w:sz w:val="18"/>
              </w:rPr>
              <w:t>Agustin I. Casale</w:t>
            </w:r>
          </w:p>
        </w:tc>
      </w:tr>
      <w:tr w:rsidR="00540B47" w14:paraId="4C76E574" w14:textId="77777777" w:rsidTr="00DD565D">
        <w:tc>
          <w:tcPr>
            <w:tcW w:w="942" w:type="dxa"/>
          </w:tcPr>
          <w:p w14:paraId="215F3F51" w14:textId="77777777" w:rsidR="00540B47" w:rsidRDefault="00A32617">
            <w:r>
              <w:rPr>
                <w:sz w:val="18"/>
              </w:rPr>
              <w:t>3523</w:t>
            </w:r>
          </w:p>
        </w:tc>
        <w:tc>
          <w:tcPr>
            <w:tcW w:w="1156" w:type="dxa"/>
          </w:tcPr>
          <w:p w14:paraId="5E0CD001" w14:textId="77777777" w:rsidR="00540B47" w:rsidRDefault="00A32617">
            <w:r>
              <w:rPr>
                <w:sz w:val="18"/>
              </w:rPr>
              <w:t>MACN</w:t>
            </w:r>
          </w:p>
        </w:tc>
        <w:tc>
          <w:tcPr>
            <w:tcW w:w="1126" w:type="dxa"/>
          </w:tcPr>
          <w:p w14:paraId="2C949E71" w14:textId="77777777" w:rsidR="00540B47" w:rsidRDefault="00A32617">
            <w:r>
              <w:rPr>
                <w:i/>
                <w:sz w:val="18"/>
              </w:rPr>
              <w:t>Z. capensis</w:t>
            </w:r>
          </w:p>
        </w:tc>
        <w:tc>
          <w:tcPr>
            <w:tcW w:w="977" w:type="dxa"/>
          </w:tcPr>
          <w:p w14:paraId="5C8F13FD" w14:textId="77777777" w:rsidR="00540B47" w:rsidRDefault="00A32617">
            <w:r>
              <w:rPr>
                <w:sz w:val="18"/>
              </w:rPr>
              <w:t>-41.4068</w:t>
            </w:r>
          </w:p>
        </w:tc>
        <w:tc>
          <w:tcPr>
            <w:tcW w:w="1107" w:type="dxa"/>
          </w:tcPr>
          <w:p w14:paraId="77FEC0ED" w14:textId="77777777" w:rsidR="00540B47" w:rsidRDefault="00A32617">
            <w:r>
              <w:rPr>
                <w:sz w:val="18"/>
              </w:rPr>
              <w:t>-65.5961</w:t>
            </w:r>
          </w:p>
        </w:tc>
        <w:tc>
          <w:tcPr>
            <w:tcW w:w="1156" w:type="dxa"/>
          </w:tcPr>
          <w:p w14:paraId="033C3325" w14:textId="77777777" w:rsidR="00540B47" w:rsidRDefault="00A32617">
            <w:r>
              <w:rPr>
                <w:sz w:val="18"/>
              </w:rPr>
              <w:t>2025-11-07</w:t>
            </w:r>
          </w:p>
        </w:tc>
        <w:tc>
          <w:tcPr>
            <w:tcW w:w="727" w:type="dxa"/>
          </w:tcPr>
          <w:p w14:paraId="3782CD69" w14:textId="77777777" w:rsidR="00540B47" w:rsidRDefault="00A32617">
            <w:r>
              <w:rPr>
                <w:sz w:val="18"/>
              </w:rPr>
              <w:t>10:19</w:t>
            </w:r>
          </w:p>
        </w:tc>
        <w:tc>
          <w:tcPr>
            <w:tcW w:w="1561" w:type="dxa"/>
          </w:tcPr>
          <w:p w14:paraId="300F0D1D" w14:textId="77777777" w:rsidR="00540B47" w:rsidRDefault="00A32617">
            <w:r>
              <w:rPr>
                <w:sz w:val="18"/>
              </w:rPr>
              <w:t>Agustin I. Casale</w:t>
            </w:r>
          </w:p>
        </w:tc>
      </w:tr>
      <w:tr w:rsidR="00540B47" w14:paraId="05CEE317" w14:textId="77777777" w:rsidTr="00DD565D">
        <w:tc>
          <w:tcPr>
            <w:tcW w:w="942" w:type="dxa"/>
          </w:tcPr>
          <w:p w14:paraId="084D7DC4" w14:textId="77777777" w:rsidR="00540B47" w:rsidRDefault="00A32617">
            <w:r>
              <w:rPr>
                <w:sz w:val="18"/>
              </w:rPr>
              <w:t>3524</w:t>
            </w:r>
          </w:p>
        </w:tc>
        <w:tc>
          <w:tcPr>
            <w:tcW w:w="1156" w:type="dxa"/>
          </w:tcPr>
          <w:p w14:paraId="1FDE8DE4" w14:textId="77777777" w:rsidR="00540B47" w:rsidRDefault="00A32617">
            <w:r>
              <w:rPr>
                <w:sz w:val="18"/>
              </w:rPr>
              <w:t>MACN</w:t>
            </w:r>
          </w:p>
        </w:tc>
        <w:tc>
          <w:tcPr>
            <w:tcW w:w="1126" w:type="dxa"/>
          </w:tcPr>
          <w:p w14:paraId="37F61475" w14:textId="77777777" w:rsidR="00540B47" w:rsidRDefault="00A32617">
            <w:r>
              <w:rPr>
                <w:i/>
                <w:sz w:val="18"/>
              </w:rPr>
              <w:t>Z. capensis</w:t>
            </w:r>
          </w:p>
        </w:tc>
        <w:tc>
          <w:tcPr>
            <w:tcW w:w="977" w:type="dxa"/>
          </w:tcPr>
          <w:p w14:paraId="767BA1EB" w14:textId="77777777" w:rsidR="00540B47" w:rsidRDefault="00A32617">
            <w:r>
              <w:rPr>
                <w:sz w:val="18"/>
              </w:rPr>
              <w:t>-40.9314</w:t>
            </w:r>
          </w:p>
        </w:tc>
        <w:tc>
          <w:tcPr>
            <w:tcW w:w="1107" w:type="dxa"/>
          </w:tcPr>
          <w:p w14:paraId="7FFFB744" w14:textId="77777777" w:rsidR="00540B47" w:rsidRDefault="00A32617">
            <w:r>
              <w:rPr>
                <w:sz w:val="18"/>
              </w:rPr>
              <w:t>-65.3941</w:t>
            </w:r>
          </w:p>
        </w:tc>
        <w:tc>
          <w:tcPr>
            <w:tcW w:w="1156" w:type="dxa"/>
          </w:tcPr>
          <w:p w14:paraId="1026B87F" w14:textId="77777777" w:rsidR="00540B47" w:rsidRDefault="00A32617">
            <w:r>
              <w:rPr>
                <w:sz w:val="18"/>
              </w:rPr>
              <w:t>2025-11-07</w:t>
            </w:r>
          </w:p>
        </w:tc>
        <w:tc>
          <w:tcPr>
            <w:tcW w:w="727" w:type="dxa"/>
          </w:tcPr>
          <w:p w14:paraId="38809F4D" w14:textId="77777777" w:rsidR="00540B47" w:rsidRDefault="00A32617">
            <w:r>
              <w:rPr>
                <w:sz w:val="18"/>
              </w:rPr>
              <w:t>10:40</w:t>
            </w:r>
          </w:p>
        </w:tc>
        <w:tc>
          <w:tcPr>
            <w:tcW w:w="1561" w:type="dxa"/>
          </w:tcPr>
          <w:p w14:paraId="396C2B88" w14:textId="77777777" w:rsidR="00540B47" w:rsidRDefault="00A32617">
            <w:r>
              <w:rPr>
                <w:sz w:val="18"/>
              </w:rPr>
              <w:t>Agustin I. Casale</w:t>
            </w:r>
          </w:p>
        </w:tc>
      </w:tr>
      <w:tr w:rsidR="00540B47" w14:paraId="6BC7A58D" w14:textId="77777777" w:rsidTr="00DD565D">
        <w:tc>
          <w:tcPr>
            <w:tcW w:w="942" w:type="dxa"/>
          </w:tcPr>
          <w:p w14:paraId="6CEAA54C" w14:textId="77777777" w:rsidR="00540B47" w:rsidRDefault="00A32617">
            <w:r>
              <w:rPr>
                <w:sz w:val="18"/>
              </w:rPr>
              <w:t>3525</w:t>
            </w:r>
          </w:p>
        </w:tc>
        <w:tc>
          <w:tcPr>
            <w:tcW w:w="1156" w:type="dxa"/>
          </w:tcPr>
          <w:p w14:paraId="00D43A71" w14:textId="77777777" w:rsidR="00540B47" w:rsidRDefault="00A32617">
            <w:r>
              <w:rPr>
                <w:sz w:val="18"/>
              </w:rPr>
              <w:t>MACN</w:t>
            </w:r>
          </w:p>
        </w:tc>
        <w:tc>
          <w:tcPr>
            <w:tcW w:w="1126" w:type="dxa"/>
          </w:tcPr>
          <w:p w14:paraId="68D2AED4" w14:textId="77777777" w:rsidR="00540B47" w:rsidRDefault="00A32617">
            <w:r>
              <w:rPr>
                <w:i/>
                <w:sz w:val="18"/>
              </w:rPr>
              <w:t>Z. capensis</w:t>
            </w:r>
          </w:p>
        </w:tc>
        <w:tc>
          <w:tcPr>
            <w:tcW w:w="977" w:type="dxa"/>
          </w:tcPr>
          <w:p w14:paraId="7589FA8B" w14:textId="77777777" w:rsidR="00540B47" w:rsidRDefault="00A32617">
            <w:r>
              <w:rPr>
                <w:sz w:val="18"/>
              </w:rPr>
              <w:t>-41.0865</w:t>
            </w:r>
          </w:p>
        </w:tc>
        <w:tc>
          <w:tcPr>
            <w:tcW w:w="1107" w:type="dxa"/>
          </w:tcPr>
          <w:p w14:paraId="495D91A5" w14:textId="77777777" w:rsidR="00540B47" w:rsidRDefault="00A32617">
            <w:r>
              <w:rPr>
                <w:sz w:val="18"/>
              </w:rPr>
              <w:t>-65.3904</w:t>
            </w:r>
          </w:p>
        </w:tc>
        <w:tc>
          <w:tcPr>
            <w:tcW w:w="1156" w:type="dxa"/>
          </w:tcPr>
          <w:p w14:paraId="25A93731" w14:textId="77777777" w:rsidR="00540B47" w:rsidRDefault="00A32617">
            <w:r>
              <w:rPr>
                <w:sz w:val="18"/>
              </w:rPr>
              <w:t>2025-11-07</w:t>
            </w:r>
          </w:p>
        </w:tc>
        <w:tc>
          <w:tcPr>
            <w:tcW w:w="727" w:type="dxa"/>
          </w:tcPr>
          <w:p w14:paraId="67B71AE1" w14:textId="77777777" w:rsidR="00540B47" w:rsidRDefault="00A32617">
            <w:r>
              <w:rPr>
                <w:sz w:val="18"/>
              </w:rPr>
              <w:t>10:56</w:t>
            </w:r>
          </w:p>
        </w:tc>
        <w:tc>
          <w:tcPr>
            <w:tcW w:w="1561" w:type="dxa"/>
          </w:tcPr>
          <w:p w14:paraId="768F1FE6" w14:textId="77777777" w:rsidR="00540B47" w:rsidRDefault="00A32617">
            <w:r>
              <w:rPr>
                <w:sz w:val="18"/>
              </w:rPr>
              <w:t>Agustin I. Casale</w:t>
            </w:r>
          </w:p>
        </w:tc>
      </w:tr>
      <w:tr w:rsidR="00540B47" w14:paraId="44B8C1AD" w14:textId="77777777" w:rsidTr="00DD565D">
        <w:tc>
          <w:tcPr>
            <w:tcW w:w="942" w:type="dxa"/>
          </w:tcPr>
          <w:p w14:paraId="6526FABF" w14:textId="77777777" w:rsidR="00540B47" w:rsidRDefault="00A32617">
            <w:r>
              <w:rPr>
                <w:sz w:val="18"/>
              </w:rPr>
              <w:t>3526</w:t>
            </w:r>
          </w:p>
        </w:tc>
        <w:tc>
          <w:tcPr>
            <w:tcW w:w="1156" w:type="dxa"/>
          </w:tcPr>
          <w:p w14:paraId="236E5A37" w14:textId="77777777" w:rsidR="00540B47" w:rsidRDefault="00A32617">
            <w:r>
              <w:rPr>
                <w:sz w:val="18"/>
              </w:rPr>
              <w:t>MACN</w:t>
            </w:r>
          </w:p>
        </w:tc>
        <w:tc>
          <w:tcPr>
            <w:tcW w:w="1126" w:type="dxa"/>
          </w:tcPr>
          <w:p w14:paraId="5B87A7E0" w14:textId="77777777" w:rsidR="00540B47" w:rsidRDefault="00A32617">
            <w:r>
              <w:rPr>
                <w:i/>
                <w:sz w:val="18"/>
              </w:rPr>
              <w:t>Z. capensis</w:t>
            </w:r>
          </w:p>
        </w:tc>
        <w:tc>
          <w:tcPr>
            <w:tcW w:w="977" w:type="dxa"/>
          </w:tcPr>
          <w:p w14:paraId="7E40298B" w14:textId="77777777" w:rsidR="00540B47" w:rsidRDefault="00A32617">
            <w:r>
              <w:rPr>
                <w:sz w:val="18"/>
              </w:rPr>
              <w:t>-40.7678</w:t>
            </w:r>
          </w:p>
        </w:tc>
        <w:tc>
          <w:tcPr>
            <w:tcW w:w="1107" w:type="dxa"/>
          </w:tcPr>
          <w:p w14:paraId="7E86AC48" w14:textId="77777777" w:rsidR="00540B47" w:rsidRDefault="00A32617">
            <w:r>
              <w:rPr>
                <w:sz w:val="18"/>
              </w:rPr>
              <w:t>-65.3171</w:t>
            </w:r>
          </w:p>
        </w:tc>
        <w:tc>
          <w:tcPr>
            <w:tcW w:w="1156" w:type="dxa"/>
          </w:tcPr>
          <w:p w14:paraId="0F8C50DA" w14:textId="77777777" w:rsidR="00540B47" w:rsidRDefault="00A32617">
            <w:r>
              <w:rPr>
                <w:sz w:val="18"/>
              </w:rPr>
              <w:t>2025-11-07</w:t>
            </w:r>
          </w:p>
        </w:tc>
        <w:tc>
          <w:tcPr>
            <w:tcW w:w="727" w:type="dxa"/>
          </w:tcPr>
          <w:p w14:paraId="15067711" w14:textId="77777777" w:rsidR="00540B47" w:rsidRDefault="00A32617">
            <w:r>
              <w:rPr>
                <w:sz w:val="18"/>
              </w:rPr>
              <w:t>10:05</w:t>
            </w:r>
          </w:p>
        </w:tc>
        <w:tc>
          <w:tcPr>
            <w:tcW w:w="1561" w:type="dxa"/>
          </w:tcPr>
          <w:p w14:paraId="34127FAC" w14:textId="77777777" w:rsidR="00540B47" w:rsidRDefault="00A32617">
            <w:r>
              <w:rPr>
                <w:sz w:val="18"/>
              </w:rPr>
              <w:t>Pablo L. Tubaro</w:t>
            </w:r>
          </w:p>
        </w:tc>
      </w:tr>
      <w:tr w:rsidR="00540B47" w14:paraId="345129E6" w14:textId="77777777" w:rsidTr="00DD565D">
        <w:tc>
          <w:tcPr>
            <w:tcW w:w="942" w:type="dxa"/>
          </w:tcPr>
          <w:p w14:paraId="7EEADBAA" w14:textId="77777777" w:rsidR="00540B47" w:rsidRDefault="00A32617">
            <w:r>
              <w:rPr>
                <w:sz w:val="18"/>
              </w:rPr>
              <w:t>3527</w:t>
            </w:r>
          </w:p>
        </w:tc>
        <w:tc>
          <w:tcPr>
            <w:tcW w:w="1156" w:type="dxa"/>
          </w:tcPr>
          <w:p w14:paraId="12FA1673" w14:textId="77777777" w:rsidR="00540B47" w:rsidRDefault="00A32617">
            <w:r>
              <w:rPr>
                <w:sz w:val="18"/>
              </w:rPr>
              <w:t>MACN</w:t>
            </w:r>
          </w:p>
        </w:tc>
        <w:tc>
          <w:tcPr>
            <w:tcW w:w="1126" w:type="dxa"/>
          </w:tcPr>
          <w:p w14:paraId="1F3BFFD6" w14:textId="77777777" w:rsidR="00540B47" w:rsidRDefault="00A32617">
            <w:r>
              <w:rPr>
                <w:i/>
                <w:sz w:val="18"/>
              </w:rPr>
              <w:t>Z. capensis</w:t>
            </w:r>
          </w:p>
        </w:tc>
        <w:tc>
          <w:tcPr>
            <w:tcW w:w="977" w:type="dxa"/>
          </w:tcPr>
          <w:p w14:paraId="5BD28836" w14:textId="77777777" w:rsidR="00540B47" w:rsidRDefault="00A32617">
            <w:r>
              <w:rPr>
                <w:sz w:val="18"/>
              </w:rPr>
              <w:t>-40.8170</w:t>
            </w:r>
          </w:p>
        </w:tc>
        <w:tc>
          <w:tcPr>
            <w:tcW w:w="1107" w:type="dxa"/>
          </w:tcPr>
          <w:p w14:paraId="36C066CB" w14:textId="77777777" w:rsidR="00540B47" w:rsidRDefault="00A32617">
            <w:r>
              <w:rPr>
                <w:sz w:val="18"/>
              </w:rPr>
              <w:t>-65.3416</w:t>
            </w:r>
          </w:p>
        </w:tc>
        <w:tc>
          <w:tcPr>
            <w:tcW w:w="1156" w:type="dxa"/>
          </w:tcPr>
          <w:p w14:paraId="0E345829" w14:textId="77777777" w:rsidR="00540B47" w:rsidRDefault="00A32617">
            <w:r>
              <w:rPr>
                <w:sz w:val="18"/>
              </w:rPr>
              <w:t>2025-11-07</w:t>
            </w:r>
          </w:p>
        </w:tc>
        <w:tc>
          <w:tcPr>
            <w:tcW w:w="727" w:type="dxa"/>
          </w:tcPr>
          <w:p w14:paraId="0926CB47" w14:textId="77777777" w:rsidR="00540B47" w:rsidRDefault="00A32617">
            <w:r>
              <w:rPr>
                <w:sz w:val="18"/>
              </w:rPr>
              <w:t>10:18</w:t>
            </w:r>
          </w:p>
        </w:tc>
        <w:tc>
          <w:tcPr>
            <w:tcW w:w="1561" w:type="dxa"/>
          </w:tcPr>
          <w:p w14:paraId="305126FB" w14:textId="77777777" w:rsidR="00540B47" w:rsidRDefault="00A32617">
            <w:r>
              <w:rPr>
                <w:sz w:val="18"/>
              </w:rPr>
              <w:t>Pablo L. Tubaro</w:t>
            </w:r>
          </w:p>
        </w:tc>
      </w:tr>
      <w:tr w:rsidR="00540B47" w14:paraId="57BB7481" w14:textId="77777777" w:rsidTr="00DD565D">
        <w:tc>
          <w:tcPr>
            <w:tcW w:w="942" w:type="dxa"/>
          </w:tcPr>
          <w:p w14:paraId="28C137AB" w14:textId="77777777" w:rsidR="00540B47" w:rsidRDefault="00A32617">
            <w:r>
              <w:rPr>
                <w:sz w:val="18"/>
              </w:rPr>
              <w:t>3528</w:t>
            </w:r>
          </w:p>
        </w:tc>
        <w:tc>
          <w:tcPr>
            <w:tcW w:w="1156" w:type="dxa"/>
          </w:tcPr>
          <w:p w14:paraId="1781702B" w14:textId="77777777" w:rsidR="00540B47" w:rsidRDefault="00A32617">
            <w:r>
              <w:rPr>
                <w:sz w:val="18"/>
              </w:rPr>
              <w:t>MACN</w:t>
            </w:r>
          </w:p>
        </w:tc>
        <w:tc>
          <w:tcPr>
            <w:tcW w:w="1126" w:type="dxa"/>
          </w:tcPr>
          <w:p w14:paraId="5BB8DB51" w14:textId="77777777" w:rsidR="00540B47" w:rsidRDefault="00A32617">
            <w:r>
              <w:rPr>
                <w:i/>
                <w:sz w:val="18"/>
              </w:rPr>
              <w:t>Z. capensis</w:t>
            </w:r>
          </w:p>
        </w:tc>
        <w:tc>
          <w:tcPr>
            <w:tcW w:w="977" w:type="dxa"/>
          </w:tcPr>
          <w:p w14:paraId="5DC28705" w14:textId="77777777" w:rsidR="00540B47" w:rsidRDefault="00A32617">
            <w:r>
              <w:rPr>
                <w:sz w:val="18"/>
              </w:rPr>
              <w:t>-40.8170</w:t>
            </w:r>
          </w:p>
        </w:tc>
        <w:tc>
          <w:tcPr>
            <w:tcW w:w="1107" w:type="dxa"/>
          </w:tcPr>
          <w:p w14:paraId="0AC2A76E" w14:textId="77777777" w:rsidR="00540B47" w:rsidRDefault="00A32617">
            <w:r>
              <w:rPr>
                <w:sz w:val="18"/>
              </w:rPr>
              <w:t>-65.3416</w:t>
            </w:r>
          </w:p>
        </w:tc>
        <w:tc>
          <w:tcPr>
            <w:tcW w:w="1156" w:type="dxa"/>
          </w:tcPr>
          <w:p w14:paraId="689DEDEA" w14:textId="77777777" w:rsidR="00540B47" w:rsidRDefault="00A32617">
            <w:r>
              <w:rPr>
                <w:sz w:val="18"/>
              </w:rPr>
              <w:t>2025-11-07</w:t>
            </w:r>
          </w:p>
        </w:tc>
        <w:tc>
          <w:tcPr>
            <w:tcW w:w="727" w:type="dxa"/>
          </w:tcPr>
          <w:p w14:paraId="0DBD2ABD" w14:textId="77777777" w:rsidR="00540B47" w:rsidRDefault="00A32617">
            <w:r>
              <w:rPr>
                <w:sz w:val="18"/>
              </w:rPr>
              <w:t>10:20</w:t>
            </w:r>
          </w:p>
        </w:tc>
        <w:tc>
          <w:tcPr>
            <w:tcW w:w="1561" w:type="dxa"/>
          </w:tcPr>
          <w:p w14:paraId="2D1D4A63" w14:textId="77777777" w:rsidR="00540B47" w:rsidRDefault="00A32617">
            <w:r>
              <w:rPr>
                <w:sz w:val="18"/>
              </w:rPr>
              <w:t>Pablo L. Tubaro</w:t>
            </w:r>
          </w:p>
        </w:tc>
      </w:tr>
      <w:tr w:rsidR="00540B47" w14:paraId="1AEB8861" w14:textId="77777777" w:rsidTr="00DD565D">
        <w:tc>
          <w:tcPr>
            <w:tcW w:w="942" w:type="dxa"/>
          </w:tcPr>
          <w:p w14:paraId="4D717013" w14:textId="77777777" w:rsidR="00540B47" w:rsidRDefault="00A32617">
            <w:r>
              <w:rPr>
                <w:sz w:val="18"/>
              </w:rPr>
              <w:t>3529</w:t>
            </w:r>
          </w:p>
        </w:tc>
        <w:tc>
          <w:tcPr>
            <w:tcW w:w="1156" w:type="dxa"/>
          </w:tcPr>
          <w:p w14:paraId="13E5625F" w14:textId="77777777" w:rsidR="00540B47" w:rsidRDefault="00A32617">
            <w:r>
              <w:rPr>
                <w:sz w:val="18"/>
              </w:rPr>
              <w:t>MACN</w:t>
            </w:r>
          </w:p>
        </w:tc>
        <w:tc>
          <w:tcPr>
            <w:tcW w:w="1126" w:type="dxa"/>
          </w:tcPr>
          <w:p w14:paraId="61FB8557" w14:textId="77777777" w:rsidR="00540B47" w:rsidRDefault="00A32617">
            <w:r>
              <w:rPr>
                <w:i/>
                <w:sz w:val="18"/>
              </w:rPr>
              <w:t>Z. capensis</w:t>
            </w:r>
          </w:p>
        </w:tc>
        <w:tc>
          <w:tcPr>
            <w:tcW w:w="977" w:type="dxa"/>
          </w:tcPr>
          <w:p w14:paraId="0937489B" w14:textId="77777777" w:rsidR="00540B47" w:rsidRDefault="00A32617">
            <w:r>
              <w:rPr>
                <w:sz w:val="18"/>
              </w:rPr>
              <w:t>-40.9029</w:t>
            </w:r>
          </w:p>
        </w:tc>
        <w:tc>
          <w:tcPr>
            <w:tcW w:w="1107" w:type="dxa"/>
          </w:tcPr>
          <w:p w14:paraId="28E9084D" w14:textId="77777777" w:rsidR="00540B47" w:rsidRDefault="00A32617">
            <w:r>
              <w:rPr>
                <w:sz w:val="18"/>
              </w:rPr>
              <w:t>-65.3823</w:t>
            </w:r>
          </w:p>
        </w:tc>
        <w:tc>
          <w:tcPr>
            <w:tcW w:w="1156" w:type="dxa"/>
          </w:tcPr>
          <w:p w14:paraId="0EF028F9" w14:textId="77777777" w:rsidR="00540B47" w:rsidRDefault="00A32617">
            <w:r>
              <w:rPr>
                <w:sz w:val="18"/>
              </w:rPr>
              <w:t>2025-11-07</w:t>
            </w:r>
          </w:p>
        </w:tc>
        <w:tc>
          <w:tcPr>
            <w:tcW w:w="727" w:type="dxa"/>
          </w:tcPr>
          <w:p w14:paraId="2E60985F" w14:textId="77777777" w:rsidR="00540B47" w:rsidRDefault="00A32617">
            <w:r>
              <w:rPr>
                <w:sz w:val="18"/>
              </w:rPr>
              <w:t>10:38</w:t>
            </w:r>
          </w:p>
        </w:tc>
        <w:tc>
          <w:tcPr>
            <w:tcW w:w="1561" w:type="dxa"/>
          </w:tcPr>
          <w:p w14:paraId="4AC24C07" w14:textId="77777777" w:rsidR="00540B47" w:rsidRDefault="00A32617">
            <w:r>
              <w:rPr>
                <w:sz w:val="18"/>
              </w:rPr>
              <w:t>Pablo L. Tubaro</w:t>
            </w:r>
          </w:p>
        </w:tc>
      </w:tr>
      <w:tr w:rsidR="00540B47" w14:paraId="1990CBCE" w14:textId="77777777" w:rsidTr="00DD565D">
        <w:tc>
          <w:tcPr>
            <w:tcW w:w="942" w:type="dxa"/>
          </w:tcPr>
          <w:p w14:paraId="58DBB0ED" w14:textId="77777777" w:rsidR="00540B47" w:rsidRDefault="00A32617">
            <w:r>
              <w:rPr>
                <w:sz w:val="18"/>
              </w:rPr>
              <w:t>3530</w:t>
            </w:r>
          </w:p>
        </w:tc>
        <w:tc>
          <w:tcPr>
            <w:tcW w:w="1156" w:type="dxa"/>
          </w:tcPr>
          <w:p w14:paraId="7F1F5D12" w14:textId="77777777" w:rsidR="00540B47" w:rsidRDefault="00A32617">
            <w:r>
              <w:rPr>
                <w:sz w:val="18"/>
              </w:rPr>
              <w:t>MACN</w:t>
            </w:r>
          </w:p>
        </w:tc>
        <w:tc>
          <w:tcPr>
            <w:tcW w:w="1126" w:type="dxa"/>
          </w:tcPr>
          <w:p w14:paraId="714267BC" w14:textId="77777777" w:rsidR="00540B47" w:rsidRDefault="00A32617">
            <w:r>
              <w:rPr>
                <w:i/>
                <w:sz w:val="18"/>
              </w:rPr>
              <w:t>Z. capensis</w:t>
            </w:r>
          </w:p>
        </w:tc>
        <w:tc>
          <w:tcPr>
            <w:tcW w:w="977" w:type="dxa"/>
          </w:tcPr>
          <w:p w14:paraId="1B927C3A" w14:textId="77777777" w:rsidR="00540B47" w:rsidRDefault="00A32617">
            <w:r>
              <w:rPr>
                <w:sz w:val="18"/>
              </w:rPr>
              <w:t>-40.9029</w:t>
            </w:r>
          </w:p>
        </w:tc>
        <w:tc>
          <w:tcPr>
            <w:tcW w:w="1107" w:type="dxa"/>
          </w:tcPr>
          <w:p w14:paraId="5DB48A52" w14:textId="77777777" w:rsidR="00540B47" w:rsidRDefault="00A32617">
            <w:r>
              <w:rPr>
                <w:sz w:val="18"/>
              </w:rPr>
              <w:t>-65.3823</w:t>
            </w:r>
          </w:p>
        </w:tc>
        <w:tc>
          <w:tcPr>
            <w:tcW w:w="1156" w:type="dxa"/>
          </w:tcPr>
          <w:p w14:paraId="722B500A" w14:textId="77777777" w:rsidR="00540B47" w:rsidRDefault="00A32617">
            <w:r>
              <w:rPr>
                <w:sz w:val="18"/>
              </w:rPr>
              <w:t>2025-11-07</w:t>
            </w:r>
          </w:p>
        </w:tc>
        <w:tc>
          <w:tcPr>
            <w:tcW w:w="727" w:type="dxa"/>
          </w:tcPr>
          <w:p w14:paraId="02AA9130" w14:textId="77777777" w:rsidR="00540B47" w:rsidRDefault="00A32617">
            <w:r>
              <w:rPr>
                <w:sz w:val="18"/>
              </w:rPr>
              <w:t>10:41</w:t>
            </w:r>
          </w:p>
        </w:tc>
        <w:tc>
          <w:tcPr>
            <w:tcW w:w="1561" w:type="dxa"/>
          </w:tcPr>
          <w:p w14:paraId="64909429" w14:textId="77777777" w:rsidR="00540B47" w:rsidRDefault="00A32617">
            <w:r>
              <w:rPr>
                <w:sz w:val="18"/>
              </w:rPr>
              <w:t>Pablo L. Tubaro</w:t>
            </w:r>
          </w:p>
        </w:tc>
      </w:tr>
      <w:tr w:rsidR="00540B47" w14:paraId="0ECC43EF" w14:textId="77777777" w:rsidTr="00DD565D">
        <w:tc>
          <w:tcPr>
            <w:tcW w:w="942" w:type="dxa"/>
          </w:tcPr>
          <w:p w14:paraId="62E75F52" w14:textId="77777777" w:rsidR="00540B47" w:rsidRDefault="00A32617">
            <w:r>
              <w:rPr>
                <w:sz w:val="18"/>
              </w:rPr>
              <w:t>3531</w:t>
            </w:r>
          </w:p>
        </w:tc>
        <w:tc>
          <w:tcPr>
            <w:tcW w:w="1156" w:type="dxa"/>
          </w:tcPr>
          <w:p w14:paraId="6140C38C" w14:textId="77777777" w:rsidR="00540B47" w:rsidRDefault="00A32617">
            <w:r>
              <w:rPr>
                <w:sz w:val="18"/>
              </w:rPr>
              <w:t>MACN</w:t>
            </w:r>
          </w:p>
        </w:tc>
        <w:tc>
          <w:tcPr>
            <w:tcW w:w="1126" w:type="dxa"/>
          </w:tcPr>
          <w:p w14:paraId="0C9ACE3E" w14:textId="77777777" w:rsidR="00540B47" w:rsidRDefault="00A32617">
            <w:r>
              <w:rPr>
                <w:i/>
                <w:sz w:val="18"/>
              </w:rPr>
              <w:t>Z. capensis</w:t>
            </w:r>
          </w:p>
        </w:tc>
        <w:tc>
          <w:tcPr>
            <w:tcW w:w="977" w:type="dxa"/>
          </w:tcPr>
          <w:p w14:paraId="29E6E815" w14:textId="77777777" w:rsidR="00540B47" w:rsidRDefault="00A32617">
            <w:r>
              <w:rPr>
                <w:sz w:val="18"/>
              </w:rPr>
              <w:t>-41.5014</w:t>
            </w:r>
          </w:p>
        </w:tc>
        <w:tc>
          <w:tcPr>
            <w:tcW w:w="1107" w:type="dxa"/>
          </w:tcPr>
          <w:p w14:paraId="1A623304" w14:textId="77777777" w:rsidR="00540B47" w:rsidRDefault="00A32617">
            <w:r>
              <w:rPr>
                <w:sz w:val="18"/>
              </w:rPr>
              <w:t>-65.3523</w:t>
            </w:r>
          </w:p>
        </w:tc>
        <w:tc>
          <w:tcPr>
            <w:tcW w:w="1156" w:type="dxa"/>
          </w:tcPr>
          <w:p w14:paraId="444BDB92" w14:textId="77777777" w:rsidR="00540B47" w:rsidRDefault="00A32617">
            <w:r>
              <w:rPr>
                <w:sz w:val="18"/>
              </w:rPr>
              <w:t>2025-11-07</w:t>
            </w:r>
          </w:p>
        </w:tc>
        <w:tc>
          <w:tcPr>
            <w:tcW w:w="727" w:type="dxa"/>
          </w:tcPr>
          <w:p w14:paraId="2D3355F1" w14:textId="77777777" w:rsidR="00540B47" w:rsidRDefault="00A32617">
            <w:r>
              <w:rPr>
                <w:sz w:val="18"/>
              </w:rPr>
              <w:t>11:48</w:t>
            </w:r>
          </w:p>
        </w:tc>
        <w:tc>
          <w:tcPr>
            <w:tcW w:w="1561" w:type="dxa"/>
          </w:tcPr>
          <w:p w14:paraId="2574D997" w14:textId="77777777" w:rsidR="00540B47" w:rsidRDefault="00A32617">
            <w:r>
              <w:rPr>
                <w:sz w:val="18"/>
              </w:rPr>
              <w:t>Agustin I. Casale</w:t>
            </w:r>
          </w:p>
        </w:tc>
      </w:tr>
      <w:tr w:rsidR="00540B47" w14:paraId="0D8C881B" w14:textId="77777777" w:rsidTr="00DD565D">
        <w:tc>
          <w:tcPr>
            <w:tcW w:w="942" w:type="dxa"/>
          </w:tcPr>
          <w:p w14:paraId="4D56E5A4" w14:textId="77777777" w:rsidR="00540B47" w:rsidRDefault="00A32617">
            <w:r>
              <w:rPr>
                <w:sz w:val="18"/>
              </w:rPr>
              <w:t>3532</w:t>
            </w:r>
          </w:p>
        </w:tc>
        <w:tc>
          <w:tcPr>
            <w:tcW w:w="1156" w:type="dxa"/>
          </w:tcPr>
          <w:p w14:paraId="19B498CD" w14:textId="77777777" w:rsidR="00540B47" w:rsidRDefault="00A32617">
            <w:r>
              <w:rPr>
                <w:sz w:val="18"/>
              </w:rPr>
              <w:t>MACN</w:t>
            </w:r>
          </w:p>
        </w:tc>
        <w:tc>
          <w:tcPr>
            <w:tcW w:w="1126" w:type="dxa"/>
          </w:tcPr>
          <w:p w14:paraId="4056AA3E" w14:textId="77777777" w:rsidR="00540B47" w:rsidRDefault="00A32617">
            <w:r>
              <w:rPr>
                <w:i/>
                <w:sz w:val="18"/>
              </w:rPr>
              <w:t>Z. capensis</w:t>
            </w:r>
          </w:p>
        </w:tc>
        <w:tc>
          <w:tcPr>
            <w:tcW w:w="977" w:type="dxa"/>
          </w:tcPr>
          <w:p w14:paraId="57CDE816" w14:textId="77777777" w:rsidR="00540B47" w:rsidRDefault="00A32617">
            <w:r>
              <w:rPr>
                <w:sz w:val="18"/>
              </w:rPr>
              <w:t>-41.0948</w:t>
            </w:r>
          </w:p>
        </w:tc>
        <w:tc>
          <w:tcPr>
            <w:tcW w:w="1107" w:type="dxa"/>
          </w:tcPr>
          <w:p w14:paraId="114D6C7C" w14:textId="77777777" w:rsidR="00540B47" w:rsidRDefault="00A32617">
            <w:r>
              <w:rPr>
                <w:sz w:val="18"/>
              </w:rPr>
              <w:t>-65.3904</w:t>
            </w:r>
          </w:p>
        </w:tc>
        <w:tc>
          <w:tcPr>
            <w:tcW w:w="1156" w:type="dxa"/>
          </w:tcPr>
          <w:p w14:paraId="62479860" w14:textId="77777777" w:rsidR="00540B47" w:rsidRDefault="00A32617">
            <w:r>
              <w:rPr>
                <w:sz w:val="18"/>
              </w:rPr>
              <w:t>2025-11-07</w:t>
            </w:r>
          </w:p>
        </w:tc>
        <w:tc>
          <w:tcPr>
            <w:tcW w:w="727" w:type="dxa"/>
          </w:tcPr>
          <w:p w14:paraId="6FAD9814" w14:textId="77777777" w:rsidR="00540B47" w:rsidRDefault="00A32617">
            <w:r>
              <w:rPr>
                <w:sz w:val="18"/>
              </w:rPr>
              <w:t>11:00</w:t>
            </w:r>
          </w:p>
        </w:tc>
        <w:tc>
          <w:tcPr>
            <w:tcW w:w="1561" w:type="dxa"/>
          </w:tcPr>
          <w:p w14:paraId="71B0251C" w14:textId="77777777" w:rsidR="00540B47" w:rsidRDefault="00A32617">
            <w:r>
              <w:rPr>
                <w:sz w:val="18"/>
              </w:rPr>
              <w:t>Pablo L. Tubaro</w:t>
            </w:r>
          </w:p>
        </w:tc>
      </w:tr>
      <w:tr w:rsidR="00540B47" w14:paraId="5913533E" w14:textId="77777777" w:rsidTr="00DD565D">
        <w:tc>
          <w:tcPr>
            <w:tcW w:w="942" w:type="dxa"/>
          </w:tcPr>
          <w:p w14:paraId="634E1AB2" w14:textId="77777777" w:rsidR="00540B47" w:rsidRDefault="00A32617">
            <w:r>
              <w:rPr>
                <w:sz w:val="18"/>
              </w:rPr>
              <w:t>3533</w:t>
            </w:r>
          </w:p>
        </w:tc>
        <w:tc>
          <w:tcPr>
            <w:tcW w:w="1156" w:type="dxa"/>
          </w:tcPr>
          <w:p w14:paraId="466302EB" w14:textId="77777777" w:rsidR="00540B47" w:rsidRDefault="00A32617">
            <w:r>
              <w:rPr>
                <w:sz w:val="18"/>
              </w:rPr>
              <w:t>MACN</w:t>
            </w:r>
          </w:p>
        </w:tc>
        <w:tc>
          <w:tcPr>
            <w:tcW w:w="1126" w:type="dxa"/>
          </w:tcPr>
          <w:p w14:paraId="5F73CC8F" w14:textId="77777777" w:rsidR="00540B47" w:rsidRDefault="00A32617">
            <w:r>
              <w:rPr>
                <w:i/>
                <w:sz w:val="18"/>
              </w:rPr>
              <w:t>Z. capensis</w:t>
            </w:r>
          </w:p>
        </w:tc>
        <w:tc>
          <w:tcPr>
            <w:tcW w:w="977" w:type="dxa"/>
          </w:tcPr>
          <w:p w14:paraId="787B65F5" w14:textId="77777777" w:rsidR="00540B47" w:rsidRDefault="00A32617">
            <w:r>
              <w:rPr>
                <w:sz w:val="18"/>
              </w:rPr>
              <w:t>-41.0948</w:t>
            </w:r>
          </w:p>
        </w:tc>
        <w:tc>
          <w:tcPr>
            <w:tcW w:w="1107" w:type="dxa"/>
          </w:tcPr>
          <w:p w14:paraId="31036A4E" w14:textId="77777777" w:rsidR="00540B47" w:rsidRDefault="00A32617">
            <w:r>
              <w:rPr>
                <w:sz w:val="18"/>
              </w:rPr>
              <w:t>-65.3904</w:t>
            </w:r>
          </w:p>
        </w:tc>
        <w:tc>
          <w:tcPr>
            <w:tcW w:w="1156" w:type="dxa"/>
          </w:tcPr>
          <w:p w14:paraId="6B120761" w14:textId="77777777" w:rsidR="00540B47" w:rsidRDefault="00A32617">
            <w:r>
              <w:rPr>
                <w:sz w:val="18"/>
              </w:rPr>
              <w:t>2025-11-07</w:t>
            </w:r>
          </w:p>
        </w:tc>
        <w:tc>
          <w:tcPr>
            <w:tcW w:w="727" w:type="dxa"/>
          </w:tcPr>
          <w:p w14:paraId="2DB1F44C" w14:textId="77777777" w:rsidR="00540B47" w:rsidRDefault="00A32617">
            <w:r>
              <w:rPr>
                <w:sz w:val="18"/>
              </w:rPr>
              <w:t>11:04</w:t>
            </w:r>
          </w:p>
        </w:tc>
        <w:tc>
          <w:tcPr>
            <w:tcW w:w="1561" w:type="dxa"/>
          </w:tcPr>
          <w:p w14:paraId="1EF5DC5B" w14:textId="77777777" w:rsidR="00540B47" w:rsidRDefault="00A32617">
            <w:r>
              <w:rPr>
                <w:sz w:val="18"/>
              </w:rPr>
              <w:t>Pablo L. Tubaro</w:t>
            </w:r>
          </w:p>
        </w:tc>
      </w:tr>
      <w:tr w:rsidR="00540B47" w14:paraId="1C242776" w14:textId="77777777" w:rsidTr="00DD565D">
        <w:tc>
          <w:tcPr>
            <w:tcW w:w="942" w:type="dxa"/>
          </w:tcPr>
          <w:p w14:paraId="556D569A" w14:textId="77777777" w:rsidR="00540B47" w:rsidRDefault="00A32617">
            <w:r>
              <w:rPr>
                <w:sz w:val="18"/>
              </w:rPr>
              <w:t>3534</w:t>
            </w:r>
          </w:p>
        </w:tc>
        <w:tc>
          <w:tcPr>
            <w:tcW w:w="1156" w:type="dxa"/>
          </w:tcPr>
          <w:p w14:paraId="5EA02D0E" w14:textId="77777777" w:rsidR="00540B47" w:rsidRDefault="00A32617">
            <w:r>
              <w:rPr>
                <w:sz w:val="18"/>
              </w:rPr>
              <w:t>MACN</w:t>
            </w:r>
          </w:p>
        </w:tc>
        <w:tc>
          <w:tcPr>
            <w:tcW w:w="1126" w:type="dxa"/>
          </w:tcPr>
          <w:p w14:paraId="41ED6D7E" w14:textId="77777777" w:rsidR="00540B47" w:rsidRDefault="00A32617">
            <w:r>
              <w:rPr>
                <w:i/>
                <w:sz w:val="18"/>
              </w:rPr>
              <w:t>Z. capensis</w:t>
            </w:r>
          </w:p>
        </w:tc>
        <w:tc>
          <w:tcPr>
            <w:tcW w:w="977" w:type="dxa"/>
          </w:tcPr>
          <w:p w14:paraId="4C8E5AD5" w14:textId="77777777" w:rsidR="00540B47" w:rsidRDefault="00A32617">
            <w:r>
              <w:rPr>
                <w:sz w:val="18"/>
              </w:rPr>
              <w:t>-41.4200</w:t>
            </w:r>
          </w:p>
        </w:tc>
        <w:tc>
          <w:tcPr>
            <w:tcW w:w="1107" w:type="dxa"/>
          </w:tcPr>
          <w:p w14:paraId="0C3F71FA" w14:textId="77777777" w:rsidR="00540B47" w:rsidRDefault="00A32617">
            <w:r>
              <w:rPr>
                <w:sz w:val="18"/>
              </w:rPr>
              <w:t>-65.3600</w:t>
            </w:r>
          </w:p>
        </w:tc>
        <w:tc>
          <w:tcPr>
            <w:tcW w:w="1156" w:type="dxa"/>
          </w:tcPr>
          <w:p w14:paraId="79043A11" w14:textId="77777777" w:rsidR="00540B47" w:rsidRDefault="00A32617">
            <w:r>
              <w:rPr>
                <w:sz w:val="18"/>
              </w:rPr>
              <w:t>2025-11-07</w:t>
            </w:r>
          </w:p>
        </w:tc>
        <w:tc>
          <w:tcPr>
            <w:tcW w:w="727" w:type="dxa"/>
          </w:tcPr>
          <w:p w14:paraId="32348B7F" w14:textId="77777777" w:rsidR="00540B47" w:rsidRDefault="00A32617">
            <w:r>
              <w:rPr>
                <w:sz w:val="18"/>
              </w:rPr>
              <w:t>11:29</w:t>
            </w:r>
          </w:p>
        </w:tc>
        <w:tc>
          <w:tcPr>
            <w:tcW w:w="1561" w:type="dxa"/>
          </w:tcPr>
          <w:p w14:paraId="24D86194" w14:textId="77777777" w:rsidR="00540B47" w:rsidRDefault="00A32617">
            <w:r>
              <w:rPr>
                <w:sz w:val="18"/>
              </w:rPr>
              <w:t>Pablo L. Tubaro</w:t>
            </w:r>
          </w:p>
        </w:tc>
      </w:tr>
      <w:tr w:rsidR="00540B47" w14:paraId="617B2793" w14:textId="77777777" w:rsidTr="00DD565D">
        <w:tc>
          <w:tcPr>
            <w:tcW w:w="942" w:type="dxa"/>
          </w:tcPr>
          <w:p w14:paraId="320A924A" w14:textId="77777777" w:rsidR="00540B47" w:rsidRDefault="00A32617">
            <w:r>
              <w:rPr>
                <w:sz w:val="18"/>
              </w:rPr>
              <w:t>3535</w:t>
            </w:r>
          </w:p>
        </w:tc>
        <w:tc>
          <w:tcPr>
            <w:tcW w:w="1156" w:type="dxa"/>
          </w:tcPr>
          <w:p w14:paraId="5A9AF21B" w14:textId="77777777" w:rsidR="00540B47" w:rsidRDefault="00A32617">
            <w:r>
              <w:rPr>
                <w:sz w:val="18"/>
              </w:rPr>
              <w:t>MACN</w:t>
            </w:r>
          </w:p>
        </w:tc>
        <w:tc>
          <w:tcPr>
            <w:tcW w:w="1126" w:type="dxa"/>
          </w:tcPr>
          <w:p w14:paraId="0546CBC1" w14:textId="77777777" w:rsidR="00540B47" w:rsidRDefault="00A32617">
            <w:r>
              <w:rPr>
                <w:i/>
                <w:sz w:val="18"/>
              </w:rPr>
              <w:t>Z. capensis</w:t>
            </w:r>
          </w:p>
        </w:tc>
        <w:tc>
          <w:tcPr>
            <w:tcW w:w="977" w:type="dxa"/>
          </w:tcPr>
          <w:p w14:paraId="08036BB5" w14:textId="77777777" w:rsidR="00540B47" w:rsidRDefault="00A32617">
            <w:r>
              <w:rPr>
                <w:sz w:val="18"/>
              </w:rPr>
              <w:t>-41.4200</w:t>
            </w:r>
          </w:p>
        </w:tc>
        <w:tc>
          <w:tcPr>
            <w:tcW w:w="1107" w:type="dxa"/>
          </w:tcPr>
          <w:p w14:paraId="0647A1E6" w14:textId="77777777" w:rsidR="00540B47" w:rsidRDefault="00A32617">
            <w:r>
              <w:rPr>
                <w:sz w:val="18"/>
              </w:rPr>
              <w:t>-65.3600</w:t>
            </w:r>
          </w:p>
        </w:tc>
        <w:tc>
          <w:tcPr>
            <w:tcW w:w="1156" w:type="dxa"/>
          </w:tcPr>
          <w:p w14:paraId="051AAF4D" w14:textId="77777777" w:rsidR="00540B47" w:rsidRDefault="00A32617">
            <w:r>
              <w:rPr>
                <w:sz w:val="18"/>
              </w:rPr>
              <w:t>2025-11-07</w:t>
            </w:r>
          </w:p>
        </w:tc>
        <w:tc>
          <w:tcPr>
            <w:tcW w:w="727" w:type="dxa"/>
          </w:tcPr>
          <w:p w14:paraId="6BC3E008" w14:textId="77777777" w:rsidR="00540B47" w:rsidRDefault="00A32617">
            <w:r>
              <w:rPr>
                <w:sz w:val="18"/>
              </w:rPr>
              <w:t>11:31</w:t>
            </w:r>
          </w:p>
        </w:tc>
        <w:tc>
          <w:tcPr>
            <w:tcW w:w="1561" w:type="dxa"/>
          </w:tcPr>
          <w:p w14:paraId="5476828C" w14:textId="77777777" w:rsidR="00540B47" w:rsidRDefault="00A32617">
            <w:r>
              <w:rPr>
                <w:sz w:val="18"/>
              </w:rPr>
              <w:t>Pablo L. Tubaro</w:t>
            </w:r>
          </w:p>
        </w:tc>
      </w:tr>
      <w:tr w:rsidR="00540B47" w14:paraId="5BECF7EA" w14:textId="77777777" w:rsidTr="00DD565D">
        <w:tc>
          <w:tcPr>
            <w:tcW w:w="942" w:type="dxa"/>
          </w:tcPr>
          <w:p w14:paraId="4CAA0FC3" w14:textId="77777777" w:rsidR="00540B47" w:rsidRDefault="00A32617">
            <w:r>
              <w:rPr>
                <w:sz w:val="18"/>
              </w:rPr>
              <w:lastRenderedPageBreak/>
              <w:t>3536</w:t>
            </w:r>
          </w:p>
        </w:tc>
        <w:tc>
          <w:tcPr>
            <w:tcW w:w="1156" w:type="dxa"/>
          </w:tcPr>
          <w:p w14:paraId="332B921E" w14:textId="77777777" w:rsidR="00540B47" w:rsidRDefault="00A32617">
            <w:r>
              <w:rPr>
                <w:sz w:val="18"/>
              </w:rPr>
              <w:t>MACN</w:t>
            </w:r>
          </w:p>
        </w:tc>
        <w:tc>
          <w:tcPr>
            <w:tcW w:w="1126" w:type="dxa"/>
          </w:tcPr>
          <w:p w14:paraId="2991606B" w14:textId="77777777" w:rsidR="00540B47" w:rsidRDefault="00A32617">
            <w:r>
              <w:rPr>
                <w:i/>
                <w:sz w:val="18"/>
              </w:rPr>
              <w:t>Z. capensis</w:t>
            </w:r>
          </w:p>
        </w:tc>
        <w:tc>
          <w:tcPr>
            <w:tcW w:w="977" w:type="dxa"/>
          </w:tcPr>
          <w:p w14:paraId="492CA257" w14:textId="77777777" w:rsidR="00540B47" w:rsidRDefault="00A32617">
            <w:r>
              <w:rPr>
                <w:sz w:val="18"/>
              </w:rPr>
              <w:t>-41.5020</w:t>
            </w:r>
          </w:p>
        </w:tc>
        <w:tc>
          <w:tcPr>
            <w:tcW w:w="1107" w:type="dxa"/>
          </w:tcPr>
          <w:p w14:paraId="505CC9A8" w14:textId="77777777" w:rsidR="00540B47" w:rsidRDefault="00A32617">
            <w:r>
              <w:rPr>
                <w:sz w:val="18"/>
              </w:rPr>
              <w:t>-65.3530</w:t>
            </w:r>
          </w:p>
        </w:tc>
        <w:tc>
          <w:tcPr>
            <w:tcW w:w="1156" w:type="dxa"/>
          </w:tcPr>
          <w:p w14:paraId="12B11B02" w14:textId="77777777" w:rsidR="00540B47" w:rsidRDefault="00A32617">
            <w:r>
              <w:rPr>
                <w:sz w:val="18"/>
              </w:rPr>
              <w:t>2025-11-07</w:t>
            </w:r>
          </w:p>
        </w:tc>
        <w:tc>
          <w:tcPr>
            <w:tcW w:w="727" w:type="dxa"/>
          </w:tcPr>
          <w:p w14:paraId="2F65E190" w14:textId="77777777" w:rsidR="00540B47" w:rsidRDefault="00A32617">
            <w:r>
              <w:rPr>
                <w:sz w:val="18"/>
              </w:rPr>
              <w:t>11:48</w:t>
            </w:r>
          </w:p>
        </w:tc>
        <w:tc>
          <w:tcPr>
            <w:tcW w:w="1561" w:type="dxa"/>
          </w:tcPr>
          <w:p w14:paraId="728B0FE0" w14:textId="77777777" w:rsidR="00540B47" w:rsidRDefault="00A32617">
            <w:r>
              <w:rPr>
                <w:sz w:val="18"/>
              </w:rPr>
              <w:t>Pablo L. Tubaro</w:t>
            </w:r>
          </w:p>
        </w:tc>
      </w:tr>
      <w:tr w:rsidR="00540B47" w14:paraId="12374588" w14:textId="77777777" w:rsidTr="00DD565D">
        <w:tc>
          <w:tcPr>
            <w:tcW w:w="942" w:type="dxa"/>
          </w:tcPr>
          <w:p w14:paraId="2CEFA972" w14:textId="77777777" w:rsidR="00540B47" w:rsidRDefault="00A32617">
            <w:r>
              <w:rPr>
                <w:sz w:val="18"/>
              </w:rPr>
              <w:t>3537</w:t>
            </w:r>
          </w:p>
        </w:tc>
        <w:tc>
          <w:tcPr>
            <w:tcW w:w="1156" w:type="dxa"/>
          </w:tcPr>
          <w:p w14:paraId="0144414D" w14:textId="77777777" w:rsidR="00540B47" w:rsidRDefault="00A32617">
            <w:r>
              <w:rPr>
                <w:sz w:val="18"/>
              </w:rPr>
              <w:t>MACN</w:t>
            </w:r>
          </w:p>
        </w:tc>
        <w:tc>
          <w:tcPr>
            <w:tcW w:w="1126" w:type="dxa"/>
          </w:tcPr>
          <w:p w14:paraId="3289D401" w14:textId="77777777" w:rsidR="00540B47" w:rsidRDefault="00A32617">
            <w:r>
              <w:rPr>
                <w:i/>
                <w:sz w:val="18"/>
              </w:rPr>
              <w:t>Z. capensis</w:t>
            </w:r>
          </w:p>
        </w:tc>
        <w:tc>
          <w:tcPr>
            <w:tcW w:w="977" w:type="dxa"/>
          </w:tcPr>
          <w:p w14:paraId="6C970A92" w14:textId="77777777" w:rsidR="00540B47" w:rsidRDefault="00A32617">
            <w:r>
              <w:rPr>
                <w:sz w:val="18"/>
              </w:rPr>
              <w:t>-41.5020</w:t>
            </w:r>
          </w:p>
        </w:tc>
        <w:tc>
          <w:tcPr>
            <w:tcW w:w="1107" w:type="dxa"/>
          </w:tcPr>
          <w:p w14:paraId="797D7111" w14:textId="77777777" w:rsidR="00540B47" w:rsidRDefault="00A32617">
            <w:r>
              <w:rPr>
                <w:sz w:val="18"/>
              </w:rPr>
              <w:t>-65.3530</w:t>
            </w:r>
          </w:p>
        </w:tc>
        <w:tc>
          <w:tcPr>
            <w:tcW w:w="1156" w:type="dxa"/>
          </w:tcPr>
          <w:p w14:paraId="5C67A2AB" w14:textId="77777777" w:rsidR="00540B47" w:rsidRDefault="00A32617">
            <w:r>
              <w:rPr>
                <w:sz w:val="18"/>
              </w:rPr>
              <w:t>2025-11-07</w:t>
            </w:r>
          </w:p>
        </w:tc>
        <w:tc>
          <w:tcPr>
            <w:tcW w:w="727" w:type="dxa"/>
          </w:tcPr>
          <w:p w14:paraId="0ED85FF4" w14:textId="77777777" w:rsidR="00540B47" w:rsidRDefault="00A32617">
            <w:r>
              <w:rPr>
                <w:sz w:val="18"/>
              </w:rPr>
              <w:t>11:50</w:t>
            </w:r>
          </w:p>
        </w:tc>
        <w:tc>
          <w:tcPr>
            <w:tcW w:w="1561" w:type="dxa"/>
          </w:tcPr>
          <w:p w14:paraId="1DE5C159" w14:textId="77777777" w:rsidR="00540B47" w:rsidRDefault="00A32617">
            <w:r>
              <w:rPr>
                <w:sz w:val="18"/>
              </w:rPr>
              <w:t>Pablo L. Tubaro</w:t>
            </w:r>
          </w:p>
        </w:tc>
      </w:tr>
      <w:tr w:rsidR="00540B47" w14:paraId="675B0DE0" w14:textId="77777777" w:rsidTr="00DD565D">
        <w:tc>
          <w:tcPr>
            <w:tcW w:w="942" w:type="dxa"/>
          </w:tcPr>
          <w:p w14:paraId="6D732FD8" w14:textId="77777777" w:rsidR="00540B47" w:rsidRDefault="00A32617">
            <w:r>
              <w:rPr>
                <w:sz w:val="18"/>
              </w:rPr>
              <w:t>3538</w:t>
            </w:r>
          </w:p>
        </w:tc>
        <w:tc>
          <w:tcPr>
            <w:tcW w:w="1156" w:type="dxa"/>
          </w:tcPr>
          <w:p w14:paraId="76FF6F92" w14:textId="77777777" w:rsidR="00540B47" w:rsidRDefault="00A32617">
            <w:r>
              <w:rPr>
                <w:sz w:val="18"/>
              </w:rPr>
              <w:t>MACN</w:t>
            </w:r>
          </w:p>
        </w:tc>
        <w:tc>
          <w:tcPr>
            <w:tcW w:w="1126" w:type="dxa"/>
          </w:tcPr>
          <w:p w14:paraId="406828DA" w14:textId="77777777" w:rsidR="00540B47" w:rsidRDefault="00A32617">
            <w:r>
              <w:rPr>
                <w:i/>
                <w:sz w:val="18"/>
              </w:rPr>
              <w:t>Z. capensis</w:t>
            </w:r>
          </w:p>
        </w:tc>
        <w:tc>
          <w:tcPr>
            <w:tcW w:w="977" w:type="dxa"/>
          </w:tcPr>
          <w:p w14:paraId="76F413ED" w14:textId="77777777" w:rsidR="00540B47" w:rsidRDefault="00A32617">
            <w:r>
              <w:rPr>
                <w:sz w:val="18"/>
              </w:rPr>
              <w:t>-41.5020</w:t>
            </w:r>
          </w:p>
        </w:tc>
        <w:tc>
          <w:tcPr>
            <w:tcW w:w="1107" w:type="dxa"/>
          </w:tcPr>
          <w:p w14:paraId="0CAD580C" w14:textId="77777777" w:rsidR="00540B47" w:rsidRDefault="00A32617">
            <w:r>
              <w:rPr>
                <w:sz w:val="18"/>
              </w:rPr>
              <w:t>-65.3530</w:t>
            </w:r>
          </w:p>
        </w:tc>
        <w:tc>
          <w:tcPr>
            <w:tcW w:w="1156" w:type="dxa"/>
          </w:tcPr>
          <w:p w14:paraId="71177C07" w14:textId="77777777" w:rsidR="00540B47" w:rsidRDefault="00A32617">
            <w:r>
              <w:rPr>
                <w:sz w:val="18"/>
              </w:rPr>
              <w:t>2025-11-07</w:t>
            </w:r>
          </w:p>
        </w:tc>
        <w:tc>
          <w:tcPr>
            <w:tcW w:w="727" w:type="dxa"/>
          </w:tcPr>
          <w:p w14:paraId="2CFE172C" w14:textId="77777777" w:rsidR="00540B47" w:rsidRDefault="00A32617">
            <w:r>
              <w:rPr>
                <w:sz w:val="18"/>
              </w:rPr>
              <w:t>11:51</w:t>
            </w:r>
          </w:p>
        </w:tc>
        <w:tc>
          <w:tcPr>
            <w:tcW w:w="1561" w:type="dxa"/>
          </w:tcPr>
          <w:p w14:paraId="2ACBCBED" w14:textId="77777777" w:rsidR="00540B47" w:rsidRDefault="00A32617">
            <w:r>
              <w:rPr>
                <w:sz w:val="18"/>
              </w:rPr>
              <w:t>Pablo L. Tubaro</w:t>
            </w:r>
          </w:p>
        </w:tc>
      </w:tr>
      <w:tr w:rsidR="00540B47" w14:paraId="41ECAD4A" w14:textId="77777777" w:rsidTr="00DD565D">
        <w:tc>
          <w:tcPr>
            <w:tcW w:w="942" w:type="dxa"/>
          </w:tcPr>
          <w:p w14:paraId="2B302EDB" w14:textId="77777777" w:rsidR="00540B47" w:rsidRDefault="00A32617">
            <w:r>
              <w:rPr>
                <w:sz w:val="18"/>
              </w:rPr>
              <w:t>3539</w:t>
            </w:r>
          </w:p>
        </w:tc>
        <w:tc>
          <w:tcPr>
            <w:tcW w:w="1156" w:type="dxa"/>
          </w:tcPr>
          <w:p w14:paraId="72825149" w14:textId="77777777" w:rsidR="00540B47" w:rsidRDefault="00A32617">
            <w:r>
              <w:rPr>
                <w:sz w:val="18"/>
              </w:rPr>
              <w:t>MACN</w:t>
            </w:r>
          </w:p>
        </w:tc>
        <w:tc>
          <w:tcPr>
            <w:tcW w:w="1126" w:type="dxa"/>
          </w:tcPr>
          <w:p w14:paraId="0C755389" w14:textId="77777777" w:rsidR="00540B47" w:rsidRDefault="00A32617">
            <w:r>
              <w:rPr>
                <w:i/>
                <w:sz w:val="18"/>
              </w:rPr>
              <w:t>Z. capensis</w:t>
            </w:r>
          </w:p>
        </w:tc>
        <w:tc>
          <w:tcPr>
            <w:tcW w:w="977" w:type="dxa"/>
          </w:tcPr>
          <w:p w14:paraId="0C12658C" w14:textId="77777777" w:rsidR="00540B47" w:rsidRDefault="00A32617">
            <w:r>
              <w:rPr>
                <w:sz w:val="18"/>
              </w:rPr>
              <w:t>-41.6400</w:t>
            </w:r>
          </w:p>
        </w:tc>
        <w:tc>
          <w:tcPr>
            <w:tcW w:w="1107" w:type="dxa"/>
          </w:tcPr>
          <w:p w14:paraId="38CE56DE" w14:textId="77777777" w:rsidR="00540B47" w:rsidRDefault="00A32617">
            <w:r>
              <w:rPr>
                <w:sz w:val="18"/>
              </w:rPr>
              <w:t>-65.0249</w:t>
            </w:r>
          </w:p>
        </w:tc>
        <w:tc>
          <w:tcPr>
            <w:tcW w:w="1156" w:type="dxa"/>
          </w:tcPr>
          <w:p w14:paraId="5EE76687" w14:textId="77777777" w:rsidR="00540B47" w:rsidRDefault="00A32617">
            <w:r>
              <w:rPr>
                <w:sz w:val="18"/>
              </w:rPr>
              <w:t>2025-11-07</w:t>
            </w:r>
          </w:p>
        </w:tc>
        <w:tc>
          <w:tcPr>
            <w:tcW w:w="727" w:type="dxa"/>
          </w:tcPr>
          <w:p w14:paraId="6E5527C0" w14:textId="77777777" w:rsidR="00540B47" w:rsidRDefault="00A32617">
            <w:r>
              <w:rPr>
                <w:sz w:val="18"/>
              </w:rPr>
              <w:t>12:47</w:t>
            </w:r>
          </w:p>
        </w:tc>
        <w:tc>
          <w:tcPr>
            <w:tcW w:w="1561" w:type="dxa"/>
          </w:tcPr>
          <w:p w14:paraId="53E2E15E" w14:textId="77777777" w:rsidR="00540B47" w:rsidRDefault="00A32617">
            <w:r>
              <w:rPr>
                <w:sz w:val="18"/>
              </w:rPr>
              <w:t>Agustin I. Casale</w:t>
            </w:r>
          </w:p>
        </w:tc>
      </w:tr>
      <w:tr w:rsidR="00540B47" w14:paraId="7673362F" w14:textId="77777777" w:rsidTr="00DD565D">
        <w:tc>
          <w:tcPr>
            <w:tcW w:w="942" w:type="dxa"/>
          </w:tcPr>
          <w:p w14:paraId="2FC0B711" w14:textId="77777777" w:rsidR="00540B47" w:rsidRDefault="00A32617">
            <w:r>
              <w:rPr>
                <w:sz w:val="18"/>
              </w:rPr>
              <w:t>3540</w:t>
            </w:r>
          </w:p>
        </w:tc>
        <w:tc>
          <w:tcPr>
            <w:tcW w:w="1156" w:type="dxa"/>
          </w:tcPr>
          <w:p w14:paraId="0F3BD016" w14:textId="77777777" w:rsidR="00540B47" w:rsidRDefault="00A32617">
            <w:r>
              <w:rPr>
                <w:sz w:val="18"/>
              </w:rPr>
              <w:t>MACN</w:t>
            </w:r>
          </w:p>
        </w:tc>
        <w:tc>
          <w:tcPr>
            <w:tcW w:w="1126" w:type="dxa"/>
          </w:tcPr>
          <w:p w14:paraId="04AA855B" w14:textId="77777777" w:rsidR="00540B47" w:rsidRDefault="00A32617">
            <w:r>
              <w:rPr>
                <w:i/>
                <w:sz w:val="18"/>
              </w:rPr>
              <w:t>Z. capensis</w:t>
            </w:r>
          </w:p>
        </w:tc>
        <w:tc>
          <w:tcPr>
            <w:tcW w:w="977" w:type="dxa"/>
          </w:tcPr>
          <w:p w14:paraId="1CCAB1BA" w14:textId="77777777" w:rsidR="00540B47" w:rsidRDefault="00A32617">
            <w:r>
              <w:rPr>
                <w:sz w:val="18"/>
              </w:rPr>
              <w:t>-41.6120</w:t>
            </w:r>
          </w:p>
        </w:tc>
        <w:tc>
          <w:tcPr>
            <w:tcW w:w="1107" w:type="dxa"/>
          </w:tcPr>
          <w:p w14:paraId="2710F2DB" w14:textId="77777777" w:rsidR="00540B47" w:rsidRDefault="00A32617">
            <w:r>
              <w:rPr>
                <w:sz w:val="18"/>
              </w:rPr>
              <w:t>-65.2030</w:t>
            </w:r>
          </w:p>
        </w:tc>
        <w:tc>
          <w:tcPr>
            <w:tcW w:w="1156" w:type="dxa"/>
          </w:tcPr>
          <w:p w14:paraId="50417D92" w14:textId="77777777" w:rsidR="00540B47" w:rsidRDefault="00A32617">
            <w:r>
              <w:rPr>
                <w:sz w:val="18"/>
              </w:rPr>
              <w:t>2025-11-07</w:t>
            </w:r>
          </w:p>
        </w:tc>
        <w:tc>
          <w:tcPr>
            <w:tcW w:w="727" w:type="dxa"/>
          </w:tcPr>
          <w:p w14:paraId="7B7B24D9" w14:textId="77777777" w:rsidR="00540B47" w:rsidRDefault="00A32617">
            <w:r>
              <w:rPr>
                <w:sz w:val="18"/>
              </w:rPr>
              <w:t>12:24</w:t>
            </w:r>
          </w:p>
        </w:tc>
        <w:tc>
          <w:tcPr>
            <w:tcW w:w="1561" w:type="dxa"/>
          </w:tcPr>
          <w:p w14:paraId="3E419EBB" w14:textId="77777777" w:rsidR="00540B47" w:rsidRDefault="00A32617">
            <w:r>
              <w:rPr>
                <w:sz w:val="18"/>
              </w:rPr>
              <w:t>Pablo L. Tubaro</w:t>
            </w:r>
          </w:p>
        </w:tc>
      </w:tr>
      <w:tr w:rsidR="00540B47" w14:paraId="5365ED0F" w14:textId="77777777" w:rsidTr="00DD565D">
        <w:tc>
          <w:tcPr>
            <w:tcW w:w="942" w:type="dxa"/>
          </w:tcPr>
          <w:p w14:paraId="3CF2A980" w14:textId="77777777" w:rsidR="00540B47" w:rsidRDefault="00A32617">
            <w:r>
              <w:rPr>
                <w:sz w:val="18"/>
              </w:rPr>
              <w:t>3541</w:t>
            </w:r>
          </w:p>
        </w:tc>
        <w:tc>
          <w:tcPr>
            <w:tcW w:w="1156" w:type="dxa"/>
          </w:tcPr>
          <w:p w14:paraId="445D7A3A" w14:textId="77777777" w:rsidR="00540B47" w:rsidRDefault="00A32617">
            <w:r>
              <w:rPr>
                <w:sz w:val="18"/>
              </w:rPr>
              <w:t>MACN</w:t>
            </w:r>
          </w:p>
        </w:tc>
        <w:tc>
          <w:tcPr>
            <w:tcW w:w="1126" w:type="dxa"/>
          </w:tcPr>
          <w:p w14:paraId="5126DE08" w14:textId="77777777" w:rsidR="00540B47" w:rsidRDefault="00A32617">
            <w:r>
              <w:rPr>
                <w:i/>
                <w:sz w:val="18"/>
              </w:rPr>
              <w:t>Z. capensis</w:t>
            </w:r>
          </w:p>
        </w:tc>
        <w:tc>
          <w:tcPr>
            <w:tcW w:w="977" w:type="dxa"/>
          </w:tcPr>
          <w:p w14:paraId="5B20C660" w14:textId="77777777" w:rsidR="00540B47" w:rsidRDefault="00A32617">
            <w:r>
              <w:rPr>
                <w:sz w:val="18"/>
              </w:rPr>
              <w:t>-41.6329</w:t>
            </w:r>
          </w:p>
        </w:tc>
        <w:tc>
          <w:tcPr>
            <w:tcW w:w="1107" w:type="dxa"/>
          </w:tcPr>
          <w:p w14:paraId="1367392E" w14:textId="77777777" w:rsidR="00540B47" w:rsidRDefault="00A32617">
            <w:r>
              <w:rPr>
                <w:sz w:val="18"/>
              </w:rPr>
              <w:t>-65.0253</w:t>
            </w:r>
          </w:p>
        </w:tc>
        <w:tc>
          <w:tcPr>
            <w:tcW w:w="1156" w:type="dxa"/>
          </w:tcPr>
          <w:p w14:paraId="7A094730" w14:textId="77777777" w:rsidR="00540B47" w:rsidRDefault="00A32617">
            <w:r>
              <w:rPr>
                <w:sz w:val="18"/>
              </w:rPr>
              <w:t>2025-11-07</w:t>
            </w:r>
          </w:p>
        </w:tc>
        <w:tc>
          <w:tcPr>
            <w:tcW w:w="727" w:type="dxa"/>
          </w:tcPr>
          <w:p w14:paraId="50FD0674" w14:textId="77777777" w:rsidR="00540B47" w:rsidRDefault="00A32617">
            <w:r>
              <w:rPr>
                <w:sz w:val="18"/>
              </w:rPr>
              <w:t>12:44</w:t>
            </w:r>
          </w:p>
        </w:tc>
        <w:tc>
          <w:tcPr>
            <w:tcW w:w="1561" w:type="dxa"/>
          </w:tcPr>
          <w:p w14:paraId="15ED8076" w14:textId="77777777" w:rsidR="00540B47" w:rsidRDefault="00A32617">
            <w:r>
              <w:rPr>
                <w:sz w:val="18"/>
              </w:rPr>
              <w:t>Pablo L. Tubaro</w:t>
            </w:r>
          </w:p>
        </w:tc>
      </w:tr>
      <w:tr w:rsidR="00540B47" w14:paraId="00D151A2" w14:textId="77777777" w:rsidTr="00DD565D">
        <w:tc>
          <w:tcPr>
            <w:tcW w:w="942" w:type="dxa"/>
          </w:tcPr>
          <w:p w14:paraId="08442927" w14:textId="77777777" w:rsidR="00540B47" w:rsidRDefault="00A32617">
            <w:r>
              <w:rPr>
                <w:sz w:val="18"/>
              </w:rPr>
              <w:t>3542</w:t>
            </w:r>
          </w:p>
        </w:tc>
        <w:tc>
          <w:tcPr>
            <w:tcW w:w="1156" w:type="dxa"/>
          </w:tcPr>
          <w:p w14:paraId="39EB6255" w14:textId="77777777" w:rsidR="00540B47" w:rsidRDefault="00A32617">
            <w:r>
              <w:rPr>
                <w:sz w:val="18"/>
              </w:rPr>
              <w:t>MACN</w:t>
            </w:r>
          </w:p>
        </w:tc>
        <w:tc>
          <w:tcPr>
            <w:tcW w:w="1126" w:type="dxa"/>
          </w:tcPr>
          <w:p w14:paraId="16283451" w14:textId="77777777" w:rsidR="00540B47" w:rsidRDefault="00A32617">
            <w:r>
              <w:rPr>
                <w:i/>
                <w:sz w:val="18"/>
              </w:rPr>
              <w:t>Z. capensis</w:t>
            </w:r>
          </w:p>
        </w:tc>
        <w:tc>
          <w:tcPr>
            <w:tcW w:w="977" w:type="dxa"/>
          </w:tcPr>
          <w:p w14:paraId="1F6BCE4F" w14:textId="77777777" w:rsidR="00540B47" w:rsidRDefault="00A32617">
            <w:r>
              <w:rPr>
                <w:sz w:val="18"/>
              </w:rPr>
              <w:t>-41.6329</w:t>
            </w:r>
          </w:p>
        </w:tc>
        <w:tc>
          <w:tcPr>
            <w:tcW w:w="1107" w:type="dxa"/>
          </w:tcPr>
          <w:p w14:paraId="05D68019" w14:textId="77777777" w:rsidR="00540B47" w:rsidRDefault="00A32617">
            <w:r>
              <w:rPr>
                <w:sz w:val="18"/>
              </w:rPr>
              <w:t>-65.0253</w:t>
            </w:r>
          </w:p>
        </w:tc>
        <w:tc>
          <w:tcPr>
            <w:tcW w:w="1156" w:type="dxa"/>
          </w:tcPr>
          <w:p w14:paraId="10FCF8EE" w14:textId="77777777" w:rsidR="00540B47" w:rsidRDefault="00A32617">
            <w:r>
              <w:rPr>
                <w:sz w:val="18"/>
              </w:rPr>
              <w:t>2025-11-07</w:t>
            </w:r>
          </w:p>
        </w:tc>
        <w:tc>
          <w:tcPr>
            <w:tcW w:w="727" w:type="dxa"/>
          </w:tcPr>
          <w:p w14:paraId="53E67EA1" w14:textId="77777777" w:rsidR="00540B47" w:rsidRDefault="00A32617">
            <w:r>
              <w:rPr>
                <w:sz w:val="18"/>
              </w:rPr>
              <w:t>12:46</w:t>
            </w:r>
          </w:p>
        </w:tc>
        <w:tc>
          <w:tcPr>
            <w:tcW w:w="1561" w:type="dxa"/>
          </w:tcPr>
          <w:p w14:paraId="4C94BADB" w14:textId="77777777" w:rsidR="00540B47" w:rsidRDefault="00A32617">
            <w:r>
              <w:rPr>
                <w:sz w:val="18"/>
              </w:rPr>
              <w:t>Pablo L. Tubaro</w:t>
            </w:r>
          </w:p>
        </w:tc>
      </w:tr>
      <w:tr w:rsidR="00540B47" w14:paraId="0E01DFC9" w14:textId="77777777" w:rsidTr="00DD565D">
        <w:tc>
          <w:tcPr>
            <w:tcW w:w="942" w:type="dxa"/>
          </w:tcPr>
          <w:p w14:paraId="793560CE" w14:textId="77777777" w:rsidR="00540B47" w:rsidRDefault="00A32617">
            <w:r>
              <w:rPr>
                <w:sz w:val="18"/>
              </w:rPr>
              <w:t>3543</w:t>
            </w:r>
          </w:p>
        </w:tc>
        <w:tc>
          <w:tcPr>
            <w:tcW w:w="1156" w:type="dxa"/>
          </w:tcPr>
          <w:p w14:paraId="0FCFBE71" w14:textId="77777777" w:rsidR="00540B47" w:rsidRDefault="00A32617">
            <w:r>
              <w:rPr>
                <w:sz w:val="18"/>
              </w:rPr>
              <w:t>MACN</w:t>
            </w:r>
          </w:p>
        </w:tc>
        <w:tc>
          <w:tcPr>
            <w:tcW w:w="1126" w:type="dxa"/>
          </w:tcPr>
          <w:p w14:paraId="2FC9C0F4" w14:textId="77777777" w:rsidR="00540B47" w:rsidRDefault="00A32617">
            <w:r>
              <w:rPr>
                <w:i/>
                <w:sz w:val="18"/>
              </w:rPr>
              <w:t>Z. capensis</w:t>
            </w:r>
          </w:p>
        </w:tc>
        <w:tc>
          <w:tcPr>
            <w:tcW w:w="977" w:type="dxa"/>
          </w:tcPr>
          <w:p w14:paraId="69FC2A8D" w14:textId="77777777" w:rsidR="00540B47" w:rsidRDefault="00A32617">
            <w:r>
              <w:rPr>
                <w:sz w:val="18"/>
              </w:rPr>
              <w:t>-41.6329</w:t>
            </w:r>
          </w:p>
        </w:tc>
        <w:tc>
          <w:tcPr>
            <w:tcW w:w="1107" w:type="dxa"/>
          </w:tcPr>
          <w:p w14:paraId="09F9623B" w14:textId="77777777" w:rsidR="00540B47" w:rsidRDefault="00A32617">
            <w:r>
              <w:rPr>
                <w:sz w:val="18"/>
              </w:rPr>
              <w:t>-65.0253</w:t>
            </w:r>
          </w:p>
        </w:tc>
        <w:tc>
          <w:tcPr>
            <w:tcW w:w="1156" w:type="dxa"/>
          </w:tcPr>
          <w:p w14:paraId="3F3A2057" w14:textId="77777777" w:rsidR="00540B47" w:rsidRDefault="00A32617">
            <w:r>
              <w:rPr>
                <w:sz w:val="18"/>
              </w:rPr>
              <w:t>2025-11-07</w:t>
            </w:r>
          </w:p>
        </w:tc>
        <w:tc>
          <w:tcPr>
            <w:tcW w:w="727" w:type="dxa"/>
          </w:tcPr>
          <w:p w14:paraId="33F77835" w14:textId="77777777" w:rsidR="00540B47" w:rsidRDefault="00A32617">
            <w:r>
              <w:rPr>
                <w:sz w:val="18"/>
              </w:rPr>
              <w:t>12:49</w:t>
            </w:r>
          </w:p>
        </w:tc>
        <w:tc>
          <w:tcPr>
            <w:tcW w:w="1561" w:type="dxa"/>
          </w:tcPr>
          <w:p w14:paraId="37CB517C" w14:textId="77777777" w:rsidR="00540B47" w:rsidRDefault="00A32617">
            <w:r>
              <w:rPr>
                <w:sz w:val="18"/>
              </w:rPr>
              <w:t>Pablo L. Tubaro</w:t>
            </w:r>
          </w:p>
        </w:tc>
      </w:tr>
      <w:tr w:rsidR="00540B47" w14:paraId="27DD972D" w14:textId="77777777" w:rsidTr="00DD565D">
        <w:tc>
          <w:tcPr>
            <w:tcW w:w="942" w:type="dxa"/>
          </w:tcPr>
          <w:p w14:paraId="78F2DE69" w14:textId="77777777" w:rsidR="00540B47" w:rsidRDefault="00A32617">
            <w:r>
              <w:rPr>
                <w:sz w:val="18"/>
              </w:rPr>
              <w:t>3544</w:t>
            </w:r>
          </w:p>
        </w:tc>
        <w:tc>
          <w:tcPr>
            <w:tcW w:w="1156" w:type="dxa"/>
          </w:tcPr>
          <w:p w14:paraId="184B4B6C" w14:textId="77777777" w:rsidR="00540B47" w:rsidRDefault="00A32617">
            <w:r>
              <w:rPr>
                <w:sz w:val="18"/>
              </w:rPr>
              <w:t>MACN</w:t>
            </w:r>
          </w:p>
        </w:tc>
        <w:tc>
          <w:tcPr>
            <w:tcW w:w="1126" w:type="dxa"/>
          </w:tcPr>
          <w:p w14:paraId="1B9929A8" w14:textId="77777777" w:rsidR="00540B47" w:rsidRDefault="00A32617">
            <w:r>
              <w:rPr>
                <w:i/>
                <w:sz w:val="18"/>
              </w:rPr>
              <w:t>Z. capensis</w:t>
            </w:r>
          </w:p>
        </w:tc>
        <w:tc>
          <w:tcPr>
            <w:tcW w:w="977" w:type="dxa"/>
          </w:tcPr>
          <w:p w14:paraId="5DDFC714" w14:textId="77777777" w:rsidR="00540B47" w:rsidRDefault="00A32617">
            <w:r>
              <w:rPr>
                <w:sz w:val="18"/>
              </w:rPr>
              <w:t>-41.6329</w:t>
            </w:r>
          </w:p>
        </w:tc>
        <w:tc>
          <w:tcPr>
            <w:tcW w:w="1107" w:type="dxa"/>
          </w:tcPr>
          <w:p w14:paraId="6CE53B2E" w14:textId="77777777" w:rsidR="00540B47" w:rsidRDefault="00A32617">
            <w:r>
              <w:rPr>
                <w:sz w:val="18"/>
              </w:rPr>
              <w:t>-65.0253</w:t>
            </w:r>
          </w:p>
        </w:tc>
        <w:tc>
          <w:tcPr>
            <w:tcW w:w="1156" w:type="dxa"/>
          </w:tcPr>
          <w:p w14:paraId="311C49A6" w14:textId="77777777" w:rsidR="00540B47" w:rsidRDefault="00A32617">
            <w:r>
              <w:rPr>
                <w:sz w:val="18"/>
              </w:rPr>
              <w:t>2025-11-07</w:t>
            </w:r>
          </w:p>
        </w:tc>
        <w:tc>
          <w:tcPr>
            <w:tcW w:w="727" w:type="dxa"/>
          </w:tcPr>
          <w:p w14:paraId="25423B8D" w14:textId="77777777" w:rsidR="00540B47" w:rsidRDefault="00A32617">
            <w:r>
              <w:rPr>
                <w:sz w:val="18"/>
              </w:rPr>
              <w:t>12:54</w:t>
            </w:r>
          </w:p>
        </w:tc>
        <w:tc>
          <w:tcPr>
            <w:tcW w:w="1561" w:type="dxa"/>
          </w:tcPr>
          <w:p w14:paraId="78F34651" w14:textId="77777777" w:rsidR="00540B47" w:rsidRDefault="00A32617">
            <w:r>
              <w:rPr>
                <w:sz w:val="18"/>
              </w:rPr>
              <w:t>Pablo L. Tubaro</w:t>
            </w:r>
          </w:p>
        </w:tc>
      </w:tr>
      <w:tr w:rsidR="00540B47" w14:paraId="7D570944" w14:textId="77777777" w:rsidTr="00DD565D">
        <w:tc>
          <w:tcPr>
            <w:tcW w:w="942" w:type="dxa"/>
          </w:tcPr>
          <w:p w14:paraId="7AFD55A9" w14:textId="77777777" w:rsidR="00540B47" w:rsidRDefault="00A32617">
            <w:r>
              <w:rPr>
                <w:sz w:val="18"/>
              </w:rPr>
              <w:t>3545</w:t>
            </w:r>
          </w:p>
        </w:tc>
        <w:tc>
          <w:tcPr>
            <w:tcW w:w="1156" w:type="dxa"/>
          </w:tcPr>
          <w:p w14:paraId="63CC3D10" w14:textId="77777777" w:rsidR="00540B47" w:rsidRDefault="00A32617">
            <w:r>
              <w:rPr>
                <w:sz w:val="18"/>
              </w:rPr>
              <w:t>MACN</w:t>
            </w:r>
          </w:p>
        </w:tc>
        <w:tc>
          <w:tcPr>
            <w:tcW w:w="1126" w:type="dxa"/>
          </w:tcPr>
          <w:p w14:paraId="2D4F74A4" w14:textId="77777777" w:rsidR="00540B47" w:rsidRDefault="00A32617">
            <w:r>
              <w:rPr>
                <w:i/>
                <w:sz w:val="18"/>
              </w:rPr>
              <w:t>Z. capensis</w:t>
            </w:r>
          </w:p>
        </w:tc>
        <w:tc>
          <w:tcPr>
            <w:tcW w:w="977" w:type="dxa"/>
          </w:tcPr>
          <w:p w14:paraId="5C3A8BA5" w14:textId="77777777" w:rsidR="00540B47" w:rsidRDefault="00A32617">
            <w:r>
              <w:rPr>
                <w:sz w:val="18"/>
              </w:rPr>
              <w:t>-41.6329</w:t>
            </w:r>
          </w:p>
        </w:tc>
        <w:tc>
          <w:tcPr>
            <w:tcW w:w="1107" w:type="dxa"/>
          </w:tcPr>
          <w:p w14:paraId="4D0C3180" w14:textId="77777777" w:rsidR="00540B47" w:rsidRDefault="00A32617">
            <w:r>
              <w:rPr>
                <w:sz w:val="18"/>
              </w:rPr>
              <w:t>-65.0253</w:t>
            </w:r>
          </w:p>
        </w:tc>
        <w:tc>
          <w:tcPr>
            <w:tcW w:w="1156" w:type="dxa"/>
          </w:tcPr>
          <w:p w14:paraId="67D3DF4D" w14:textId="77777777" w:rsidR="00540B47" w:rsidRDefault="00A32617">
            <w:r>
              <w:rPr>
                <w:sz w:val="18"/>
              </w:rPr>
              <w:t>2025-11-07</w:t>
            </w:r>
          </w:p>
        </w:tc>
        <w:tc>
          <w:tcPr>
            <w:tcW w:w="727" w:type="dxa"/>
          </w:tcPr>
          <w:p w14:paraId="462A8B14" w14:textId="77777777" w:rsidR="00540B47" w:rsidRDefault="00A32617">
            <w:r>
              <w:rPr>
                <w:sz w:val="18"/>
              </w:rPr>
              <w:t>12:57</w:t>
            </w:r>
          </w:p>
        </w:tc>
        <w:tc>
          <w:tcPr>
            <w:tcW w:w="1561" w:type="dxa"/>
          </w:tcPr>
          <w:p w14:paraId="69264CA3" w14:textId="77777777" w:rsidR="00540B47" w:rsidRDefault="00A32617">
            <w:r>
              <w:rPr>
                <w:sz w:val="18"/>
              </w:rPr>
              <w:t>Pablo L. Tubaro</w:t>
            </w:r>
          </w:p>
        </w:tc>
      </w:tr>
      <w:tr w:rsidR="00540B47" w14:paraId="1256DCF9" w14:textId="77777777" w:rsidTr="00DD565D">
        <w:tc>
          <w:tcPr>
            <w:tcW w:w="942" w:type="dxa"/>
          </w:tcPr>
          <w:p w14:paraId="0F0B5FCE" w14:textId="77777777" w:rsidR="00540B47" w:rsidRDefault="00A32617">
            <w:r>
              <w:rPr>
                <w:sz w:val="18"/>
              </w:rPr>
              <w:t>3546</w:t>
            </w:r>
          </w:p>
        </w:tc>
        <w:tc>
          <w:tcPr>
            <w:tcW w:w="1156" w:type="dxa"/>
          </w:tcPr>
          <w:p w14:paraId="42671D1B" w14:textId="77777777" w:rsidR="00540B47" w:rsidRDefault="00A32617">
            <w:r>
              <w:rPr>
                <w:sz w:val="18"/>
              </w:rPr>
              <w:t>MACN</w:t>
            </w:r>
          </w:p>
        </w:tc>
        <w:tc>
          <w:tcPr>
            <w:tcW w:w="1126" w:type="dxa"/>
          </w:tcPr>
          <w:p w14:paraId="08D4624A" w14:textId="77777777" w:rsidR="00540B47" w:rsidRDefault="00A32617">
            <w:r>
              <w:rPr>
                <w:i/>
                <w:sz w:val="18"/>
              </w:rPr>
              <w:t>Z. capensis</w:t>
            </w:r>
          </w:p>
        </w:tc>
        <w:tc>
          <w:tcPr>
            <w:tcW w:w="977" w:type="dxa"/>
          </w:tcPr>
          <w:p w14:paraId="56CB5D50" w14:textId="77777777" w:rsidR="00540B47" w:rsidRDefault="00A32617">
            <w:r>
              <w:rPr>
                <w:sz w:val="18"/>
              </w:rPr>
              <w:t>-41.6329</w:t>
            </w:r>
          </w:p>
        </w:tc>
        <w:tc>
          <w:tcPr>
            <w:tcW w:w="1107" w:type="dxa"/>
          </w:tcPr>
          <w:p w14:paraId="52C7BB40" w14:textId="77777777" w:rsidR="00540B47" w:rsidRDefault="00A32617">
            <w:r>
              <w:rPr>
                <w:sz w:val="18"/>
              </w:rPr>
              <w:t>-65.0253</w:t>
            </w:r>
          </w:p>
        </w:tc>
        <w:tc>
          <w:tcPr>
            <w:tcW w:w="1156" w:type="dxa"/>
          </w:tcPr>
          <w:p w14:paraId="53676363" w14:textId="77777777" w:rsidR="00540B47" w:rsidRDefault="00A32617">
            <w:r>
              <w:rPr>
                <w:sz w:val="18"/>
              </w:rPr>
              <w:t>2025-11-07</w:t>
            </w:r>
          </w:p>
        </w:tc>
        <w:tc>
          <w:tcPr>
            <w:tcW w:w="727" w:type="dxa"/>
          </w:tcPr>
          <w:p w14:paraId="405C9E56" w14:textId="77777777" w:rsidR="00540B47" w:rsidRDefault="00A32617">
            <w:r>
              <w:rPr>
                <w:sz w:val="18"/>
              </w:rPr>
              <w:t>12:59</w:t>
            </w:r>
          </w:p>
        </w:tc>
        <w:tc>
          <w:tcPr>
            <w:tcW w:w="1561" w:type="dxa"/>
          </w:tcPr>
          <w:p w14:paraId="3C332D1F" w14:textId="77777777" w:rsidR="00540B47" w:rsidRDefault="00A32617">
            <w:r>
              <w:rPr>
                <w:sz w:val="18"/>
              </w:rPr>
              <w:t>Pablo L. Tubaro</w:t>
            </w:r>
          </w:p>
        </w:tc>
      </w:tr>
      <w:tr w:rsidR="00540B47" w14:paraId="50CF0834" w14:textId="77777777" w:rsidTr="00DD565D">
        <w:tc>
          <w:tcPr>
            <w:tcW w:w="942" w:type="dxa"/>
          </w:tcPr>
          <w:p w14:paraId="296806B6" w14:textId="77777777" w:rsidR="00540B47" w:rsidRDefault="00A32617">
            <w:r>
              <w:rPr>
                <w:sz w:val="18"/>
              </w:rPr>
              <w:t>3547</w:t>
            </w:r>
          </w:p>
        </w:tc>
        <w:tc>
          <w:tcPr>
            <w:tcW w:w="1156" w:type="dxa"/>
          </w:tcPr>
          <w:p w14:paraId="16D64E2F" w14:textId="77777777" w:rsidR="00540B47" w:rsidRDefault="00A32617">
            <w:r>
              <w:rPr>
                <w:sz w:val="18"/>
              </w:rPr>
              <w:t>MACN</w:t>
            </w:r>
          </w:p>
        </w:tc>
        <w:tc>
          <w:tcPr>
            <w:tcW w:w="1126" w:type="dxa"/>
          </w:tcPr>
          <w:p w14:paraId="3682214A" w14:textId="77777777" w:rsidR="00540B47" w:rsidRDefault="00A32617">
            <w:r>
              <w:rPr>
                <w:i/>
                <w:sz w:val="18"/>
              </w:rPr>
              <w:t>Z. capensis</w:t>
            </w:r>
          </w:p>
        </w:tc>
        <w:tc>
          <w:tcPr>
            <w:tcW w:w="977" w:type="dxa"/>
          </w:tcPr>
          <w:p w14:paraId="3943E0E9" w14:textId="77777777" w:rsidR="00540B47" w:rsidRDefault="00A32617">
            <w:r>
              <w:rPr>
                <w:sz w:val="18"/>
              </w:rPr>
              <w:t>-41.6329</w:t>
            </w:r>
          </w:p>
        </w:tc>
        <w:tc>
          <w:tcPr>
            <w:tcW w:w="1107" w:type="dxa"/>
          </w:tcPr>
          <w:p w14:paraId="7C1819FE" w14:textId="77777777" w:rsidR="00540B47" w:rsidRDefault="00A32617">
            <w:r>
              <w:rPr>
                <w:sz w:val="18"/>
              </w:rPr>
              <w:t>-65.0253</w:t>
            </w:r>
          </w:p>
        </w:tc>
        <w:tc>
          <w:tcPr>
            <w:tcW w:w="1156" w:type="dxa"/>
          </w:tcPr>
          <w:p w14:paraId="43AA0CD3" w14:textId="77777777" w:rsidR="00540B47" w:rsidRDefault="00A32617">
            <w:r>
              <w:rPr>
                <w:sz w:val="18"/>
              </w:rPr>
              <w:t>2025-11-07</w:t>
            </w:r>
          </w:p>
        </w:tc>
        <w:tc>
          <w:tcPr>
            <w:tcW w:w="727" w:type="dxa"/>
          </w:tcPr>
          <w:p w14:paraId="6DBAD5B0" w14:textId="77777777" w:rsidR="00540B47" w:rsidRDefault="00A32617">
            <w:r>
              <w:rPr>
                <w:sz w:val="18"/>
              </w:rPr>
              <w:t>13:02</w:t>
            </w:r>
          </w:p>
        </w:tc>
        <w:tc>
          <w:tcPr>
            <w:tcW w:w="1561" w:type="dxa"/>
          </w:tcPr>
          <w:p w14:paraId="33A4B561" w14:textId="77777777" w:rsidR="00540B47" w:rsidRDefault="00A32617">
            <w:r>
              <w:rPr>
                <w:sz w:val="18"/>
              </w:rPr>
              <w:t>Pablo L. Tubaro</w:t>
            </w:r>
          </w:p>
        </w:tc>
      </w:tr>
      <w:tr w:rsidR="00540B47" w14:paraId="1525B197" w14:textId="77777777" w:rsidTr="00DD565D">
        <w:tc>
          <w:tcPr>
            <w:tcW w:w="942" w:type="dxa"/>
          </w:tcPr>
          <w:p w14:paraId="317A950C" w14:textId="77777777" w:rsidR="00540B47" w:rsidRDefault="00A32617">
            <w:r>
              <w:rPr>
                <w:sz w:val="18"/>
              </w:rPr>
              <w:t>3548</w:t>
            </w:r>
          </w:p>
        </w:tc>
        <w:tc>
          <w:tcPr>
            <w:tcW w:w="1156" w:type="dxa"/>
          </w:tcPr>
          <w:p w14:paraId="46B4C540" w14:textId="77777777" w:rsidR="00540B47" w:rsidRDefault="00A32617">
            <w:r>
              <w:rPr>
                <w:sz w:val="18"/>
              </w:rPr>
              <w:t>MACN</w:t>
            </w:r>
          </w:p>
        </w:tc>
        <w:tc>
          <w:tcPr>
            <w:tcW w:w="1126" w:type="dxa"/>
          </w:tcPr>
          <w:p w14:paraId="20000490" w14:textId="77777777" w:rsidR="00540B47" w:rsidRDefault="00A32617">
            <w:r>
              <w:rPr>
                <w:i/>
                <w:sz w:val="18"/>
              </w:rPr>
              <w:t>Z. capensis</w:t>
            </w:r>
          </w:p>
        </w:tc>
        <w:tc>
          <w:tcPr>
            <w:tcW w:w="977" w:type="dxa"/>
          </w:tcPr>
          <w:p w14:paraId="3BBBD9C3" w14:textId="77777777" w:rsidR="00540B47" w:rsidRDefault="00A32617">
            <w:r>
              <w:rPr>
                <w:sz w:val="18"/>
              </w:rPr>
              <w:t>-41.6710</w:t>
            </w:r>
          </w:p>
        </w:tc>
        <w:tc>
          <w:tcPr>
            <w:tcW w:w="1107" w:type="dxa"/>
          </w:tcPr>
          <w:p w14:paraId="309DD253" w14:textId="77777777" w:rsidR="00540B47" w:rsidRDefault="00A32617">
            <w:r>
              <w:rPr>
                <w:sz w:val="18"/>
              </w:rPr>
              <w:t>-65.0330</w:t>
            </w:r>
          </w:p>
        </w:tc>
        <w:tc>
          <w:tcPr>
            <w:tcW w:w="1156" w:type="dxa"/>
          </w:tcPr>
          <w:p w14:paraId="319A94BE" w14:textId="77777777" w:rsidR="00540B47" w:rsidRDefault="00A32617">
            <w:r>
              <w:rPr>
                <w:sz w:val="18"/>
              </w:rPr>
              <w:t>2025-11-07</w:t>
            </w:r>
          </w:p>
        </w:tc>
        <w:tc>
          <w:tcPr>
            <w:tcW w:w="727" w:type="dxa"/>
          </w:tcPr>
          <w:p w14:paraId="124907A8" w14:textId="77777777" w:rsidR="00540B47" w:rsidRDefault="00A32617">
            <w:r>
              <w:rPr>
                <w:sz w:val="18"/>
              </w:rPr>
              <w:t>13:14</w:t>
            </w:r>
          </w:p>
        </w:tc>
        <w:tc>
          <w:tcPr>
            <w:tcW w:w="1561" w:type="dxa"/>
          </w:tcPr>
          <w:p w14:paraId="16B76837" w14:textId="77777777" w:rsidR="00540B47" w:rsidRDefault="00A32617">
            <w:r>
              <w:rPr>
                <w:sz w:val="18"/>
              </w:rPr>
              <w:t>Pablo L. Tubaro</w:t>
            </w:r>
          </w:p>
        </w:tc>
      </w:tr>
      <w:tr w:rsidR="00540B47" w14:paraId="4F4A5CC2" w14:textId="77777777" w:rsidTr="00DD565D">
        <w:tc>
          <w:tcPr>
            <w:tcW w:w="942" w:type="dxa"/>
          </w:tcPr>
          <w:p w14:paraId="621ABCC1" w14:textId="77777777" w:rsidR="00540B47" w:rsidRDefault="00A32617">
            <w:r>
              <w:rPr>
                <w:sz w:val="18"/>
              </w:rPr>
              <w:t>3549</w:t>
            </w:r>
          </w:p>
        </w:tc>
        <w:tc>
          <w:tcPr>
            <w:tcW w:w="1156" w:type="dxa"/>
          </w:tcPr>
          <w:p w14:paraId="36C81C38" w14:textId="77777777" w:rsidR="00540B47" w:rsidRDefault="00A32617">
            <w:r>
              <w:rPr>
                <w:sz w:val="18"/>
              </w:rPr>
              <w:t>MACN</w:t>
            </w:r>
          </w:p>
        </w:tc>
        <w:tc>
          <w:tcPr>
            <w:tcW w:w="1126" w:type="dxa"/>
          </w:tcPr>
          <w:p w14:paraId="35EF5D99" w14:textId="77777777" w:rsidR="00540B47" w:rsidRDefault="00A32617">
            <w:r>
              <w:rPr>
                <w:i/>
                <w:sz w:val="18"/>
              </w:rPr>
              <w:t>Z. capensis</w:t>
            </w:r>
          </w:p>
        </w:tc>
        <w:tc>
          <w:tcPr>
            <w:tcW w:w="977" w:type="dxa"/>
          </w:tcPr>
          <w:p w14:paraId="3AE67479" w14:textId="77777777" w:rsidR="00540B47" w:rsidRDefault="00A32617">
            <w:r>
              <w:rPr>
                <w:sz w:val="18"/>
              </w:rPr>
              <w:t>-41.6710</w:t>
            </w:r>
          </w:p>
        </w:tc>
        <w:tc>
          <w:tcPr>
            <w:tcW w:w="1107" w:type="dxa"/>
          </w:tcPr>
          <w:p w14:paraId="360F2125" w14:textId="77777777" w:rsidR="00540B47" w:rsidRDefault="00A32617">
            <w:r>
              <w:rPr>
                <w:sz w:val="18"/>
              </w:rPr>
              <w:t>-65.0330</w:t>
            </w:r>
          </w:p>
        </w:tc>
        <w:tc>
          <w:tcPr>
            <w:tcW w:w="1156" w:type="dxa"/>
          </w:tcPr>
          <w:p w14:paraId="7D776473" w14:textId="77777777" w:rsidR="00540B47" w:rsidRDefault="00A32617">
            <w:r>
              <w:rPr>
                <w:sz w:val="18"/>
              </w:rPr>
              <w:t>2025-11-07</w:t>
            </w:r>
          </w:p>
        </w:tc>
        <w:tc>
          <w:tcPr>
            <w:tcW w:w="727" w:type="dxa"/>
          </w:tcPr>
          <w:p w14:paraId="68559213" w14:textId="77777777" w:rsidR="00540B47" w:rsidRDefault="00A32617">
            <w:r>
              <w:rPr>
                <w:sz w:val="18"/>
              </w:rPr>
              <w:t>13:16</w:t>
            </w:r>
          </w:p>
        </w:tc>
        <w:tc>
          <w:tcPr>
            <w:tcW w:w="1561" w:type="dxa"/>
          </w:tcPr>
          <w:p w14:paraId="35D1DE4F" w14:textId="77777777" w:rsidR="00540B47" w:rsidRDefault="00A32617">
            <w:r>
              <w:rPr>
                <w:sz w:val="18"/>
              </w:rPr>
              <w:t>Pablo L. Tubaro</w:t>
            </w:r>
          </w:p>
        </w:tc>
      </w:tr>
      <w:tr w:rsidR="00540B47" w14:paraId="517CB4D4" w14:textId="77777777" w:rsidTr="00DD565D">
        <w:tc>
          <w:tcPr>
            <w:tcW w:w="942" w:type="dxa"/>
          </w:tcPr>
          <w:p w14:paraId="72D55311" w14:textId="77777777" w:rsidR="00540B47" w:rsidRDefault="00A32617">
            <w:r>
              <w:rPr>
                <w:sz w:val="18"/>
              </w:rPr>
              <w:t>3550</w:t>
            </w:r>
          </w:p>
        </w:tc>
        <w:tc>
          <w:tcPr>
            <w:tcW w:w="1156" w:type="dxa"/>
          </w:tcPr>
          <w:p w14:paraId="7CE0B626" w14:textId="77777777" w:rsidR="00540B47" w:rsidRDefault="00A32617">
            <w:r>
              <w:rPr>
                <w:sz w:val="18"/>
              </w:rPr>
              <w:t>MACN</w:t>
            </w:r>
          </w:p>
        </w:tc>
        <w:tc>
          <w:tcPr>
            <w:tcW w:w="1126" w:type="dxa"/>
          </w:tcPr>
          <w:p w14:paraId="53B8BD20" w14:textId="77777777" w:rsidR="00540B47" w:rsidRDefault="00A32617">
            <w:r>
              <w:rPr>
                <w:i/>
                <w:sz w:val="18"/>
              </w:rPr>
              <w:t>Z. capensis</w:t>
            </w:r>
          </w:p>
        </w:tc>
        <w:tc>
          <w:tcPr>
            <w:tcW w:w="977" w:type="dxa"/>
          </w:tcPr>
          <w:p w14:paraId="713C4F10" w14:textId="77777777" w:rsidR="00540B47" w:rsidRDefault="00A32617">
            <w:r>
              <w:rPr>
                <w:sz w:val="18"/>
              </w:rPr>
              <w:t>-41.6777</w:t>
            </w:r>
          </w:p>
        </w:tc>
        <w:tc>
          <w:tcPr>
            <w:tcW w:w="1107" w:type="dxa"/>
          </w:tcPr>
          <w:p w14:paraId="31B1FBDE" w14:textId="77777777" w:rsidR="00540B47" w:rsidRDefault="00A32617">
            <w:r>
              <w:rPr>
                <w:sz w:val="18"/>
              </w:rPr>
              <w:t>-65.0315</w:t>
            </w:r>
          </w:p>
        </w:tc>
        <w:tc>
          <w:tcPr>
            <w:tcW w:w="1156" w:type="dxa"/>
          </w:tcPr>
          <w:p w14:paraId="14185296" w14:textId="77777777" w:rsidR="00540B47" w:rsidRDefault="00A32617">
            <w:r>
              <w:rPr>
                <w:sz w:val="18"/>
              </w:rPr>
              <w:t>2025-11-07</w:t>
            </w:r>
          </w:p>
        </w:tc>
        <w:tc>
          <w:tcPr>
            <w:tcW w:w="727" w:type="dxa"/>
          </w:tcPr>
          <w:p w14:paraId="0424FD4B" w14:textId="77777777" w:rsidR="00540B47" w:rsidRDefault="00A32617">
            <w:r>
              <w:rPr>
                <w:sz w:val="18"/>
              </w:rPr>
              <w:t>13:36</w:t>
            </w:r>
          </w:p>
        </w:tc>
        <w:tc>
          <w:tcPr>
            <w:tcW w:w="1561" w:type="dxa"/>
          </w:tcPr>
          <w:p w14:paraId="1A15CD96" w14:textId="77777777" w:rsidR="00540B47" w:rsidRDefault="00A32617">
            <w:r>
              <w:rPr>
                <w:sz w:val="18"/>
              </w:rPr>
              <w:t>Pablo L. Tubaro</w:t>
            </w:r>
          </w:p>
        </w:tc>
      </w:tr>
      <w:tr w:rsidR="00540B47" w14:paraId="52A4F9FF" w14:textId="77777777" w:rsidTr="00DD565D">
        <w:tc>
          <w:tcPr>
            <w:tcW w:w="942" w:type="dxa"/>
          </w:tcPr>
          <w:p w14:paraId="383211D7" w14:textId="77777777" w:rsidR="00540B47" w:rsidRDefault="00A32617">
            <w:r>
              <w:rPr>
                <w:sz w:val="18"/>
              </w:rPr>
              <w:t>3551</w:t>
            </w:r>
          </w:p>
        </w:tc>
        <w:tc>
          <w:tcPr>
            <w:tcW w:w="1156" w:type="dxa"/>
          </w:tcPr>
          <w:p w14:paraId="73E3435D" w14:textId="77777777" w:rsidR="00540B47" w:rsidRDefault="00A32617">
            <w:r>
              <w:rPr>
                <w:sz w:val="18"/>
              </w:rPr>
              <w:t>MACN</w:t>
            </w:r>
          </w:p>
        </w:tc>
        <w:tc>
          <w:tcPr>
            <w:tcW w:w="1126" w:type="dxa"/>
          </w:tcPr>
          <w:p w14:paraId="709C33F4" w14:textId="77777777" w:rsidR="00540B47" w:rsidRDefault="00A32617">
            <w:r>
              <w:rPr>
                <w:i/>
                <w:sz w:val="18"/>
              </w:rPr>
              <w:t>Z. capensis</w:t>
            </w:r>
          </w:p>
        </w:tc>
        <w:tc>
          <w:tcPr>
            <w:tcW w:w="977" w:type="dxa"/>
          </w:tcPr>
          <w:p w14:paraId="33820A82" w14:textId="77777777" w:rsidR="00540B47" w:rsidRDefault="00A32617">
            <w:r>
              <w:rPr>
                <w:sz w:val="18"/>
              </w:rPr>
              <w:t>-41.6777</w:t>
            </w:r>
          </w:p>
        </w:tc>
        <w:tc>
          <w:tcPr>
            <w:tcW w:w="1107" w:type="dxa"/>
          </w:tcPr>
          <w:p w14:paraId="1ED9E23D" w14:textId="77777777" w:rsidR="00540B47" w:rsidRDefault="00A32617">
            <w:r>
              <w:rPr>
                <w:sz w:val="18"/>
              </w:rPr>
              <w:t>-65.0315</w:t>
            </w:r>
          </w:p>
        </w:tc>
        <w:tc>
          <w:tcPr>
            <w:tcW w:w="1156" w:type="dxa"/>
          </w:tcPr>
          <w:p w14:paraId="27C8FCCD" w14:textId="77777777" w:rsidR="00540B47" w:rsidRDefault="00A32617">
            <w:r>
              <w:rPr>
                <w:sz w:val="18"/>
              </w:rPr>
              <w:t>2025-11-07</w:t>
            </w:r>
          </w:p>
        </w:tc>
        <w:tc>
          <w:tcPr>
            <w:tcW w:w="727" w:type="dxa"/>
          </w:tcPr>
          <w:p w14:paraId="6497189D" w14:textId="77777777" w:rsidR="00540B47" w:rsidRDefault="00A32617">
            <w:r>
              <w:rPr>
                <w:sz w:val="18"/>
              </w:rPr>
              <w:t>13:40</w:t>
            </w:r>
          </w:p>
        </w:tc>
        <w:tc>
          <w:tcPr>
            <w:tcW w:w="1561" w:type="dxa"/>
          </w:tcPr>
          <w:p w14:paraId="13983E91" w14:textId="77777777" w:rsidR="00540B47" w:rsidRDefault="00A32617">
            <w:r>
              <w:rPr>
                <w:sz w:val="18"/>
              </w:rPr>
              <w:t>Pablo L. Tubaro</w:t>
            </w:r>
          </w:p>
        </w:tc>
      </w:tr>
      <w:tr w:rsidR="00540B47" w14:paraId="1ECC6AB2" w14:textId="77777777" w:rsidTr="00DD565D">
        <w:tc>
          <w:tcPr>
            <w:tcW w:w="942" w:type="dxa"/>
          </w:tcPr>
          <w:p w14:paraId="1E1783C1" w14:textId="77777777" w:rsidR="00540B47" w:rsidRDefault="00A32617">
            <w:r>
              <w:rPr>
                <w:sz w:val="18"/>
              </w:rPr>
              <w:t>3552</w:t>
            </w:r>
          </w:p>
        </w:tc>
        <w:tc>
          <w:tcPr>
            <w:tcW w:w="1156" w:type="dxa"/>
          </w:tcPr>
          <w:p w14:paraId="07264DF8" w14:textId="77777777" w:rsidR="00540B47" w:rsidRDefault="00A32617">
            <w:r>
              <w:rPr>
                <w:sz w:val="18"/>
              </w:rPr>
              <w:t>MACN</w:t>
            </w:r>
          </w:p>
        </w:tc>
        <w:tc>
          <w:tcPr>
            <w:tcW w:w="1126" w:type="dxa"/>
          </w:tcPr>
          <w:p w14:paraId="6389E82D" w14:textId="77777777" w:rsidR="00540B47" w:rsidRDefault="00A32617">
            <w:r>
              <w:rPr>
                <w:i/>
                <w:sz w:val="18"/>
              </w:rPr>
              <w:t>Z. capensis</w:t>
            </w:r>
          </w:p>
        </w:tc>
        <w:tc>
          <w:tcPr>
            <w:tcW w:w="977" w:type="dxa"/>
          </w:tcPr>
          <w:p w14:paraId="3C9CF252" w14:textId="77777777" w:rsidR="00540B47" w:rsidRDefault="00A32617">
            <w:r>
              <w:rPr>
                <w:sz w:val="18"/>
              </w:rPr>
              <w:t>-41.6064</w:t>
            </w:r>
          </w:p>
        </w:tc>
        <w:tc>
          <w:tcPr>
            <w:tcW w:w="1107" w:type="dxa"/>
          </w:tcPr>
          <w:p w14:paraId="6C0903CF" w14:textId="77777777" w:rsidR="00540B47" w:rsidRDefault="00A32617">
            <w:r>
              <w:rPr>
                <w:sz w:val="18"/>
              </w:rPr>
              <w:t>-65.3545</w:t>
            </w:r>
          </w:p>
        </w:tc>
        <w:tc>
          <w:tcPr>
            <w:tcW w:w="1156" w:type="dxa"/>
          </w:tcPr>
          <w:p w14:paraId="30E41C1A" w14:textId="77777777" w:rsidR="00540B47" w:rsidRDefault="00A32617">
            <w:r>
              <w:rPr>
                <w:sz w:val="18"/>
              </w:rPr>
              <w:t>2025-11-07</w:t>
            </w:r>
          </w:p>
        </w:tc>
        <w:tc>
          <w:tcPr>
            <w:tcW w:w="727" w:type="dxa"/>
          </w:tcPr>
          <w:p w14:paraId="3A16EDAF" w14:textId="77777777" w:rsidR="00540B47" w:rsidRDefault="00A32617">
            <w:r>
              <w:rPr>
                <w:sz w:val="18"/>
              </w:rPr>
              <w:t>17:19</w:t>
            </w:r>
          </w:p>
        </w:tc>
        <w:tc>
          <w:tcPr>
            <w:tcW w:w="1561" w:type="dxa"/>
          </w:tcPr>
          <w:p w14:paraId="1CA91D0E" w14:textId="77777777" w:rsidR="00540B47" w:rsidRDefault="00A32617">
            <w:r>
              <w:rPr>
                <w:sz w:val="18"/>
              </w:rPr>
              <w:t>Agustin I. Casale</w:t>
            </w:r>
          </w:p>
        </w:tc>
      </w:tr>
      <w:tr w:rsidR="00540B47" w14:paraId="0B6E373D" w14:textId="77777777" w:rsidTr="00DD565D">
        <w:tc>
          <w:tcPr>
            <w:tcW w:w="942" w:type="dxa"/>
          </w:tcPr>
          <w:p w14:paraId="2325E284" w14:textId="77777777" w:rsidR="00540B47" w:rsidRDefault="00A32617">
            <w:r>
              <w:rPr>
                <w:sz w:val="18"/>
              </w:rPr>
              <w:t>3553</w:t>
            </w:r>
          </w:p>
        </w:tc>
        <w:tc>
          <w:tcPr>
            <w:tcW w:w="1156" w:type="dxa"/>
          </w:tcPr>
          <w:p w14:paraId="7F6FB01A" w14:textId="77777777" w:rsidR="00540B47" w:rsidRDefault="00A32617">
            <w:r>
              <w:rPr>
                <w:sz w:val="18"/>
              </w:rPr>
              <w:t>MACN</w:t>
            </w:r>
          </w:p>
        </w:tc>
        <w:tc>
          <w:tcPr>
            <w:tcW w:w="1126" w:type="dxa"/>
          </w:tcPr>
          <w:p w14:paraId="7AC3C097" w14:textId="77777777" w:rsidR="00540B47" w:rsidRDefault="00A32617">
            <w:r>
              <w:rPr>
                <w:i/>
                <w:sz w:val="18"/>
              </w:rPr>
              <w:t>Z. capensis</w:t>
            </w:r>
          </w:p>
        </w:tc>
        <w:tc>
          <w:tcPr>
            <w:tcW w:w="977" w:type="dxa"/>
          </w:tcPr>
          <w:p w14:paraId="42C05778" w14:textId="77777777" w:rsidR="00540B47" w:rsidRDefault="00A32617">
            <w:r>
              <w:rPr>
                <w:sz w:val="18"/>
              </w:rPr>
              <w:t>-41.6062</w:t>
            </w:r>
          </w:p>
        </w:tc>
        <w:tc>
          <w:tcPr>
            <w:tcW w:w="1107" w:type="dxa"/>
          </w:tcPr>
          <w:p w14:paraId="67E85EBF" w14:textId="77777777" w:rsidR="00540B47" w:rsidRDefault="00A32617">
            <w:r>
              <w:rPr>
                <w:sz w:val="18"/>
              </w:rPr>
              <w:t>-65.3573</w:t>
            </w:r>
          </w:p>
        </w:tc>
        <w:tc>
          <w:tcPr>
            <w:tcW w:w="1156" w:type="dxa"/>
          </w:tcPr>
          <w:p w14:paraId="5887C284" w14:textId="77777777" w:rsidR="00540B47" w:rsidRDefault="00A32617">
            <w:r>
              <w:rPr>
                <w:sz w:val="18"/>
              </w:rPr>
              <w:t>2025-11-07</w:t>
            </w:r>
          </w:p>
        </w:tc>
        <w:tc>
          <w:tcPr>
            <w:tcW w:w="727" w:type="dxa"/>
          </w:tcPr>
          <w:p w14:paraId="6B3E28D4" w14:textId="77777777" w:rsidR="00540B47" w:rsidRDefault="00A32617">
            <w:r>
              <w:rPr>
                <w:sz w:val="18"/>
              </w:rPr>
              <w:t>17:20</w:t>
            </w:r>
          </w:p>
        </w:tc>
        <w:tc>
          <w:tcPr>
            <w:tcW w:w="1561" w:type="dxa"/>
          </w:tcPr>
          <w:p w14:paraId="4AB135EA" w14:textId="77777777" w:rsidR="00540B47" w:rsidRDefault="00A32617">
            <w:r>
              <w:rPr>
                <w:sz w:val="18"/>
              </w:rPr>
              <w:t>Pablo L. Tubaro</w:t>
            </w:r>
          </w:p>
        </w:tc>
      </w:tr>
      <w:tr w:rsidR="00540B47" w14:paraId="141F9E4E" w14:textId="77777777" w:rsidTr="00DD565D">
        <w:tc>
          <w:tcPr>
            <w:tcW w:w="942" w:type="dxa"/>
          </w:tcPr>
          <w:p w14:paraId="1E49E1D9" w14:textId="77777777" w:rsidR="00540B47" w:rsidRDefault="00A32617">
            <w:r>
              <w:rPr>
                <w:sz w:val="18"/>
              </w:rPr>
              <w:t>3554</w:t>
            </w:r>
          </w:p>
        </w:tc>
        <w:tc>
          <w:tcPr>
            <w:tcW w:w="1156" w:type="dxa"/>
          </w:tcPr>
          <w:p w14:paraId="136A0EA3" w14:textId="77777777" w:rsidR="00540B47" w:rsidRDefault="00A32617">
            <w:r>
              <w:rPr>
                <w:sz w:val="18"/>
              </w:rPr>
              <w:t>MACN</w:t>
            </w:r>
          </w:p>
        </w:tc>
        <w:tc>
          <w:tcPr>
            <w:tcW w:w="1126" w:type="dxa"/>
          </w:tcPr>
          <w:p w14:paraId="66C03DA8" w14:textId="77777777" w:rsidR="00540B47" w:rsidRDefault="00A32617">
            <w:r>
              <w:rPr>
                <w:i/>
                <w:sz w:val="18"/>
              </w:rPr>
              <w:t>Z. capensis</w:t>
            </w:r>
          </w:p>
        </w:tc>
        <w:tc>
          <w:tcPr>
            <w:tcW w:w="977" w:type="dxa"/>
          </w:tcPr>
          <w:p w14:paraId="780A49F1" w14:textId="77777777" w:rsidR="00540B47" w:rsidRDefault="00A32617">
            <w:r>
              <w:rPr>
                <w:sz w:val="18"/>
              </w:rPr>
              <w:t>-41.6074</w:t>
            </w:r>
          </w:p>
        </w:tc>
        <w:tc>
          <w:tcPr>
            <w:tcW w:w="1107" w:type="dxa"/>
          </w:tcPr>
          <w:p w14:paraId="3DC3A2AE" w14:textId="77777777" w:rsidR="00540B47" w:rsidRDefault="00A32617">
            <w:r>
              <w:rPr>
                <w:sz w:val="18"/>
              </w:rPr>
              <w:t>-65.3664</w:t>
            </w:r>
          </w:p>
        </w:tc>
        <w:tc>
          <w:tcPr>
            <w:tcW w:w="1156" w:type="dxa"/>
          </w:tcPr>
          <w:p w14:paraId="1544B811" w14:textId="77777777" w:rsidR="00540B47" w:rsidRDefault="00A32617">
            <w:r>
              <w:rPr>
                <w:sz w:val="18"/>
              </w:rPr>
              <w:t>2025-11-07</w:t>
            </w:r>
          </w:p>
        </w:tc>
        <w:tc>
          <w:tcPr>
            <w:tcW w:w="727" w:type="dxa"/>
          </w:tcPr>
          <w:p w14:paraId="08562943" w14:textId="77777777" w:rsidR="00540B47" w:rsidRDefault="00A32617">
            <w:r>
              <w:rPr>
                <w:sz w:val="18"/>
              </w:rPr>
              <w:t>17:29</w:t>
            </w:r>
          </w:p>
        </w:tc>
        <w:tc>
          <w:tcPr>
            <w:tcW w:w="1561" w:type="dxa"/>
          </w:tcPr>
          <w:p w14:paraId="6C79B4F2" w14:textId="77777777" w:rsidR="00540B47" w:rsidRDefault="00A32617">
            <w:r>
              <w:rPr>
                <w:sz w:val="18"/>
              </w:rPr>
              <w:t>Pablo L. Tubaro</w:t>
            </w:r>
          </w:p>
        </w:tc>
      </w:tr>
      <w:tr w:rsidR="00540B47" w14:paraId="71B5990B" w14:textId="77777777" w:rsidTr="00DD565D">
        <w:tc>
          <w:tcPr>
            <w:tcW w:w="942" w:type="dxa"/>
          </w:tcPr>
          <w:p w14:paraId="1C08C984" w14:textId="77777777" w:rsidR="00540B47" w:rsidRDefault="00A32617">
            <w:r>
              <w:rPr>
                <w:sz w:val="18"/>
              </w:rPr>
              <w:t>3555</w:t>
            </w:r>
          </w:p>
        </w:tc>
        <w:tc>
          <w:tcPr>
            <w:tcW w:w="1156" w:type="dxa"/>
          </w:tcPr>
          <w:p w14:paraId="182782C1" w14:textId="77777777" w:rsidR="00540B47" w:rsidRDefault="00A32617">
            <w:r>
              <w:rPr>
                <w:sz w:val="18"/>
              </w:rPr>
              <w:t>MACN</w:t>
            </w:r>
          </w:p>
        </w:tc>
        <w:tc>
          <w:tcPr>
            <w:tcW w:w="1126" w:type="dxa"/>
          </w:tcPr>
          <w:p w14:paraId="3ECFE9A0" w14:textId="77777777" w:rsidR="00540B47" w:rsidRDefault="00A32617">
            <w:r>
              <w:rPr>
                <w:i/>
                <w:sz w:val="18"/>
              </w:rPr>
              <w:t>Z. capensis</w:t>
            </w:r>
          </w:p>
        </w:tc>
        <w:tc>
          <w:tcPr>
            <w:tcW w:w="977" w:type="dxa"/>
          </w:tcPr>
          <w:p w14:paraId="49426BDA" w14:textId="77777777" w:rsidR="00540B47" w:rsidRDefault="00A32617">
            <w:r>
              <w:rPr>
                <w:sz w:val="18"/>
              </w:rPr>
              <w:t>-41.6074</w:t>
            </w:r>
          </w:p>
        </w:tc>
        <w:tc>
          <w:tcPr>
            <w:tcW w:w="1107" w:type="dxa"/>
          </w:tcPr>
          <w:p w14:paraId="1430640A" w14:textId="77777777" w:rsidR="00540B47" w:rsidRDefault="00A32617">
            <w:r>
              <w:rPr>
                <w:sz w:val="18"/>
              </w:rPr>
              <w:t>-65.3664</w:t>
            </w:r>
          </w:p>
        </w:tc>
        <w:tc>
          <w:tcPr>
            <w:tcW w:w="1156" w:type="dxa"/>
          </w:tcPr>
          <w:p w14:paraId="1F7A7EF2" w14:textId="77777777" w:rsidR="00540B47" w:rsidRDefault="00A32617">
            <w:r>
              <w:rPr>
                <w:sz w:val="18"/>
              </w:rPr>
              <w:t>2025-11-07</w:t>
            </w:r>
          </w:p>
        </w:tc>
        <w:tc>
          <w:tcPr>
            <w:tcW w:w="727" w:type="dxa"/>
          </w:tcPr>
          <w:p w14:paraId="3964BCF1" w14:textId="77777777" w:rsidR="00540B47" w:rsidRDefault="00A32617">
            <w:r>
              <w:rPr>
                <w:sz w:val="18"/>
              </w:rPr>
              <w:t>17:35</w:t>
            </w:r>
          </w:p>
        </w:tc>
        <w:tc>
          <w:tcPr>
            <w:tcW w:w="1561" w:type="dxa"/>
          </w:tcPr>
          <w:p w14:paraId="68B137C6" w14:textId="77777777" w:rsidR="00540B47" w:rsidRDefault="00A32617">
            <w:r>
              <w:rPr>
                <w:sz w:val="18"/>
              </w:rPr>
              <w:t>Pablo L. Tubaro</w:t>
            </w:r>
          </w:p>
        </w:tc>
      </w:tr>
      <w:tr w:rsidR="00540B47" w14:paraId="69BE107C" w14:textId="77777777" w:rsidTr="00DD565D">
        <w:tc>
          <w:tcPr>
            <w:tcW w:w="942" w:type="dxa"/>
          </w:tcPr>
          <w:p w14:paraId="5EBD2D56" w14:textId="77777777" w:rsidR="00540B47" w:rsidRDefault="00A32617">
            <w:r>
              <w:rPr>
                <w:sz w:val="18"/>
              </w:rPr>
              <w:t>3556</w:t>
            </w:r>
          </w:p>
        </w:tc>
        <w:tc>
          <w:tcPr>
            <w:tcW w:w="1156" w:type="dxa"/>
          </w:tcPr>
          <w:p w14:paraId="1A811D47" w14:textId="77777777" w:rsidR="00540B47" w:rsidRDefault="00A32617">
            <w:r>
              <w:rPr>
                <w:sz w:val="18"/>
              </w:rPr>
              <w:t>MACN</w:t>
            </w:r>
          </w:p>
        </w:tc>
        <w:tc>
          <w:tcPr>
            <w:tcW w:w="1126" w:type="dxa"/>
          </w:tcPr>
          <w:p w14:paraId="664CE8E2" w14:textId="77777777" w:rsidR="00540B47" w:rsidRDefault="00A32617">
            <w:r>
              <w:rPr>
                <w:i/>
                <w:sz w:val="18"/>
              </w:rPr>
              <w:t>Z. capensis</w:t>
            </w:r>
          </w:p>
        </w:tc>
        <w:tc>
          <w:tcPr>
            <w:tcW w:w="977" w:type="dxa"/>
          </w:tcPr>
          <w:p w14:paraId="2F8F19DE" w14:textId="77777777" w:rsidR="00540B47" w:rsidRDefault="00A32617">
            <w:r>
              <w:rPr>
                <w:sz w:val="18"/>
              </w:rPr>
              <w:t>-41.6074</w:t>
            </w:r>
          </w:p>
        </w:tc>
        <w:tc>
          <w:tcPr>
            <w:tcW w:w="1107" w:type="dxa"/>
          </w:tcPr>
          <w:p w14:paraId="1FE0257A" w14:textId="77777777" w:rsidR="00540B47" w:rsidRDefault="00A32617">
            <w:r>
              <w:rPr>
                <w:sz w:val="18"/>
              </w:rPr>
              <w:t>-65.3664</w:t>
            </w:r>
          </w:p>
        </w:tc>
        <w:tc>
          <w:tcPr>
            <w:tcW w:w="1156" w:type="dxa"/>
          </w:tcPr>
          <w:p w14:paraId="750A8C43" w14:textId="77777777" w:rsidR="00540B47" w:rsidRDefault="00A32617">
            <w:r>
              <w:rPr>
                <w:sz w:val="18"/>
              </w:rPr>
              <w:t>2025-11-07</w:t>
            </w:r>
          </w:p>
        </w:tc>
        <w:tc>
          <w:tcPr>
            <w:tcW w:w="727" w:type="dxa"/>
          </w:tcPr>
          <w:p w14:paraId="30B3E977" w14:textId="77777777" w:rsidR="00540B47" w:rsidRDefault="00A32617">
            <w:r>
              <w:rPr>
                <w:sz w:val="18"/>
              </w:rPr>
              <w:t>17:47</w:t>
            </w:r>
          </w:p>
        </w:tc>
        <w:tc>
          <w:tcPr>
            <w:tcW w:w="1561" w:type="dxa"/>
          </w:tcPr>
          <w:p w14:paraId="01104F47" w14:textId="77777777" w:rsidR="00540B47" w:rsidRDefault="00A32617">
            <w:r>
              <w:rPr>
                <w:sz w:val="18"/>
              </w:rPr>
              <w:t>Pablo L. Tubaro</w:t>
            </w:r>
          </w:p>
        </w:tc>
      </w:tr>
      <w:tr w:rsidR="00540B47" w14:paraId="245AF523" w14:textId="77777777" w:rsidTr="00DD565D">
        <w:tc>
          <w:tcPr>
            <w:tcW w:w="942" w:type="dxa"/>
          </w:tcPr>
          <w:p w14:paraId="3B8B6002" w14:textId="77777777" w:rsidR="00540B47" w:rsidRDefault="00A32617">
            <w:r>
              <w:rPr>
                <w:sz w:val="18"/>
              </w:rPr>
              <w:t>3557</w:t>
            </w:r>
          </w:p>
        </w:tc>
        <w:tc>
          <w:tcPr>
            <w:tcW w:w="1156" w:type="dxa"/>
          </w:tcPr>
          <w:p w14:paraId="6CEEEE70" w14:textId="77777777" w:rsidR="00540B47" w:rsidRDefault="00A32617">
            <w:r>
              <w:rPr>
                <w:sz w:val="18"/>
              </w:rPr>
              <w:t>MACN</w:t>
            </w:r>
          </w:p>
        </w:tc>
        <w:tc>
          <w:tcPr>
            <w:tcW w:w="1126" w:type="dxa"/>
          </w:tcPr>
          <w:p w14:paraId="253E23FE" w14:textId="77777777" w:rsidR="00540B47" w:rsidRDefault="00A32617">
            <w:r>
              <w:rPr>
                <w:i/>
                <w:sz w:val="18"/>
              </w:rPr>
              <w:t>Z. capensis</w:t>
            </w:r>
          </w:p>
        </w:tc>
        <w:tc>
          <w:tcPr>
            <w:tcW w:w="977" w:type="dxa"/>
          </w:tcPr>
          <w:p w14:paraId="5BF790ED" w14:textId="77777777" w:rsidR="00540B47" w:rsidRDefault="00A32617">
            <w:r>
              <w:rPr>
                <w:sz w:val="18"/>
              </w:rPr>
              <w:t>-41.6074</w:t>
            </w:r>
          </w:p>
        </w:tc>
        <w:tc>
          <w:tcPr>
            <w:tcW w:w="1107" w:type="dxa"/>
          </w:tcPr>
          <w:p w14:paraId="437FC324" w14:textId="77777777" w:rsidR="00540B47" w:rsidRDefault="00A32617">
            <w:r>
              <w:rPr>
                <w:sz w:val="18"/>
              </w:rPr>
              <w:t>-65.3664</w:t>
            </w:r>
          </w:p>
        </w:tc>
        <w:tc>
          <w:tcPr>
            <w:tcW w:w="1156" w:type="dxa"/>
          </w:tcPr>
          <w:p w14:paraId="176E1D43" w14:textId="77777777" w:rsidR="00540B47" w:rsidRDefault="00A32617">
            <w:r>
              <w:rPr>
                <w:sz w:val="18"/>
              </w:rPr>
              <w:t>2025-11-07</w:t>
            </w:r>
          </w:p>
        </w:tc>
        <w:tc>
          <w:tcPr>
            <w:tcW w:w="727" w:type="dxa"/>
          </w:tcPr>
          <w:p w14:paraId="76655D5E" w14:textId="77777777" w:rsidR="00540B47" w:rsidRDefault="00A32617">
            <w:r>
              <w:rPr>
                <w:sz w:val="18"/>
              </w:rPr>
              <w:t>17:54</w:t>
            </w:r>
          </w:p>
        </w:tc>
        <w:tc>
          <w:tcPr>
            <w:tcW w:w="1561" w:type="dxa"/>
          </w:tcPr>
          <w:p w14:paraId="29BBCAAC" w14:textId="77777777" w:rsidR="00540B47" w:rsidRDefault="00A32617">
            <w:r>
              <w:rPr>
                <w:sz w:val="18"/>
              </w:rPr>
              <w:t>Pablo L. Tubaro</w:t>
            </w:r>
          </w:p>
        </w:tc>
      </w:tr>
      <w:tr w:rsidR="00540B47" w14:paraId="23A42B88" w14:textId="77777777" w:rsidTr="00DD565D">
        <w:tc>
          <w:tcPr>
            <w:tcW w:w="942" w:type="dxa"/>
          </w:tcPr>
          <w:p w14:paraId="507B1296" w14:textId="77777777" w:rsidR="00540B47" w:rsidRDefault="00A32617">
            <w:r>
              <w:rPr>
                <w:sz w:val="18"/>
              </w:rPr>
              <w:t>3558</w:t>
            </w:r>
          </w:p>
        </w:tc>
        <w:tc>
          <w:tcPr>
            <w:tcW w:w="1156" w:type="dxa"/>
          </w:tcPr>
          <w:p w14:paraId="1C84DA4A" w14:textId="77777777" w:rsidR="00540B47" w:rsidRDefault="00A32617">
            <w:r>
              <w:rPr>
                <w:sz w:val="18"/>
              </w:rPr>
              <w:t>MACN</w:t>
            </w:r>
          </w:p>
        </w:tc>
        <w:tc>
          <w:tcPr>
            <w:tcW w:w="1126" w:type="dxa"/>
          </w:tcPr>
          <w:p w14:paraId="2FB6FB89" w14:textId="77777777" w:rsidR="00540B47" w:rsidRDefault="00A32617">
            <w:r>
              <w:rPr>
                <w:i/>
                <w:sz w:val="18"/>
              </w:rPr>
              <w:t>Z. capensis</w:t>
            </w:r>
          </w:p>
        </w:tc>
        <w:tc>
          <w:tcPr>
            <w:tcW w:w="977" w:type="dxa"/>
          </w:tcPr>
          <w:p w14:paraId="19DC8885" w14:textId="77777777" w:rsidR="00540B47" w:rsidRDefault="00A32617">
            <w:r>
              <w:rPr>
                <w:sz w:val="18"/>
              </w:rPr>
              <w:t>-41.6103</w:t>
            </w:r>
          </w:p>
        </w:tc>
        <w:tc>
          <w:tcPr>
            <w:tcW w:w="1107" w:type="dxa"/>
          </w:tcPr>
          <w:p w14:paraId="3C6E1050" w14:textId="77777777" w:rsidR="00540B47" w:rsidRDefault="00A32617">
            <w:r>
              <w:rPr>
                <w:sz w:val="18"/>
              </w:rPr>
              <w:t>-65.3713</w:t>
            </w:r>
          </w:p>
        </w:tc>
        <w:tc>
          <w:tcPr>
            <w:tcW w:w="1156" w:type="dxa"/>
          </w:tcPr>
          <w:p w14:paraId="6574972A" w14:textId="77777777" w:rsidR="00540B47" w:rsidRDefault="00A32617">
            <w:r>
              <w:rPr>
                <w:sz w:val="18"/>
              </w:rPr>
              <w:t>2025-11-07</w:t>
            </w:r>
          </w:p>
        </w:tc>
        <w:tc>
          <w:tcPr>
            <w:tcW w:w="727" w:type="dxa"/>
          </w:tcPr>
          <w:p w14:paraId="44D818C0" w14:textId="77777777" w:rsidR="00540B47" w:rsidRDefault="00A32617">
            <w:r>
              <w:rPr>
                <w:sz w:val="18"/>
              </w:rPr>
              <w:t>18:02</w:t>
            </w:r>
          </w:p>
        </w:tc>
        <w:tc>
          <w:tcPr>
            <w:tcW w:w="1561" w:type="dxa"/>
          </w:tcPr>
          <w:p w14:paraId="313A4635" w14:textId="77777777" w:rsidR="00540B47" w:rsidRDefault="00A32617">
            <w:r>
              <w:rPr>
                <w:sz w:val="18"/>
              </w:rPr>
              <w:t>Agustin I. Casale</w:t>
            </w:r>
          </w:p>
        </w:tc>
      </w:tr>
      <w:tr w:rsidR="00540B47" w14:paraId="5AD4E358" w14:textId="77777777" w:rsidTr="00DD565D">
        <w:tc>
          <w:tcPr>
            <w:tcW w:w="942" w:type="dxa"/>
          </w:tcPr>
          <w:p w14:paraId="6C26D6CC" w14:textId="77777777" w:rsidR="00540B47" w:rsidRDefault="00A32617">
            <w:r>
              <w:rPr>
                <w:sz w:val="18"/>
              </w:rPr>
              <w:t>3559</w:t>
            </w:r>
          </w:p>
        </w:tc>
        <w:tc>
          <w:tcPr>
            <w:tcW w:w="1156" w:type="dxa"/>
          </w:tcPr>
          <w:p w14:paraId="290B3A82" w14:textId="77777777" w:rsidR="00540B47" w:rsidRDefault="00A32617">
            <w:r>
              <w:rPr>
                <w:sz w:val="18"/>
              </w:rPr>
              <w:t>MACN</w:t>
            </w:r>
          </w:p>
        </w:tc>
        <w:tc>
          <w:tcPr>
            <w:tcW w:w="1126" w:type="dxa"/>
          </w:tcPr>
          <w:p w14:paraId="2ED0645F" w14:textId="77777777" w:rsidR="00540B47" w:rsidRDefault="00A32617">
            <w:r>
              <w:rPr>
                <w:i/>
                <w:sz w:val="18"/>
              </w:rPr>
              <w:t>Z. capensis</w:t>
            </w:r>
          </w:p>
        </w:tc>
        <w:tc>
          <w:tcPr>
            <w:tcW w:w="977" w:type="dxa"/>
          </w:tcPr>
          <w:p w14:paraId="0BA74D82" w14:textId="77777777" w:rsidR="00540B47" w:rsidRDefault="00A32617">
            <w:r>
              <w:rPr>
                <w:sz w:val="18"/>
              </w:rPr>
              <w:t>-41.6104</w:t>
            </w:r>
          </w:p>
        </w:tc>
        <w:tc>
          <w:tcPr>
            <w:tcW w:w="1107" w:type="dxa"/>
          </w:tcPr>
          <w:p w14:paraId="2C552229" w14:textId="77777777" w:rsidR="00540B47" w:rsidRDefault="00A32617">
            <w:r>
              <w:rPr>
                <w:sz w:val="18"/>
              </w:rPr>
              <w:t>-65.3712</w:t>
            </w:r>
          </w:p>
        </w:tc>
        <w:tc>
          <w:tcPr>
            <w:tcW w:w="1156" w:type="dxa"/>
          </w:tcPr>
          <w:p w14:paraId="590C3FA2" w14:textId="77777777" w:rsidR="00540B47" w:rsidRDefault="00A32617">
            <w:r>
              <w:rPr>
                <w:sz w:val="18"/>
              </w:rPr>
              <w:t>2025-11-07</w:t>
            </w:r>
          </w:p>
        </w:tc>
        <w:tc>
          <w:tcPr>
            <w:tcW w:w="727" w:type="dxa"/>
          </w:tcPr>
          <w:p w14:paraId="45F2014B" w14:textId="77777777" w:rsidR="00540B47" w:rsidRDefault="00A32617">
            <w:r>
              <w:rPr>
                <w:sz w:val="18"/>
              </w:rPr>
              <w:t>18:06</w:t>
            </w:r>
          </w:p>
        </w:tc>
        <w:tc>
          <w:tcPr>
            <w:tcW w:w="1561" w:type="dxa"/>
          </w:tcPr>
          <w:p w14:paraId="7028731C" w14:textId="77777777" w:rsidR="00540B47" w:rsidRDefault="00A32617">
            <w:r>
              <w:rPr>
                <w:sz w:val="18"/>
              </w:rPr>
              <w:t>Agustin I. Casale</w:t>
            </w:r>
          </w:p>
        </w:tc>
      </w:tr>
      <w:tr w:rsidR="00540B47" w14:paraId="053D2A95" w14:textId="77777777" w:rsidTr="00DD565D">
        <w:tc>
          <w:tcPr>
            <w:tcW w:w="942" w:type="dxa"/>
          </w:tcPr>
          <w:p w14:paraId="34228FA5" w14:textId="77777777" w:rsidR="00540B47" w:rsidRDefault="00A32617">
            <w:r>
              <w:rPr>
                <w:sz w:val="18"/>
              </w:rPr>
              <w:t>3560</w:t>
            </w:r>
          </w:p>
        </w:tc>
        <w:tc>
          <w:tcPr>
            <w:tcW w:w="1156" w:type="dxa"/>
          </w:tcPr>
          <w:p w14:paraId="2CED7D44" w14:textId="77777777" w:rsidR="00540B47" w:rsidRDefault="00A32617">
            <w:r>
              <w:rPr>
                <w:sz w:val="18"/>
              </w:rPr>
              <w:t>MACN</w:t>
            </w:r>
          </w:p>
        </w:tc>
        <w:tc>
          <w:tcPr>
            <w:tcW w:w="1126" w:type="dxa"/>
          </w:tcPr>
          <w:p w14:paraId="2DEB68C1" w14:textId="77777777" w:rsidR="00540B47" w:rsidRDefault="00A32617">
            <w:r>
              <w:rPr>
                <w:i/>
                <w:sz w:val="18"/>
              </w:rPr>
              <w:t>Z. capensis</w:t>
            </w:r>
          </w:p>
        </w:tc>
        <w:tc>
          <w:tcPr>
            <w:tcW w:w="977" w:type="dxa"/>
          </w:tcPr>
          <w:p w14:paraId="3B1E7FCB" w14:textId="77777777" w:rsidR="00540B47" w:rsidRDefault="00A32617">
            <w:r>
              <w:rPr>
                <w:sz w:val="18"/>
              </w:rPr>
              <w:t>-41.6097</w:t>
            </w:r>
          </w:p>
        </w:tc>
        <w:tc>
          <w:tcPr>
            <w:tcW w:w="1107" w:type="dxa"/>
          </w:tcPr>
          <w:p w14:paraId="1C1953C2" w14:textId="77777777" w:rsidR="00540B47" w:rsidRDefault="00A32617">
            <w:r>
              <w:rPr>
                <w:sz w:val="18"/>
              </w:rPr>
              <w:t>-65.3710</w:t>
            </w:r>
          </w:p>
        </w:tc>
        <w:tc>
          <w:tcPr>
            <w:tcW w:w="1156" w:type="dxa"/>
          </w:tcPr>
          <w:p w14:paraId="12AEF81F" w14:textId="77777777" w:rsidR="00540B47" w:rsidRDefault="00A32617">
            <w:r>
              <w:rPr>
                <w:sz w:val="18"/>
              </w:rPr>
              <w:t>2025-11-07</w:t>
            </w:r>
          </w:p>
        </w:tc>
        <w:tc>
          <w:tcPr>
            <w:tcW w:w="727" w:type="dxa"/>
          </w:tcPr>
          <w:p w14:paraId="5D716B0B" w14:textId="77777777" w:rsidR="00540B47" w:rsidRDefault="00A32617">
            <w:r>
              <w:rPr>
                <w:sz w:val="18"/>
              </w:rPr>
              <w:t>18:01</w:t>
            </w:r>
          </w:p>
        </w:tc>
        <w:tc>
          <w:tcPr>
            <w:tcW w:w="1561" w:type="dxa"/>
          </w:tcPr>
          <w:p w14:paraId="63245E29" w14:textId="77777777" w:rsidR="00540B47" w:rsidRDefault="00A32617">
            <w:r>
              <w:rPr>
                <w:sz w:val="18"/>
              </w:rPr>
              <w:t>Pablo L. Tubaro</w:t>
            </w:r>
          </w:p>
        </w:tc>
      </w:tr>
      <w:tr w:rsidR="00540B47" w14:paraId="74D531A0" w14:textId="77777777" w:rsidTr="00DD565D">
        <w:tc>
          <w:tcPr>
            <w:tcW w:w="942" w:type="dxa"/>
          </w:tcPr>
          <w:p w14:paraId="169747E2" w14:textId="77777777" w:rsidR="00540B47" w:rsidRDefault="00A32617">
            <w:r>
              <w:rPr>
                <w:sz w:val="18"/>
              </w:rPr>
              <w:t>3561</w:t>
            </w:r>
          </w:p>
        </w:tc>
        <w:tc>
          <w:tcPr>
            <w:tcW w:w="1156" w:type="dxa"/>
          </w:tcPr>
          <w:p w14:paraId="44AD73F4" w14:textId="77777777" w:rsidR="00540B47" w:rsidRDefault="00A32617">
            <w:r>
              <w:rPr>
                <w:sz w:val="18"/>
              </w:rPr>
              <w:t>MACN</w:t>
            </w:r>
          </w:p>
        </w:tc>
        <w:tc>
          <w:tcPr>
            <w:tcW w:w="1126" w:type="dxa"/>
          </w:tcPr>
          <w:p w14:paraId="4D464316" w14:textId="77777777" w:rsidR="00540B47" w:rsidRDefault="00A32617">
            <w:r>
              <w:rPr>
                <w:i/>
                <w:sz w:val="18"/>
              </w:rPr>
              <w:t>Z. capensis</w:t>
            </w:r>
          </w:p>
        </w:tc>
        <w:tc>
          <w:tcPr>
            <w:tcW w:w="977" w:type="dxa"/>
          </w:tcPr>
          <w:p w14:paraId="1B888EF7" w14:textId="77777777" w:rsidR="00540B47" w:rsidRDefault="00A32617">
            <w:r>
              <w:rPr>
                <w:sz w:val="18"/>
              </w:rPr>
              <w:t>-41.6097</w:t>
            </w:r>
          </w:p>
        </w:tc>
        <w:tc>
          <w:tcPr>
            <w:tcW w:w="1107" w:type="dxa"/>
          </w:tcPr>
          <w:p w14:paraId="60E169C1" w14:textId="77777777" w:rsidR="00540B47" w:rsidRDefault="00A32617">
            <w:r>
              <w:rPr>
                <w:sz w:val="18"/>
              </w:rPr>
              <w:t>-65.3710</w:t>
            </w:r>
          </w:p>
        </w:tc>
        <w:tc>
          <w:tcPr>
            <w:tcW w:w="1156" w:type="dxa"/>
          </w:tcPr>
          <w:p w14:paraId="42A2EAA7" w14:textId="77777777" w:rsidR="00540B47" w:rsidRDefault="00A32617">
            <w:r>
              <w:rPr>
                <w:sz w:val="18"/>
              </w:rPr>
              <w:t>2025-11-07</w:t>
            </w:r>
          </w:p>
        </w:tc>
        <w:tc>
          <w:tcPr>
            <w:tcW w:w="727" w:type="dxa"/>
          </w:tcPr>
          <w:p w14:paraId="7F10E4D4" w14:textId="77777777" w:rsidR="00540B47" w:rsidRDefault="00A32617">
            <w:r>
              <w:rPr>
                <w:sz w:val="18"/>
              </w:rPr>
              <w:t>18:05</w:t>
            </w:r>
          </w:p>
        </w:tc>
        <w:tc>
          <w:tcPr>
            <w:tcW w:w="1561" w:type="dxa"/>
          </w:tcPr>
          <w:p w14:paraId="462782E4" w14:textId="77777777" w:rsidR="00540B47" w:rsidRDefault="00A32617">
            <w:r>
              <w:rPr>
                <w:sz w:val="18"/>
              </w:rPr>
              <w:t>Pablo L. Tubaro</w:t>
            </w:r>
          </w:p>
        </w:tc>
      </w:tr>
      <w:tr w:rsidR="00540B47" w14:paraId="5FBD676D" w14:textId="77777777" w:rsidTr="00DD565D">
        <w:tc>
          <w:tcPr>
            <w:tcW w:w="942" w:type="dxa"/>
          </w:tcPr>
          <w:p w14:paraId="31DDCE4C" w14:textId="77777777" w:rsidR="00540B47" w:rsidRDefault="00A32617">
            <w:r>
              <w:rPr>
                <w:sz w:val="18"/>
              </w:rPr>
              <w:t>3562</w:t>
            </w:r>
          </w:p>
        </w:tc>
        <w:tc>
          <w:tcPr>
            <w:tcW w:w="1156" w:type="dxa"/>
          </w:tcPr>
          <w:p w14:paraId="2540072A" w14:textId="77777777" w:rsidR="00540B47" w:rsidRDefault="00A32617">
            <w:r>
              <w:rPr>
                <w:sz w:val="18"/>
              </w:rPr>
              <w:t>MACN</w:t>
            </w:r>
          </w:p>
        </w:tc>
        <w:tc>
          <w:tcPr>
            <w:tcW w:w="1126" w:type="dxa"/>
          </w:tcPr>
          <w:p w14:paraId="245F89A9" w14:textId="77777777" w:rsidR="00540B47" w:rsidRDefault="00A32617">
            <w:r>
              <w:rPr>
                <w:i/>
                <w:sz w:val="18"/>
              </w:rPr>
              <w:t>Z. capensis</w:t>
            </w:r>
          </w:p>
        </w:tc>
        <w:tc>
          <w:tcPr>
            <w:tcW w:w="977" w:type="dxa"/>
          </w:tcPr>
          <w:p w14:paraId="0030E31A" w14:textId="77777777" w:rsidR="00540B47" w:rsidRDefault="00A32617">
            <w:r>
              <w:rPr>
                <w:sz w:val="18"/>
              </w:rPr>
              <w:t>-41.6112</w:t>
            </w:r>
          </w:p>
        </w:tc>
        <w:tc>
          <w:tcPr>
            <w:tcW w:w="1107" w:type="dxa"/>
          </w:tcPr>
          <w:p w14:paraId="6E851397" w14:textId="77777777" w:rsidR="00540B47" w:rsidRDefault="00A32617">
            <w:r>
              <w:rPr>
                <w:sz w:val="18"/>
              </w:rPr>
              <w:t>-65.3638</w:t>
            </w:r>
          </w:p>
        </w:tc>
        <w:tc>
          <w:tcPr>
            <w:tcW w:w="1156" w:type="dxa"/>
          </w:tcPr>
          <w:p w14:paraId="024D7C13" w14:textId="77777777" w:rsidR="00540B47" w:rsidRDefault="00A32617">
            <w:r>
              <w:rPr>
                <w:sz w:val="18"/>
              </w:rPr>
              <w:t>2025-11-07</w:t>
            </w:r>
          </w:p>
        </w:tc>
        <w:tc>
          <w:tcPr>
            <w:tcW w:w="727" w:type="dxa"/>
          </w:tcPr>
          <w:p w14:paraId="719D9C46" w14:textId="77777777" w:rsidR="00540B47" w:rsidRDefault="00A32617">
            <w:r>
              <w:rPr>
                <w:sz w:val="18"/>
              </w:rPr>
              <w:t>18:18</w:t>
            </w:r>
          </w:p>
        </w:tc>
        <w:tc>
          <w:tcPr>
            <w:tcW w:w="1561" w:type="dxa"/>
          </w:tcPr>
          <w:p w14:paraId="46810C30" w14:textId="77777777" w:rsidR="00540B47" w:rsidRDefault="00A32617">
            <w:r>
              <w:rPr>
                <w:sz w:val="18"/>
              </w:rPr>
              <w:t>Pablo L. Tubaro</w:t>
            </w:r>
          </w:p>
        </w:tc>
      </w:tr>
      <w:tr w:rsidR="00540B47" w14:paraId="2BA2B155" w14:textId="77777777" w:rsidTr="00DD565D">
        <w:tc>
          <w:tcPr>
            <w:tcW w:w="942" w:type="dxa"/>
          </w:tcPr>
          <w:p w14:paraId="0035A036" w14:textId="77777777" w:rsidR="00540B47" w:rsidRDefault="00A32617">
            <w:r>
              <w:rPr>
                <w:sz w:val="18"/>
              </w:rPr>
              <w:t>3563</w:t>
            </w:r>
          </w:p>
        </w:tc>
        <w:tc>
          <w:tcPr>
            <w:tcW w:w="1156" w:type="dxa"/>
          </w:tcPr>
          <w:p w14:paraId="244FE267" w14:textId="77777777" w:rsidR="00540B47" w:rsidRDefault="00A32617">
            <w:r>
              <w:rPr>
                <w:sz w:val="18"/>
              </w:rPr>
              <w:t>MACN</w:t>
            </w:r>
          </w:p>
        </w:tc>
        <w:tc>
          <w:tcPr>
            <w:tcW w:w="1126" w:type="dxa"/>
          </w:tcPr>
          <w:p w14:paraId="27AD5865" w14:textId="77777777" w:rsidR="00540B47" w:rsidRDefault="00A32617">
            <w:r>
              <w:rPr>
                <w:i/>
                <w:sz w:val="18"/>
              </w:rPr>
              <w:t>Z. capensis</w:t>
            </w:r>
          </w:p>
        </w:tc>
        <w:tc>
          <w:tcPr>
            <w:tcW w:w="977" w:type="dxa"/>
          </w:tcPr>
          <w:p w14:paraId="4024EDCA" w14:textId="77777777" w:rsidR="00540B47" w:rsidRDefault="00A32617">
            <w:r>
              <w:rPr>
                <w:sz w:val="18"/>
              </w:rPr>
              <w:t>-41.6567</w:t>
            </w:r>
          </w:p>
        </w:tc>
        <w:tc>
          <w:tcPr>
            <w:tcW w:w="1107" w:type="dxa"/>
          </w:tcPr>
          <w:p w14:paraId="63C322B7" w14:textId="77777777" w:rsidR="00540B47" w:rsidRDefault="00A32617">
            <w:r>
              <w:rPr>
                <w:sz w:val="18"/>
              </w:rPr>
              <w:t>-65.3290</w:t>
            </w:r>
          </w:p>
        </w:tc>
        <w:tc>
          <w:tcPr>
            <w:tcW w:w="1156" w:type="dxa"/>
          </w:tcPr>
          <w:p w14:paraId="5017B97F" w14:textId="77777777" w:rsidR="00540B47" w:rsidRDefault="00A32617">
            <w:r>
              <w:rPr>
                <w:sz w:val="18"/>
              </w:rPr>
              <w:t>2025-11-08</w:t>
            </w:r>
          </w:p>
        </w:tc>
        <w:tc>
          <w:tcPr>
            <w:tcW w:w="727" w:type="dxa"/>
          </w:tcPr>
          <w:p w14:paraId="39341002" w14:textId="77777777" w:rsidR="00540B47" w:rsidRDefault="00A32617">
            <w:r>
              <w:rPr>
                <w:sz w:val="18"/>
              </w:rPr>
              <w:t>05:48</w:t>
            </w:r>
          </w:p>
        </w:tc>
        <w:tc>
          <w:tcPr>
            <w:tcW w:w="1561" w:type="dxa"/>
          </w:tcPr>
          <w:p w14:paraId="1D56F286" w14:textId="77777777" w:rsidR="00540B47" w:rsidRDefault="00A32617">
            <w:r>
              <w:rPr>
                <w:sz w:val="18"/>
              </w:rPr>
              <w:t>Agustin I. Casale</w:t>
            </w:r>
          </w:p>
        </w:tc>
      </w:tr>
      <w:tr w:rsidR="00540B47" w14:paraId="399D48FA" w14:textId="77777777" w:rsidTr="00DD565D">
        <w:tc>
          <w:tcPr>
            <w:tcW w:w="942" w:type="dxa"/>
          </w:tcPr>
          <w:p w14:paraId="1B79DBA1" w14:textId="77777777" w:rsidR="00540B47" w:rsidRDefault="00A32617">
            <w:r>
              <w:rPr>
                <w:sz w:val="18"/>
              </w:rPr>
              <w:t>3564</w:t>
            </w:r>
          </w:p>
        </w:tc>
        <w:tc>
          <w:tcPr>
            <w:tcW w:w="1156" w:type="dxa"/>
          </w:tcPr>
          <w:p w14:paraId="2CEB697C" w14:textId="77777777" w:rsidR="00540B47" w:rsidRDefault="00A32617">
            <w:r>
              <w:rPr>
                <w:sz w:val="18"/>
              </w:rPr>
              <w:t>MACN</w:t>
            </w:r>
          </w:p>
        </w:tc>
        <w:tc>
          <w:tcPr>
            <w:tcW w:w="1126" w:type="dxa"/>
          </w:tcPr>
          <w:p w14:paraId="5E3A8426" w14:textId="77777777" w:rsidR="00540B47" w:rsidRDefault="00A32617">
            <w:r>
              <w:rPr>
                <w:i/>
                <w:sz w:val="18"/>
              </w:rPr>
              <w:t>Z. capensis</w:t>
            </w:r>
          </w:p>
        </w:tc>
        <w:tc>
          <w:tcPr>
            <w:tcW w:w="977" w:type="dxa"/>
          </w:tcPr>
          <w:p w14:paraId="05EC984D" w14:textId="77777777" w:rsidR="00540B47" w:rsidRDefault="00A32617">
            <w:r>
              <w:rPr>
                <w:sz w:val="18"/>
              </w:rPr>
              <w:t>-41.6626</w:t>
            </w:r>
          </w:p>
        </w:tc>
        <w:tc>
          <w:tcPr>
            <w:tcW w:w="1107" w:type="dxa"/>
          </w:tcPr>
          <w:p w14:paraId="609B6410" w14:textId="77777777" w:rsidR="00540B47" w:rsidRDefault="00A32617">
            <w:r>
              <w:rPr>
                <w:sz w:val="18"/>
              </w:rPr>
              <w:t>-65.3247</w:t>
            </w:r>
          </w:p>
        </w:tc>
        <w:tc>
          <w:tcPr>
            <w:tcW w:w="1156" w:type="dxa"/>
          </w:tcPr>
          <w:p w14:paraId="445AAC74" w14:textId="77777777" w:rsidR="00540B47" w:rsidRDefault="00A32617">
            <w:r>
              <w:rPr>
                <w:sz w:val="18"/>
              </w:rPr>
              <w:t>2025-11-08</w:t>
            </w:r>
          </w:p>
        </w:tc>
        <w:tc>
          <w:tcPr>
            <w:tcW w:w="727" w:type="dxa"/>
          </w:tcPr>
          <w:p w14:paraId="6596B488" w14:textId="77777777" w:rsidR="00540B47" w:rsidRDefault="00A32617">
            <w:r>
              <w:rPr>
                <w:sz w:val="18"/>
              </w:rPr>
              <w:t>05:51</w:t>
            </w:r>
          </w:p>
        </w:tc>
        <w:tc>
          <w:tcPr>
            <w:tcW w:w="1561" w:type="dxa"/>
          </w:tcPr>
          <w:p w14:paraId="6198AFCD" w14:textId="77777777" w:rsidR="00540B47" w:rsidRDefault="00A32617">
            <w:r>
              <w:rPr>
                <w:sz w:val="18"/>
              </w:rPr>
              <w:t>Pablo L. Tubaro</w:t>
            </w:r>
          </w:p>
        </w:tc>
      </w:tr>
      <w:tr w:rsidR="00540B47" w14:paraId="31213F09" w14:textId="77777777" w:rsidTr="00DD565D">
        <w:tc>
          <w:tcPr>
            <w:tcW w:w="942" w:type="dxa"/>
          </w:tcPr>
          <w:p w14:paraId="6205822C" w14:textId="77777777" w:rsidR="00540B47" w:rsidRDefault="00A32617">
            <w:r>
              <w:rPr>
                <w:sz w:val="18"/>
              </w:rPr>
              <w:t>3565</w:t>
            </w:r>
          </w:p>
        </w:tc>
        <w:tc>
          <w:tcPr>
            <w:tcW w:w="1156" w:type="dxa"/>
          </w:tcPr>
          <w:p w14:paraId="085FCCA5" w14:textId="77777777" w:rsidR="00540B47" w:rsidRDefault="00A32617">
            <w:r>
              <w:rPr>
                <w:sz w:val="18"/>
              </w:rPr>
              <w:t>MACN</w:t>
            </w:r>
          </w:p>
        </w:tc>
        <w:tc>
          <w:tcPr>
            <w:tcW w:w="1126" w:type="dxa"/>
          </w:tcPr>
          <w:p w14:paraId="5E3A96AE" w14:textId="77777777" w:rsidR="00540B47" w:rsidRDefault="00A32617">
            <w:r>
              <w:rPr>
                <w:i/>
                <w:sz w:val="18"/>
              </w:rPr>
              <w:t>Z. capensis</w:t>
            </w:r>
          </w:p>
        </w:tc>
        <w:tc>
          <w:tcPr>
            <w:tcW w:w="977" w:type="dxa"/>
          </w:tcPr>
          <w:p w14:paraId="08B368A8" w14:textId="77777777" w:rsidR="00540B47" w:rsidRDefault="00A32617">
            <w:r>
              <w:rPr>
                <w:sz w:val="18"/>
              </w:rPr>
              <w:t>-41.8891</w:t>
            </w:r>
          </w:p>
        </w:tc>
        <w:tc>
          <w:tcPr>
            <w:tcW w:w="1107" w:type="dxa"/>
          </w:tcPr>
          <w:p w14:paraId="65C2A788" w14:textId="77777777" w:rsidR="00540B47" w:rsidRDefault="00A32617">
            <w:r>
              <w:rPr>
                <w:sz w:val="18"/>
              </w:rPr>
              <w:t>-65.3047</w:t>
            </w:r>
          </w:p>
        </w:tc>
        <w:tc>
          <w:tcPr>
            <w:tcW w:w="1156" w:type="dxa"/>
          </w:tcPr>
          <w:p w14:paraId="77A1F694" w14:textId="77777777" w:rsidR="00540B47" w:rsidRDefault="00A32617">
            <w:r>
              <w:rPr>
                <w:sz w:val="18"/>
              </w:rPr>
              <w:t>2025-11-08</w:t>
            </w:r>
          </w:p>
        </w:tc>
        <w:tc>
          <w:tcPr>
            <w:tcW w:w="727" w:type="dxa"/>
          </w:tcPr>
          <w:p w14:paraId="1B7D745E" w14:textId="77777777" w:rsidR="00540B47" w:rsidRDefault="00A32617">
            <w:r>
              <w:rPr>
                <w:sz w:val="18"/>
              </w:rPr>
              <w:t>06:24</w:t>
            </w:r>
          </w:p>
        </w:tc>
        <w:tc>
          <w:tcPr>
            <w:tcW w:w="1561" w:type="dxa"/>
          </w:tcPr>
          <w:p w14:paraId="36E60381" w14:textId="77777777" w:rsidR="00540B47" w:rsidRDefault="00A32617">
            <w:r>
              <w:rPr>
                <w:sz w:val="18"/>
              </w:rPr>
              <w:t>Agustin I. Casale</w:t>
            </w:r>
          </w:p>
        </w:tc>
      </w:tr>
      <w:tr w:rsidR="00540B47" w14:paraId="4F122741" w14:textId="77777777" w:rsidTr="00DD565D">
        <w:tc>
          <w:tcPr>
            <w:tcW w:w="942" w:type="dxa"/>
          </w:tcPr>
          <w:p w14:paraId="637C0792" w14:textId="77777777" w:rsidR="00540B47" w:rsidRDefault="00A32617">
            <w:r>
              <w:rPr>
                <w:sz w:val="18"/>
              </w:rPr>
              <w:t>3566</w:t>
            </w:r>
          </w:p>
        </w:tc>
        <w:tc>
          <w:tcPr>
            <w:tcW w:w="1156" w:type="dxa"/>
          </w:tcPr>
          <w:p w14:paraId="283B5AEF" w14:textId="77777777" w:rsidR="00540B47" w:rsidRDefault="00A32617">
            <w:r>
              <w:rPr>
                <w:sz w:val="18"/>
              </w:rPr>
              <w:t>MACN</w:t>
            </w:r>
          </w:p>
        </w:tc>
        <w:tc>
          <w:tcPr>
            <w:tcW w:w="1126" w:type="dxa"/>
          </w:tcPr>
          <w:p w14:paraId="081C5613" w14:textId="77777777" w:rsidR="00540B47" w:rsidRDefault="00A32617">
            <w:r>
              <w:rPr>
                <w:i/>
                <w:sz w:val="18"/>
              </w:rPr>
              <w:t>Z. capensis</w:t>
            </w:r>
          </w:p>
        </w:tc>
        <w:tc>
          <w:tcPr>
            <w:tcW w:w="977" w:type="dxa"/>
          </w:tcPr>
          <w:p w14:paraId="421EC2CF" w14:textId="77777777" w:rsidR="00540B47" w:rsidRDefault="00A32617">
            <w:r>
              <w:rPr>
                <w:sz w:val="18"/>
              </w:rPr>
              <w:t>-41.8904</w:t>
            </w:r>
          </w:p>
        </w:tc>
        <w:tc>
          <w:tcPr>
            <w:tcW w:w="1107" w:type="dxa"/>
          </w:tcPr>
          <w:p w14:paraId="312469F9" w14:textId="77777777" w:rsidR="00540B47" w:rsidRDefault="00A32617">
            <w:r>
              <w:rPr>
                <w:sz w:val="18"/>
              </w:rPr>
              <w:t>-65.3055</w:t>
            </w:r>
          </w:p>
        </w:tc>
        <w:tc>
          <w:tcPr>
            <w:tcW w:w="1156" w:type="dxa"/>
          </w:tcPr>
          <w:p w14:paraId="5D024913" w14:textId="77777777" w:rsidR="00540B47" w:rsidRDefault="00A32617">
            <w:r>
              <w:rPr>
                <w:sz w:val="18"/>
              </w:rPr>
              <w:t>2025-11-08</w:t>
            </w:r>
          </w:p>
        </w:tc>
        <w:tc>
          <w:tcPr>
            <w:tcW w:w="727" w:type="dxa"/>
          </w:tcPr>
          <w:p w14:paraId="3BBA5304" w14:textId="77777777" w:rsidR="00540B47" w:rsidRDefault="00A32617">
            <w:r>
              <w:rPr>
                <w:sz w:val="18"/>
              </w:rPr>
              <w:t>06:28</w:t>
            </w:r>
          </w:p>
        </w:tc>
        <w:tc>
          <w:tcPr>
            <w:tcW w:w="1561" w:type="dxa"/>
          </w:tcPr>
          <w:p w14:paraId="760F969E" w14:textId="77777777" w:rsidR="00540B47" w:rsidRDefault="00A32617">
            <w:r>
              <w:rPr>
                <w:sz w:val="18"/>
              </w:rPr>
              <w:t>Agustin I. Casale</w:t>
            </w:r>
          </w:p>
        </w:tc>
      </w:tr>
      <w:tr w:rsidR="00540B47" w14:paraId="699280F7" w14:textId="77777777" w:rsidTr="00DD565D">
        <w:tc>
          <w:tcPr>
            <w:tcW w:w="942" w:type="dxa"/>
          </w:tcPr>
          <w:p w14:paraId="0678CC32" w14:textId="77777777" w:rsidR="00540B47" w:rsidRDefault="00A32617">
            <w:r>
              <w:rPr>
                <w:sz w:val="18"/>
              </w:rPr>
              <w:t>3567</w:t>
            </w:r>
          </w:p>
        </w:tc>
        <w:tc>
          <w:tcPr>
            <w:tcW w:w="1156" w:type="dxa"/>
          </w:tcPr>
          <w:p w14:paraId="633E5D00" w14:textId="77777777" w:rsidR="00540B47" w:rsidRDefault="00A32617">
            <w:r>
              <w:rPr>
                <w:sz w:val="18"/>
              </w:rPr>
              <w:t>MACN</w:t>
            </w:r>
          </w:p>
        </w:tc>
        <w:tc>
          <w:tcPr>
            <w:tcW w:w="1126" w:type="dxa"/>
          </w:tcPr>
          <w:p w14:paraId="6A82A3BC" w14:textId="77777777" w:rsidR="00540B47" w:rsidRDefault="00A32617">
            <w:r>
              <w:rPr>
                <w:i/>
                <w:sz w:val="18"/>
              </w:rPr>
              <w:t>Z. capensis</w:t>
            </w:r>
          </w:p>
        </w:tc>
        <w:tc>
          <w:tcPr>
            <w:tcW w:w="977" w:type="dxa"/>
          </w:tcPr>
          <w:p w14:paraId="30D0623A" w14:textId="77777777" w:rsidR="00540B47" w:rsidRDefault="00A32617">
            <w:r>
              <w:rPr>
                <w:sz w:val="18"/>
              </w:rPr>
              <w:t>-42.0014</w:t>
            </w:r>
          </w:p>
        </w:tc>
        <w:tc>
          <w:tcPr>
            <w:tcW w:w="1107" w:type="dxa"/>
          </w:tcPr>
          <w:p w14:paraId="4555195F" w14:textId="77777777" w:rsidR="00540B47" w:rsidRDefault="00A32617">
            <w:r>
              <w:rPr>
                <w:sz w:val="18"/>
              </w:rPr>
              <w:t>-65.2914</w:t>
            </w:r>
          </w:p>
        </w:tc>
        <w:tc>
          <w:tcPr>
            <w:tcW w:w="1156" w:type="dxa"/>
          </w:tcPr>
          <w:p w14:paraId="6CBB243B" w14:textId="77777777" w:rsidR="00540B47" w:rsidRDefault="00A32617">
            <w:r>
              <w:rPr>
                <w:sz w:val="18"/>
              </w:rPr>
              <w:t>2025-11-08</w:t>
            </w:r>
          </w:p>
        </w:tc>
        <w:tc>
          <w:tcPr>
            <w:tcW w:w="727" w:type="dxa"/>
          </w:tcPr>
          <w:p w14:paraId="6269D9A7" w14:textId="77777777" w:rsidR="00540B47" w:rsidRDefault="00A32617">
            <w:r>
              <w:rPr>
                <w:sz w:val="18"/>
              </w:rPr>
              <w:t>06:45</w:t>
            </w:r>
          </w:p>
        </w:tc>
        <w:tc>
          <w:tcPr>
            <w:tcW w:w="1561" w:type="dxa"/>
          </w:tcPr>
          <w:p w14:paraId="11CFBD01" w14:textId="77777777" w:rsidR="00540B47" w:rsidRDefault="00A32617">
            <w:r>
              <w:rPr>
                <w:sz w:val="18"/>
              </w:rPr>
              <w:t>Agustin I. Casale</w:t>
            </w:r>
          </w:p>
        </w:tc>
      </w:tr>
      <w:tr w:rsidR="00540B47" w14:paraId="2665020C" w14:textId="77777777" w:rsidTr="00DD565D">
        <w:tc>
          <w:tcPr>
            <w:tcW w:w="942" w:type="dxa"/>
          </w:tcPr>
          <w:p w14:paraId="346A6703" w14:textId="77777777" w:rsidR="00540B47" w:rsidRDefault="00A32617">
            <w:r>
              <w:rPr>
                <w:sz w:val="18"/>
              </w:rPr>
              <w:t>3568</w:t>
            </w:r>
          </w:p>
        </w:tc>
        <w:tc>
          <w:tcPr>
            <w:tcW w:w="1156" w:type="dxa"/>
          </w:tcPr>
          <w:p w14:paraId="70FEAB6A" w14:textId="77777777" w:rsidR="00540B47" w:rsidRDefault="00A32617">
            <w:r>
              <w:rPr>
                <w:sz w:val="18"/>
              </w:rPr>
              <w:t>MACN</w:t>
            </w:r>
          </w:p>
        </w:tc>
        <w:tc>
          <w:tcPr>
            <w:tcW w:w="1126" w:type="dxa"/>
          </w:tcPr>
          <w:p w14:paraId="7502ECBA" w14:textId="77777777" w:rsidR="00540B47" w:rsidRDefault="00A32617">
            <w:r>
              <w:rPr>
                <w:i/>
                <w:sz w:val="18"/>
              </w:rPr>
              <w:t>Z. capensis</w:t>
            </w:r>
          </w:p>
        </w:tc>
        <w:tc>
          <w:tcPr>
            <w:tcW w:w="977" w:type="dxa"/>
          </w:tcPr>
          <w:p w14:paraId="0C409914" w14:textId="77777777" w:rsidR="00540B47" w:rsidRDefault="00A32617">
            <w:r>
              <w:rPr>
                <w:sz w:val="18"/>
              </w:rPr>
              <w:t>-42.0721</w:t>
            </w:r>
          </w:p>
        </w:tc>
        <w:tc>
          <w:tcPr>
            <w:tcW w:w="1107" w:type="dxa"/>
          </w:tcPr>
          <w:p w14:paraId="253D5156" w14:textId="77777777" w:rsidR="00540B47" w:rsidRDefault="00A32617">
            <w:r>
              <w:rPr>
                <w:sz w:val="18"/>
              </w:rPr>
              <w:t>-65.2866</w:t>
            </w:r>
          </w:p>
        </w:tc>
        <w:tc>
          <w:tcPr>
            <w:tcW w:w="1156" w:type="dxa"/>
          </w:tcPr>
          <w:p w14:paraId="3C660524" w14:textId="77777777" w:rsidR="00540B47" w:rsidRDefault="00A32617">
            <w:r>
              <w:rPr>
                <w:sz w:val="18"/>
              </w:rPr>
              <w:t>2025-11-08</w:t>
            </w:r>
          </w:p>
        </w:tc>
        <w:tc>
          <w:tcPr>
            <w:tcW w:w="727" w:type="dxa"/>
          </w:tcPr>
          <w:p w14:paraId="30E0190F" w14:textId="77777777" w:rsidR="00540B47" w:rsidRDefault="00A32617">
            <w:r>
              <w:rPr>
                <w:sz w:val="18"/>
              </w:rPr>
              <w:t>06:58</w:t>
            </w:r>
          </w:p>
        </w:tc>
        <w:tc>
          <w:tcPr>
            <w:tcW w:w="1561" w:type="dxa"/>
          </w:tcPr>
          <w:p w14:paraId="202E2C44" w14:textId="77777777" w:rsidR="00540B47" w:rsidRDefault="00A32617">
            <w:r>
              <w:rPr>
                <w:sz w:val="18"/>
              </w:rPr>
              <w:t>Agustin I. Casale</w:t>
            </w:r>
          </w:p>
        </w:tc>
      </w:tr>
      <w:tr w:rsidR="00540B47" w14:paraId="250A2206" w14:textId="77777777" w:rsidTr="00DD565D">
        <w:tc>
          <w:tcPr>
            <w:tcW w:w="942" w:type="dxa"/>
          </w:tcPr>
          <w:p w14:paraId="0C0C5BEE" w14:textId="77777777" w:rsidR="00540B47" w:rsidRDefault="00A32617">
            <w:r>
              <w:rPr>
                <w:sz w:val="18"/>
              </w:rPr>
              <w:t>3569</w:t>
            </w:r>
          </w:p>
        </w:tc>
        <w:tc>
          <w:tcPr>
            <w:tcW w:w="1156" w:type="dxa"/>
          </w:tcPr>
          <w:p w14:paraId="512F7D92" w14:textId="77777777" w:rsidR="00540B47" w:rsidRDefault="00A32617">
            <w:r>
              <w:rPr>
                <w:sz w:val="18"/>
              </w:rPr>
              <w:t>MACN</w:t>
            </w:r>
          </w:p>
        </w:tc>
        <w:tc>
          <w:tcPr>
            <w:tcW w:w="1126" w:type="dxa"/>
          </w:tcPr>
          <w:p w14:paraId="25F12827" w14:textId="77777777" w:rsidR="00540B47" w:rsidRDefault="00A32617">
            <w:r>
              <w:rPr>
                <w:i/>
                <w:sz w:val="18"/>
              </w:rPr>
              <w:t>Z. capensis</w:t>
            </w:r>
          </w:p>
        </w:tc>
        <w:tc>
          <w:tcPr>
            <w:tcW w:w="977" w:type="dxa"/>
          </w:tcPr>
          <w:p w14:paraId="2F9E190A" w14:textId="77777777" w:rsidR="00540B47" w:rsidRDefault="00A32617">
            <w:r>
              <w:rPr>
                <w:sz w:val="18"/>
              </w:rPr>
              <w:t>-41.7270</w:t>
            </w:r>
          </w:p>
        </w:tc>
        <w:tc>
          <w:tcPr>
            <w:tcW w:w="1107" w:type="dxa"/>
          </w:tcPr>
          <w:p w14:paraId="5F33694D" w14:textId="77777777" w:rsidR="00540B47" w:rsidRDefault="00A32617">
            <w:r>
              <w:rPr>
                <w:sz w:val="18"/>
              </w:rPr>
              <w:t>-65.3030</w:t>
            </w:r>
          </w:p>
        </w:tc>
        <w:tc>
          <w:tcPr>
            <w:tcW w:w="1156" w:type="dxa"/>
          </w:tcPr>
          <w:p w14:paraId="525B928D" w14:textId="77777777" w:rsidR="00540B47" w:rsidRDefault="00A32617">
            <w:r>
              <w:rPr>
                <w:sz w:val="18"/>
              </w:rPr>
              <w:t>2025-11-08</w:t>
            </w:r>
          </w:p>
        </w:tc>
        <w:tc>
          <w:tcPr>
            <w:tcW w:w="727" w:type="dxa"/>
          </w:tcPr>
          <w:p w14:paraId="1E12146D" w14:textId="77777777" w:rsidR="00540B47" w:rsidRDefault="00A32617">
            <w:r>
              <w:rPr>
                <w:sz w:val="18"/>
              </w:rPr>
              <w:t>06:02</w:t>
            </w:r>
          </w:p>
        </w:tc>
        <w:tc>
          <w:tcPr>
            <w:tcW w:w="1561" w:type="dxa"/>
          </w:tcPr>
          <w:p w14:paraId="36A64DF9" w14:textId="77777777" w:rsidR="00540B47" w:rsidRDefault="00A32617">
            <w:r>
              <w:rPr>
                <w:sz w:val="18"/>
              </w:rPr>
              <w:t>Pablo L. Tubaro</w:t>
            </w:r>
          </w:p>
        </w:tc>
      </w:tr>
      <w:tr w:rsidR="00540B47" w14:paraId="50B21CB4" w14:textId="77777777" w:rsidTr="00DD565D">
        <w:tc>
          <w:tcPr>
            <w:tcW w:w="942" w:type="dxa"/>
          </w:tcPr>
          <w:p w14:paraId="10C80E7C" w14:textId="77777777" w:rsidR="00540B47" w:rsidRDefault="00A32617">
            <w:r>
              <w:rPr>
                <w:sz w:val="18"/>
              </w:rPr>
              <w:t>3570</w:t>
            </w:r>
          </w:p>
        </w:tc>
        <w:tc>
          <w:tcPr>
            <w:tcW w:w="1156" w:type="dxa"/>
          </w:tcPr>
          <w:p w14:paraId="65E05767" w14:textId="77777777" w:rsidR="00540B47" w:rsidRDefault="00A32617">
            <w:r>
              <w:rPr>
                <w:sz w:val="18"/>
              </w:rPr>
              <w:t>MACN</w:t>
            </w:r>
          </w:p>
        </w:tc>
        <w:tc>
          <w:tcPr>
            <w:tcW w:w="1126" w:type="dxa"/>
          </w:tcPr>
          <w:p w14:paraId="6A85F8A3" w14:textId="77777777" w:rsidR="00540B47" w:rsidRDefault="00A32617">
            <w:r>
              <w:rPr>
                <w:i/>
                <w:sz w:val="18"/>
              </w:rPr>
              <w:t>Z. capensis</w:t>
            </w:r>
          </w:p>
        </w:tc>
        <w:tc>
          <w:tcPr>
            <w:tcW w:w="977" w:type="dxa"/>
          </w:tcPr>
          <w:p w14:paraId="30A06679" w14:textId="77777777" w:rsidR="00540B47" w:rsidRDefault="00A32617">
            <w:r>
              <w:rPr>
                <w:sz w:val="18"/>
              </w:rPr>
              <w:t>-41.7270</w:t>
            </w:r>
          </w:p>
        </w:tc>
        <w:tc>
          <w:tcPr>
            <w:tcW w:w="1107" w:type="dxa"/>
          </w:tcPr>
          <w:p w14:paraId="148800F5" w14:textId="77777777" w:rsidR="00540B47" w:rsidRDefault="00A32617">
            <w:r>
              <w:rPr>
                <w:sz w:val="18"/>
              </w:rPr>
              <w:t>-65.3030</w:t>
            </w:r>
          </w:p>
        </w:tc>
        <w:tc>
          <w:tcPr>
            <w:tcW w:w="1156" w:type="dxa"/>
          </w:tcPr>
          <w:p w14:paraId="4099780B" w14:textId="77777777" w:rsidR="00540B47" w:rsidRDefault="00A32617">
            <w:r>
              <w:rPr>
                <w:sz w:val="18"/>
              </w:rPr>
              <w:t>2025-11-08</w:t>
            </w:r>
          </w:p>
        </w:tc>
        <w:tc>
          <w:tcPr>
            <w:tcW w:w="727" w:type="dxa"/>
          </w:tcPr>
          <w:p w14:paraId="5A9F0AF2" w14:textId="77777777" w:rsidR="00540B47" w:rsidRDefault="00A32617">
            <w:r>
              <w:rPr>
                <w:sz w:val="18"/>
              </w:rPr>
              <w:t>06:05</w:t>
            </w:r>
          </w:p>
        </w:tc>
        <w:tc>
          <w:tcPr>
            <w:tcW w:w="1561" w:type="dxa"/>
          </w:tcPr>
          <w:p w14:paraId="2273D4A9" w14:textId="77777777" w:rsidR="00540B47" w:rsidRDefault="00A32617">
            <w:r>
              <w:rPr>
                <w:sz w:val="18"/>
              </w:rPr>
              <w:t>Pablo L. Tubaro</w:t>
            </w:r>
          </w:p>
        </w:tc>
      </w:tr>
      <w:tr w:rsidR="00540B47" w14:paraId="0D8CCA1B" w14:textId="77777777" w:rsidTr="00DD565D">
        <w:tc>
          <w:tcPr>
            <w:tcW w:w="942" w:type="dxa"/>
          </w:tcPr>
          <w:p w14:paraId="5C03FFE7" w14:textId="77777777" w:rsidR="00540B47" w:rsidRDefault="00A32617">
            <w:r>
              <w:rPr>
                <w:sz w:val="18"/>
              </w:rPr>
              <w:t>3571</w:t>
            </w:r>
          </w:p>
        </w:tc>
        <w:tc>
          <w:tcPr>
            <w:tcW w:w="1156" w:type="dxa"/>
          </w:tcPr>
          <w:p w14:paraId="207D2AF2" w14:textId="77777777" w:rsidR="00540B47" w:rsidRDefault="00A32617">
            <w:r>
              <w:rPr>
                <w:sz w:val="18"/>
              </w:rPr>
              <w:t>MACN</w:t>
            </w:r>
          </w:p>
        </w:tc>
        <w:tc>
          <w:tcPr>
            <w:tcW w:w="1126" w:type="dxa"/>
          </w:tcPr>
          <w:p w14:paraId="7CE53A36" w14:textId="77777777" w:rsidR="00540B47" w:rsidRDefault="00A32617">
            <w:r>
              <w:rPr>
                <w:i/>
                <w:sz w:val="18"/>
              </w:rPr>
              <w:t>Z. capensis</w:t>
            </w:r>
          </w:p>
        </w:tc>
        <w:tc>
          <w:tcPr>
            <w:tcW w:w="977" w:type="dxa"/>
          </w:tcPr>
          <w:p w14:paraId="00F72195" w14:textId="77777777" w:rsidR="00540B47" w:rsidRDefault="00A32617">
            <w:r>
              <w:rPr>
                <w:sz w:val="18"/>
              </w:rPr>
              <w:t>-41.8900</w:t>
            </w:r>
          </w:p>
        </w:tc>
        <w:tc>
          <w:tcPr>
            <w:tcW w:w="1107" w:type="dxa"/>
          </w:tcPr>
          <w:p w14:paraId="23CFFD44" w14:textId="77777777" w:rsidR="00540B47" w:rsidRDefault="00A32617">
            <w:r>
              <w:rPr>
                <w:sz w:val="18"/>
              </w:rPr>
              <w:t>-65.3060</w:t>
            </w:r>
          </w:p>
        </w:tc>
        <w:tc>
          <w:tcPr>
            <w:tcW w:w="1156" w:type="dxa"/>
          </w:tcPr>
          <w:p w14:paraId="7D33CCA7" w14:textId="77777777" w:rsidR="00540B47" w:rsidRDefault="00A32617">
            <w:r>
              <w:rPr>
                <w:sz w:val="18"/>
              </w:rPr>
              <w:t>2025-11-08</w:t>
            </w:r>
          </w:p>
        </w:tc>
        <w:tc>
          <w:tcPr>
            <w:tcW w:w="727" w:type="dxa"/>
          </w:tcPr>
          <w:p w14:paraId="473F1BCA" w14:textId="77777777" w:rsidR="00540B47" w:rsidRDefault="00A32617">
            <w:r>
              <w:rPr>
                <w:sz w:val="18"/>
              </w:rPr>
              <w:t>06:22</w:t>
            </w:r>
          </w:p>
        </w:tc>
        <w:tc>
          <w:tcPr>
            <w:tcW w:w="1561" w:type="dxa"/>
          </w:tcPr>
          <w:p w14:paraId="5B19F304" w14:textId="77777777" w:rsidR="00540B47" w:rsidRDefault="00A32617">
            <w:r>
              <w:rPr>
                <w:sz w:val="18"/>
              </w:rPr>
              <w:t>Pablo L. Tubaro</w:t>
            </w:r>
          </w:p>
        </w:tc>
      </w:tr>
      <w:tr w:rsidR="00540B47" w14:paraId="55145B9C" w14:textId="77777777" w:rsidTr="00DD565D">
        <w:tc>
          <w:tcPr>
            <w:tcW w:w="942" w:type="dxa"/>
          </w:tcPr>
          <w:p w14:paraId="6D3225A1" w14:textId="77777777" w:rsidR="00540B47" w:rsidRDefault="00A32617">
            <w:r>
              <w:rPr>
                <w:sz w:val="18"/>
              </w:rPr>
              <w:t>3572.1</w:t>
            </w:r>
          </w:p>
        </w:tc>
        <w:tc>
          <w:tcPr>
            <w:tcW w:w="1156" w:type="dxa"/>
          </w:tcPr>
          <w:p w14:paraId="37DA77B1" w14:textId="77777777" w:rsidR="00540B47" w:rsidRDefault="00A32617">
            <w:r>
              <w:rPr>
                <w:sz w:val="18"/>
              </w:rPr>
              <w:t>MACN</w:t>
            </w:r>
          </w:p>
        </w:tc>
        <w:tc>
          <w:tcPr>
            <w:tcW w:w="1126" w:type="dxa"/>
          </w:tcPr>
          <w:p w14:paraId="532E91D9" w14:textId="77777777" w:rsidR="00540B47" w:rsidRDefault="00A32617">
            <w:r>
              <w:rPr>
                <w:i/>
                <w:sz w:val="18"/>
              </w:rPr>
              <w:t>Z. capensis</w:t>
            </w:r>
          </w:p>
        </w:tc>
        <w:tc>
          <w:tcPr>
            <w:tcW w:w="977" w:type="dxa"/>
          </w:tcPr>
          <w:p w14:paraId="3C9E15C9" w14:textId="77777777" w:rsidR="00540B47" w:rsidRDefault="00A32617">
            <w:r>
              <w:rPr>
                <w:sz w:val="18"/>
              </w:rPr>
              <w:t>-41.8900</w:t>
            </w:r>
          </w:p>
        </w:tc>
        <w:tc>
          <w:tcPr>
            <w:tcW w:w="1107" w:type="dxa"/>
          </w:tcPr>
          <w:p w14:paraId="17B6A5B3" w14:textId="77777777" w:rsidR="00540B47" w:rsidRDefault="00A32617">
            <w:r>
              <w:rPr>
                <w:sz w:val="18"/>
              </w:rPr>
              <w:t>-65.3060</w:t>
            </w:r>
          </w:p>
        </w:tc>
        <w:tc>
          <w:tcPr>
            <w:tcW w:w="1156" w:type="dxa"/>
          </w:tcPr>
          <w:p w14:paraId="54FF8A29" w14:textId="77777777" w:rsidR="00540B47" w:rsidRDefault="00A32617">
            <w:r>
              <w:rPr>
                <w:sz w:val="18"/>
              </w:rPr>
              <w:t>2025-11-08</w:t>
            </w:r>
          </w:p>
        </w:tc>
        <w:tc>
          <w:tcPr>
            <w:tcW w:w="727" w:type="dxa"/>
          </w:tcPr>
          <w:p w14:paraId="6A642155" w14:textId="77777777" w:rsidR="00540B47" w:rsidRDefault="00A32617">
            <w:r>
              <w:rPr>
                <w:sz w:val="18"/>
              </w:rPr>
              <w:t>06:27</w:t>
            </w:r>
          </w:p>
        </w:tc>
        <w:tc>
          <w:tcPr>
            <w:tcW w:w="1561" w:type="dxa"/>
          </w:tcPr>
          <w:p w14:paraId="1E5F9CF0" w14:textId="77777777" w:rsidR="00540B47" w:rsidRDefault="00A32617">
            <w:r>
              <w:rPr>
                <w:sz w:val="18"/>
              </w:rPr>
              <w:t>Pablo L. Tubaro</w:t>
            </w:r>
          </w:p>
        </w:tc>
      </w:tr>
      <w:tr w:rsidR="00540B47" w14:paraId="1DFA4D10" w14:textId="77777777" w:rsidTr="00DD565D">
        <w:tc>
          <w:tcPr>
            <w:tcW w:w="942" w:type="dxa"/>
          </w:tcPr>
          <w:p w14:paraId="090B40E6" w14:textId="77777777" w:rsidR="00540B47" w:rsidRDefault="00A32617">
            <w:r>
              <w:rPr>
                <w:sz w:val="18"/>
              </w:rPr>
              <w:t>3572.2</w:t>
            </w:r>
          </w:p>
        </w:tc>
        <w:tc>
          <w:tcPr>
            <w:tcW w:w="1156" w:type="dxa"/>
          </w:tcPr>
          <w:p w14:paraId="0FC56723" w14:textId="77777777" w:rsidR="00540B47" w:rsidRDefault="00A32617">
            <w:r>
              <w:rPr>
                <w:sz w:val="18"/>
              </w:rPr>
              <w:t>MACN</w:t>
            </w:r>
          </w:p>
        </w:tc>
        <w:tc>
          <w:tcPr>
            <w:tcW w:w="1126" w:type="dxa"/>
          </w:tcPr>
          <w:p w14:paraId="23126A4E" w14:textId="77777777" w:rsidR="00540B47" w:rsidRDefault="00A32617">
            <w:r>
              <w:rPr>
                <w:i/>
                <w:sz w:val="18"/>
              </w:rPr>
              <w:t>Z. capensis</w:t>
            </w:r>
          </w:p>
        </w:tc>
        <w:tc>
          <w:tcPr>
            <w:tcW w:w="977" w:type="dxa"/>
          </w:tcPr>
          <w:p w14:paraId="1484FBD8" w14:textId="77777777" w:rsidR="00540B47" w:rsidRDefault="00A32617">
            <w:r>
              <w:rPr>
                <w:sz w:val="18"/>
              </w:rPr>
              <w:t>-41.8900</w:t>
            </w:r>
          </w:p>
        </w:tc>
        <w:tc>
          <w:tcPr>
            <w:tcW w:w="1107" w:type="dxa"/>
          </w:tcPr>
          <w:p w14:paraId="4CBE4836" w14:textId="77777777" w:rsidR="00540B47" w:rsidRDefault="00A32617">
            <w:r>
              <w:rPr>
                <w:sz w:val="18"/>
              </w:rPr>
              <w:t>-65.3060</w:t>
            </w:r>
          </w:p>
        </w:tc>
        <w:tc>
          <w:tcPr>
            <w:tcW w:w="1156" w:type="dxa"/>
          </w:tcPr>
          <w:p w14:paraId="3AE5290B" w14:textId="77777777" w:rsidR="00540B47" w:rsidRDefault="00A32617">
            <w:r>
              <w:rPr>
                <w:sz w:val="18"/>
              </w:rPr>
              <w:t>2025-11-08</w:t>
            </w:r>
          </w:p>
        </w:tc>
        <w:tc>
          <w:tcPr>
            <w:tcW w:w="727" w:type="dxa"/>
          </w:tcPr>
          <w:p w14:paraId="04645448" w14:textId="77777777" w:rsidR="00540B47" w:rsidRDefault="00A32617">
            <w:r>
              <w:rPr>
                <w:sz w:val="18"/>
              </w:rPr>
              <w:t>06:27</w:t>
            </w:r>
          </w:p>
        </w:tc>
        <w:tc>
          <w:tcPr>
            <w:tcW w:w="1561" w:type="dxa"/>
          </w:tcPr>
          <w:p w14:paraId="1801F3FF" w14:textId="77777777" w:rsidR="00540B47" w:rsidRDefault="00A32617">
            <w:r>
              <w:rPr>
                <w:sz w:val="18"/>
              </w:rPr>
              <w:t>Pablo L. Tubaro</w:t>
            </w:r>
          </w:p>
        </w:tc>
      </w:tr>
      <w:tr w:rsidR="00540B47" w14:paraId="4D17B812" w14:textId="77777777" w:rsidTr="00DD565D">
        <w:tc>
          <w:tcPr>
            <w:tcW w:w="942" w:type="dxa"/>
          </w:tcPr>
          <w:p w14:paraId="266B26F8" w14:textId="77777777" w:rsidR="00540B47" w:rsidRDefault="00A32617">
            <w:r>
              <w:rPr>
                <w:sz w:val="18"/>
              </w:rPr>
              <w:t>3573.1</w:t>
            </w:r>
          </w:p>
        </w:tc>
        <w:tc>
          <w:tcPr>
            <w:tcW w:w="1156" w:type="dxa"/>
          </w:tcPr>
          <w:p w14:paraId="77C2CEDC" w14:textId="77777777" w:rsidR="00540B47" w:rsidRDefault="00A32617">
            <w:r>
              <w:rPr>
                <w:sz w:val="18"/>
              </w:rPr>
              <w:t>MACN</w:t>
            </w:r>
          </w:p>
        </w:tc>
        <w:tc>
          <w:tcPr>
            <w:tcW w:w="1126" w:type="dxa"/>
          </w:tcPr>
          <w:p w14:paraId="0786B4CD" w14:textId="77777777" w:rsidR="00540B47" w:rsidRDefault="00A32617">
            <w:r>
              <w:rPr>
                <w:i/>
                <w:sz w:val="18"/>
              </w:rPr>
              <w:t>Z. capensis</w:t>
            </w:r>
          </w:p>
        </w:tc>
        <w:tc>
          <w:tcPr>
            <w:tcW w:w="977" w:type="dxa"/>
          </w:tcPr>
          <w:p w14:paraId="55D2DF15" w14:textId="77777777" w:rsidR="00540B47" w:rsidRDefault="00A32617">
            <w:r>
              <w:rPr>
                <w:sz w:val="18"/>
              </w:rPr>
              <w:t>-41.9999</w:t>
            </w:r>
          </w:p>
        </w:tc>
        <w:tc>
          <w:tcPr>
            <w:tcW w:w="1107" w:type="dxa"/>
          </w:tcPr>
          <w:p w14:paraId="15C514D4" w14:textId="77777777" w:rsidR="00540B47" w:rsidRDefault="00A32617">
            <w:r>
              <w:rPr>
                <w:sz w:val="18"/>
              </w:rPr>
              <w:t>-65.2914</w:t>
            </w:r>
          </w:p>
        </w:tc>
        <w:tc>
          <w:tcPr>
            <w:tcW w:w="1156" w:type="dxa"/>
          </w:tcPr>
          <w:p w14:paraId="44BCC795" w14:textId="77777777" w:rsidR="00540B47" w:rsidRDefault="00A32617">
            <w:r>
              <w:rPr>
                <w:sz w:val="18"/>
              </w:rPr>
              <w:t>2025-11-08</w:t>
            </w:r>
          </w:p>
        </w:tc>
        <w:tc>
          <w:tcPr>
            <w:tcW w:w="727" w:type="dxa"/>
          </w:tcPr>
          <w:p w14:paraId="19416C4F" w14:textId="77777777" w:rsidR="00540B47" w:rsidRDefault="00A32617">
            <w:r>
              <w:rPr>
                <w:sz w:val="18"/>
              </w:rPr>
              <w:t>06:39</w:t>
            </w:r>
          </w:p>
        </w:tc>
        <w:tc>
          <w:tcPr>
            <w:tcW w:w="1561" w:type="dxa"/>
          </w:tcPr>
          <w:p w14:paraId="7DE4C99E" w14:textId="77777777" w:rsidR="00540B47" w:rsidRDefault="00A32617">
            <w:r>
              <w:rPr>
                <w:sz w:val="18"/>
              </w:rPr>
              <w:t>Pablo L. Tubaro</w:t>
            </w:r>
          </w:p>
        </w:tc>
      </w:tr>
      <w:tr w:rsidR="00540B47" w14:paraId="08874894" w14:textId="77777777" w:rsidTr="00DD565D">
        <w:tc>
          <w:tcPr>
            <w:tcW w:w="942" w:type="dxa"/>
          </w:tcPr>
          <w:p w14:paraId="21FD662E" w14:textId="77777777" w:rsidR="00540B47" w:rsidRDefault="00A32617">
            <w:r>
              <w:rPr>
                <w:sz w:val="18"/>
              </w:rPr>
              <w:t>3573.2</w:t>
            </w:r>
          </w:p>
        </w:tc>
        <w:tc>
          <w:tcPr>
            <w:tcW w:w="1156" w:type="dxa"/>
          </w:tcPr>
          <w:p w14:paraId="1145ABCF" w14:textId="77777777" w:rsidR="00540B47" w:rsidRDefault="00A32617">
            <w:r>
              <w:rPr>
                <w:sz w:val="18"/>
              </w:rPr>
              <w:t>MACN</w:t>
            </w:r>
          </w:p>
        </w:tc>
        <w:tc>
          <w:tcPr>
            <w:tcW w:w="1126" w:type="dxa"/>
          </w:tcPr>
          <w:p w14:paraId="38DCE769" w14:textId="77777777" w:rsidR="00540B47" w:rsidRDefault="00A32617">
            <w:r>
              <w:rPr>
                <w:i/>
                <w:sz w:val="18"/>
              </w:rPr>
              <w:t>Z. capensis</w:t>
            </w:r>
          </w:p>
        </w:tc>
        <w:tc>
          <w:tcPr>
            <w:tcW w:w="977" w:type="dxa"/>
          </w:tcPr>
          <w:p w14:paraId="0DA67E5D" w14:textId="77777777" w:rsidR="00540B47" w:rsidRDefault="00A32617">
            <w:r>
              <w:rPr>
                <w:sz w:val="18"/>
              </w:rPr>
              <w:t>-41.9999</w:t>
            </w:r>
          </w:p>
        </w:tc>
        <w:tc>
          <w:tcPr>
            <w:tcW w:w="1107" w:type="dxa"/>
          </w:tcPr>
          <w:p w14:paraId="474A79BF" w14:textId="77777777" w:rsidR="00540B47" w:rsidRDefault="00A32617">
            <w:r>
              <w:rPr>
                <w:sz w:val="18"/>
              </w:rPr>
              <w:t>-65.2914</w:t>
            </w:r>
          </w:p>
        </w:tc>
        <w:tc>
          <w:tcPr>
            <w:tcW w:w="1156" w:type="dxa"/>
          </w:tcPr>
          <w:p w14:paraId="0F2D6490" w14:textId="77777777" w:rsidR="00540B47" w:rsidRDefault="00A32617">
            <w:r>
              <w:rPr>
                <w:sz w:val="18"/>
              </w:rPr>
              <w:t>2025-11-08</w:t>
            </w:r>
          </w:p>
        </w:tc>
        <w:tc>
          <w:tcPr>
            <w:tcW w:w="727" w:type="dxa"/>
          </w:tcPr>
          <w:p w14:paraId="5B77A96D" w14:textId="77777777" w:rsidR="00540B47" w:rsidRDefault="00A32617">
            <w:r>
              <w:rPr>
                <w:sz w:val="18"/>
              </w:rPr>
              <w:t>06:39</w:t>
            </w:r>
          </w:p>
        </w:tc>
        <w:tc>
          <w:tcPr>
            <w:tcW w:w="1561" w:type="dxa"/>
          </w:tcPr>
          <w:p w14:paraId="18AB8E85" w14:textId="77777777" w:rsidR="00540B47" w:rsidRDefault="00A32617">
            <w:r>
              <w:rPr>
                <w:sz w:val="18"/>
              </w:rPr>
              <w:t>Pablo L. Tubaro</w:t>
            </w:r>
          </w:p>
        </w:tc>
      </w:tr>
      <w:tr w:rsidR="00540B47" w14:paraId="72910549" w14:textId="77777777" w:rsidTr="00DD565D">
        <w:tc>
          <w:tcPr>
            <w:tcW w:w="942" w:type="dxa"/>
          </w:tcPr>
          <w:p w14:paraId="48F81B73" w14:textId="77777777" w:rsidR="00540B47" w:rsidRDefault="00A32617">
            <w:r>
              <w:rPr>
                <w:sz w:val="18"/>
              </w:rPr>
              <w:t>3574</w:t>
            </w:r>
          </w:p>
        </w:tc>
        <w:tc>
          <w:tcPr>
            <w:tcW w:w="1156" w:type="dxa"/>
          </w:tcPr>
          <w:p w14:paraId="7141E1C4" w14:textId="77777777" w:rsidR="00540B47" w:rsidRDefault="00A32617">
            <w:r>
              <w:rPr>
                <w:sz w:val="18"/>
              </w:rPr>
              <w:t>MACN</w:t>
            </w:r>
          </w:p>
        </w:tc>
        <w:tc>
          <w:tcPr>
            <w:tcW w:w="1126" w:type="dxa"/>
          </w:tcPr>
          <w:p w14:paraId="077F17FD" w14:textId="77777777" w:rsidR="00540B47" w:rsidRDefault="00A32617">
            <w:r>
              <w:rPr>
                <w:i/>
                <w:sz w:val="18"/>
              </w:rPr>
              <w:t>Z. capensis</w:t>
            </w:r>
          </w:p>
        </w:tc>
        <w:tc>
          <w:tcPr>
            <w:tcW w:w="977" w:type="dxa"/>
          </w:tcPr>
          <w:p w14:paraId="31C7FB16" w14:textId="77777777" w:rsidR="00540B47" w:rsidRDefault="00A32617">
            <w:r>
              <w:rPr>
                <w:sz w:val="18"/>
              </w:rPr>
              <w:t>-42.0644</w:t>
            </w:r>
          </w:p>
        </w:tc>
        <w:tc>
          <w:tcPr>
            <w:tcW w:w="1107" w:type="dxa"/>
          </w:tcPr>
          <w:p w14:paraId="5FF83AFB" w14:textId="77777777" w:rsidR="00540B47" w:rsidRDefault="00A32617">
            <w:r>
              <w:rPr>
                <w:sz w:val="18"/>
              </w:rPr>
              <w:t>-65.2341</w:t>
            </w:r>
          </w:p>
        </w:tc>
        <w:tc>
          <w:tcPr>
            <w:tcW w:w="1156" w:type="dxa"/>
          </w:tcPr>
          <w:p w14:paraId="50FB8DAB" w14:textId="77777777" w:rsidR="00540B47" w:rsidRDefault="00A32617">
            <w:r>
              <w:rPr>
                <w:sz w:val="18"/>
              </w:rPr>
              <w:t>2025-11-08</w:t>
            </w:r>
          </w:p>
        </w:tc>
        <w:tc>
          <w:tcPr>
            <w:tcW w:w="727" w:type="dxa"/>
          </w:tcPr>
          <w:p w14:paraId="5D76B4D5" w14:textId="77777777" w:rsidR="00540B47" w:rsidRDefault="00A32617">
            <w:r>
              <w:rPr>
                <w:sz w:val="18"/>
              </w:rPr>
              <w:t>07:10</w:t>
            </w:r>
          </w:p>
        </w:tc>
        <w:tc>
          <w:tcPr>
            <w:tcW w:w="1561" w:type="dxa"/>
          </w:tcPr>
          <w:p w14:paraId="2E0435CF" w14:textId="77777777" w:rsidR="00540B47" w:rsidRDefault="00A32617">
            <w:r>
              <w:rPr>
                <w:sz w:val="18"/>
              </w:rPr>
              <w:t>Agustin I. Casale</w:t>
            </w:r>
          </w:p>
        </w:tc>
      </w:tr>
      <w:tr w:rsidR="00540B47" w14:paraId="357A70C3" w14:textId="77777777" w:rsidTr="00DD565D">
        <w:tc>
          <w:tcPr>
            <w:tcW w:w="942" w:type="dxa"/>
          </w:tcPr>
          <w:p w14:paraId="4084BF79" w14:textId="77777777" w:rsidR="00540B47" w:rsidRDefault="00A32617">
            <w:r>
              <w:rPr>
                <w:sz w:val="18"/>
              </w:rPr>
              <w:t>3575</w:t>
            </w:r>
          </w:p>
        </w:tc>
        <w:tc>
          <w:tcPr>
            <w:tcW w:w="1156" w:type="dxa"/>
          </w:tcPr>
          <w:p w14:paraId="3FB26BD5" w14:textId="77777777" w:rsidR="00540B47" w:rsidRDefault="00A32617">
            <w:r>
              <w:rPr>
                <w:sz w:val="18"/>
              </w:rPr>
              <w:t>MACN</w:t>
            </w:r>
          </w:p>
        </w:tc>
        <w:tc>
          <w:tcPr>
            <w:tcW w:w="1126" w:type="dxa"/>
          </w:tcPr>
          <w:p w14:paraId="3ADFB347" w14:textId="77777777" w:rsidR="00540B47" w:rsidRDefault="00A32617">
            <w:r>
              <w:rPr>
                <w:i/>
                <w:sz w:val="18"/>
              </w:rPr>
              <w:t>Z. capensis</w:t>
            </w:r>
          </w:p>
        </w:tc>
        <w:tc>
          <w:tcPr>
            <w:tcW w:w="977" w:type="dxa"/>
          </w:tcPr>
          <w:p w14:paraId="32ED9006" w14:textId="77777777" w:rsidR="00540B47" w:rsidRDefault="00A32617">
            <w:r>
              <w:rPr>
                <w:sz w:val="18"/>
              </w:rPr>
              <w:t>-42.0647</w:t>
            </w:r>
          </w:p>
        </w:tc>
        <w:tc>
          <w:tcPr>
            <w:tcW w:w="1107" w:type="dxa"/>
          </w:tcPr>
          <w:p w14:paraId="5EBAF8DD" w14:textId="77777777" w:rsidR="00540B47" w:rsidRDefault="00A32617">
            <w:r>
              <w:rPr>
                <w:sz w:val="18"/>
              </w:rPr>
              <w:t>-65.2338</w:t>
            </w:r>
          </w:p>
        </w:tc>
        <w:tc>
          <w:tcPr>
            <w:tcW w:w="1156" w:type="dxa"/>
          </w:tcPr>
          <w:p w14:paraId="45EA2973" w14:textId="77777777" w:rsidR="00540B47" w:rsidRDefault="00A32617">
            <w:r>
              <w:rPr>
                <w:sz w:val="18"/>
              </w:rPr>
              <w:t>2025-11-08</w:t>
            </w:r>
          </w:p>
        </w:tc>
        <w:tc>
          <w:tcPr>
            <w:tcW w:w="727" w:type="dxa"/>
          </w:tcPr>
          <w:p w14:paraId="43450196" w14:textId="77777777" w:rsidR="00540B47" w:rsidRDefault="00A32617">
            <w:r>
              <w:rPr>
                <w:sz w:val="18"/>
              </w:rPr>
              <w:t>07:13</w:t>
            </w:r>
          </w:p>
        </w:tc>
        <w:tc>
          <w:tcPr>
            <w:tcW w:w="1561" w:type="dxa"/>
          </w:tcPr>
          <w:p w14:paraId="495AA50B" w14:textId="77777777" w:rsidR="00540B47" w:rsidRDefault="00A32617">
            <w:r>
              <w:rPr>
                <w:sz w:val="18"/>
              </w:rPr>
              <w:t>Agustin I. Casale</w:t>
            </w:r>
          </w:p>
        </w:tc>
      </w:tr>
      <w:tr w:rsidR="00540B47" w14:paraId="79BCB0D7" w14:textId="77777777" w:rsidTr="00DD565D">
        <w:tc>
          <w:tcPr>
            <w:tcW w:w="942" w:type="dxa"/>
          </w:tcPr>
          <w:p w14:paraId="3544B38B" w14:textId="77777777" w:rsidR="00540B47" w:rsidRDefault="00A32617">
            <w:r>
              <w:rPr>
                <w:sz w:val="18"/>
              </w:rPr>
              <w:t>3576</w:t>
            </w:r>
          </w:p>
        </w:tc>
        <w:tc>
          <w:tcPr>
            <w:tcW w:w="1156" w:type="dxa"/>
          </w:tcPr>
          <w:p w14:paraId="27A8B902" w14:textId="77777777" w:rsidR="00540B47" w:rsidRDefault="00A32617">
            <w:r>
              <w:rPr>
                <w:sz w:val="18"/>
              </w:rPr>
              <w:t>MACN</w:t>
            </w:r>
          </w:p>
        </w:tc>
        <w:tc>
          <w:tcPr>
            <w:tcW w:w="1126" w:type="dxa"/>
          </w:tcPr>
          <w:p w14:paraId="0ECE4F95" w14:textId="77777777" w:rsidR="00540B47" w:rsidRDefault="00A32617">
            <w:r>
              <w:rPr>
                <w:i/>
                <w:sz w:val="18"/>
              </w:rPr>
              <w:t>Z. capensis</w:t>
            </w:r>
          </w:p>
        </w:tc>
        <w:tc>
          <w:tcPr>
            <w:tcW w:w="977" w:type="dxa"/>
          </w:tcPr>
          <w:p w14:paraId="1BCFB00B" w14:textId="77777777" w:rsidR="00540B47" w:rsidRDefault="00A32617">
            <w:r>
              <w:rPr>
                <w:sz w:val="18"/>
              </w:rPr>
              <w:t>-42.0037</w:t>
            </w:r>
          </w:p>
        </w:tc>
        <w:tc>
          <w:tcPr>
            <w:tcW w:w="1107" w:type="dxa"/>
          </w:tcPr>
          <w:p w14:paraId="09A15038" w14:textId="77777777" w:rsidR="00540B47" w:rsidRDefault="00A32617">
            <w:r>
              <w:rPr>
                <w:sz w:val="18"/>
              </w:rPr>
              <w:t>-65.0727</w:t>
            </w:r>
          </w:p>
        </w:tc>
        <w:tc>
          <w:tcPr>
            <w:tcW w:w="1156" w:type="dxa"/>
          </w:tcPr>
          <w:p w14:paraId="0C8F2CFE" w14:textId="77777777" w:rsidR="00540B47" w:rsidRDefault="00A32617">
            <w:r>
              <w:rPr>
                <w:sz w:val="18"/>
              </w:rPr>
              <w:t>2025-11-08</w:t>
            </w:r>
          </w:p>
        </w:tc>
        <w:tc>
          <w:tcPr>
            <w:tcW w:w="727" w:type="dxa"/>
          </w:tcPr>
          <w:p w14:paraId="6BBDCC09" w14:textId="77777777" w:rsidR="00540B47" w:rsidRDefault="00A32617">
            <w:r>
              <w:rPr>
                <w:sz w:val="18"/>
              </w:rPr>
              <w:t>07:52</w:t>
            </w:r>
          </w:p>
        </w:tc>
        <w:tc>
          <w:tcPr>
            <w:tcW w:w="1561" w:type="dxa"/>
          </w:tcPr>
          <w:p w14:paraId="6B496536" w14:textId="77777777" w:rsidR="00540B47" w:rsidRDefault="00A32617">
            <w:r>
              <w:rPr>
                <w:sz w:val="18"/>
              </w:rPr>
              <w:t>Agustin I. Casale</w:t>
            </w:r>
          </w:p>
        </w:tc>
      </w:tr>
      <w:tr w:rsidR="00540B47" w14:paraId="47BC0DCE" w14:textId="77777777" w:rsidTr="00DD565D">
        <w:tc>
          <w:tcPr>
            <w:tcW w:w="942" w:type="dxa"/>
          </w:tcPr>
          <w:p w14:paraId="56D91B6B" w14:textId="77777777" w:rsidR="00540B47" w:rsidRDefault="00A32617">
            <w:r>
              <w:rPr>
                <w:sz w:val="18"/>
              </w:rPr>
              <w:t>3577</w:t>
            </w:r>
          </w:p>
        </w:tc>
        <w:tc>
          <w:tcPr>
            <w:tcW w:w="1156" w:type="dxa"/>
          </w:tcPr>
          <w:p w14:paraId="61FDC6B0" w14:textId="77777777" w:rsidR="00540B47" w:rsidRDefault="00A32617">
            <w:r>
              <w:rPr>
                <w:sz w:val="18"/>
              </w:rPr>
              <w:t>MACN</w:t>
            </w:r>
          </w:p>
        </w:tc>
        <w:tc>
          <w:tcPr>
            <w:tcW w:w="1126" w:type="dxa"/>
          </w:tcPr>
          <w:p w14:paraId="5FBC4094" w14:textId="77777777" w:rsidR="00540B47" w:rsidRDefault="00A32617">
            <w:r>
              <w:rPr>
                <w:i/>
                <w:sz w:val="18"/>
              </w:rPr>
              <w:t>Z. capensis</w:t>
            </w:r>
          </w:p>
        </w:tc>
        <w:tc>
          <w:tcPr>
            <w:tcW w:w="977" w:type="dxa"/>
          </w:tcPr>
          <w:p w14:paraId="54064428" w14:textId="77777777" w:rsidR="00540B47" w:rsidRDefault="00A32617">
            <w:r>
              <w:rPr>
                <w:sz w:val="18"/>
              </w:rPr>
              <w:t>-42.0032</w:t>
            </w:r>
          </w:p>
        </w:tc>
        <w:tc>
          <w:tcPr>
            <w:tcW w:w="1107" w:type="dxa"/>
          </w:tcPr>
          <w:p w14:paraId="0F719CEF" w14:textId="77777777" w:rsidR="00540B47" w:rsidRDefault="00A32617">
            <w:r>
              <w:rPr>
                <w:sz w:val="18"/>
              </w:rPr>
              <w:t>-65.0727</w:t>
            </w:r>
          </w:p>
        </w:tc>
        <w:tc>
          <w:tcPr>
            <w:tcW w:w="1156" w:type="dxa"/>
          </w:tcPr>
          <w:p w14:paraId="149E2D9B" w14:textId="77777777" w:rsidR="00540B47" w:rsidRDefault="00A32617">
            <w:r>
              <w:rPr>
                <w:sz w:val="18"/>
              </w:rPr>
              <w:t>2025-11-08</w:t>
            </w:r>
          </w:p>
        </w:tc>
        <w:tc>
          <w:tcPr>
            <w:tcW w:w="727" w:type="dxa"/>
          </w:tcPr>
          <w:p w14:paraId="1348504E" w14:textId="77777777" w:rsidR="00540B47" w:rsidRDefault="00A32617">
            <w:r>
              <w:rPr>
                <w:sz w:val="18"/>
              </w:rPr>
              <w:t>07:55</w:t>
            </w:r>
          </w:p>
        </w:tc>
        <w:tc>
          <w:tcPr>
            <w:tcW w:w="1561" w:type="dxa"/>
          </w:tcPr>
          <w:p w14:paraId="583D6E44" w14:textId="77777777" w:rsidR="00540B47" w:rsidRDefault="00A32617">
            <w:r>
              <w:rPr>
                <w:sz w:val="18"/>
              </w:rPr>
              <w:t>Agustin I. Casale</w:t>
            </w:r>
          </w:p>
        </w:tc>
      </w:tr>
      <w:tr w:rsidR="00540B47" w14:paraId="016E80B3" w14:textId="77777777" w:rsidTr="00DD565D">
        <w:tc>
          <w:tcPr>
            <w:tcW w:w="942" w:type="dxa"/>
          </w:tcPr>
          <w:p w14:paraId="146A6F48" w14:textId="77777777" w:rsidR="00540B47" w:rsidRDefault="00A32617">
            <w:r>
              <w:rPr>
                <w:sz w:val="18"/>
              </w:rPr>
              <w:t>3578</w:t>
            </w:r>
          </w:p>
        </w:tc>
        <w:tc>
          <w:tcPr>
            <w:tcW w:w="1156" w:type="dxa"/>
          </w:tcPr>
          <w:p w14:paraId="523BCFA8" w14:textId="77777777" w:rsidR="00540B47" w:rsidRDefault="00A32617">
            <w:r>
              <w:rPr>
                <w:sz w:val="18"/>
              </w:rPr>
              <w:t>MACN</w:t>
            </w:r>
          </w:p>
        </w:tc>
        <w:tc>
          <w:tcPr>
            <w:tcW w:w="1126" w:type="dxa"/>
          </w:tcPr>
          <w:p w14:paraId="5B9A4A34" w14:textId="77777777" w:rsidR="00540B47" w:rsidRDefault="00A32617">
            <w:r>
              <w:rPr>
                <w:i/>
                <w:sz w:val="18"/>
              </w:rPr>
              <w:t>Z. capensis</w:t>
            </w:r>
          </w:p>
        </w:tc>
        <w:tc>
          <w:tcPr>
            <w:tcW w:w="977" w:type="dxa"/>
          </w:tcPr>
          <w:p w14:paraId="491D957E" w14:textId="77777777" w:rsidR="00540B47" w:rsidRDefault="00A32617">
            <w:r>
              <w:rPr>
                <w:sz w:val="18"/>
              </w:rPr>
              <w:t>-42.0700</w:t>
            </w:r>
          </w:p>
        </w:tc>
        <w:tc>
          <w:tcPr>
            <w:tcW w:w="1107" w:type="dxa"/>
          </w:tcPr>
          <w:p w14:paraId="0EFCCC22" w14:textId="77777777" w:rsidR="00540B47" w:rsidRDefault="00A32617">
            <w:r>
              <w:rPr>
                <w:sz w:val="18"/>
              </w:rPr>
              <w:t>-65.2699</w:t>
            </w:r>
          </w:p>
        </w:tc>
        <w:tc>
          <w:tcPr>
            <w:tcW w:w="1156" w:type="dxa"/>
          </w:tcPr>
          <w:p w14:paraId="132FE129" w14:textId="77777777" w:rsidR="00540B47" w:rsidRDefault="00A32617">
            <w:r>
              <w:rPr>
                <w:sz w:val="18"/>
              </w:rPr>
              <w:t>2025-11-08</w:t>
            </w:r>
          </w:p>
        </w:tc>
        <w:tc>
          <w:tcPr>
            <w:tcW w:w="727" w:type="dxa"/>
          </w:tcPr>
          <w:p w14:paraId="2EDDAD33" w14:textId="77777777" w:rsidR="00540B47" w:rsidRDefault="00A32617">
            <w:r>
              <w:rPr>
                <w:sz w:val="18"/>
              </w:rPr>
              <w:t>07:08</w:t>
            </w:r>
          </w:p>
        </w:tc>
        <w:tc>
          <w:tcPr>
            <w:tcW w:w="1561" w:type="dxa"/>
          </w:tcPr>
          <w:p w14:paraId="094A4610" w14:textId="77777777" w:rsidR="00540B47" w:rsidRDefault="00A32617">
            <w:r>
              <w:rPr>
                <w:sz w:val="18"/>
              </w:rPr>
              <w:t>Pablo L. Tubaro</w:t>
            </w:r>
          </w:p>
        </w:tc>
      </w:tr>
      <w:tr w:rsidR="00540B47" w14:paraId="7E2169C8" w14:textId="77777777" w:rsidTr="00DD565D">
        <w:tc>
          <w:tcPr>
            <w:tcW w:w="942" w:type="dxa"/>
          </w:tcPr>
          <w:p w14:paraId="074BFEF0" w14:textId="77777777" w:rsidR="00540B47" w:rsidRDefault="00A32617">
            <w:r>
              <w:rPr>
                <w:sz w:val="18"/>
              </w:rPr>
              <w:t>3579</w:t>
            </w:r>
          </w:p>
        </w:tc>
        <w:tc>
          <w:tcPr>
            <w:tcW w:w="1156" w:type="dxa"/>
          </w:tcPr>
          <w:p w14:paraId="0980019A" w14:textId="77777777" w:rsidR="00540B47" w:rsidRDefault="00A32617">
            <w:r>
              <w:rPr>
                <w:sz w:val="18"/>
              </w:rPr>
              <w:t>MACN</w:t>
            </w:r>
          </w:p>
        </w:tc>
        <w:tc>
          <w:tcPr>
            <w:tcW w:w="1126" w:type="dxa"/>
          </w:tcPr>
          <w:p w14:paraId="0ECA29B5" w14:textId="77777777" w:rsidR="00540B47" w:rsidRDefault="00A32617">
            <w:r>
              <w:rPr>
                <w:i/>
                <w:sz w:val="18"/>
              </w:rPr>
              <w:t>Z. capensis</w:t>
            </w:r>
          </w:p>
        </w:tc>
        <w:tc>
          <w:tcPr>
            <w:tcW w:w="977" w:type="dxa"/>
          </w:tcPr>
          <w:p w14:paraId="7CAEBBC9" w14:textId="77777777" w:rsidR="00540B47" w:rsidRDefault="00A32617">
            <w:r>
              <w:rPr>
                <w:sz w:val="18"/>
              </w:rPr>
              <w:t>-42.0627</w:t>
            </w:r>
          </w:p>
        </w:tc>
        <w:tc>
          <w:tcPr>
            <w:tcW w:w="1107" w:type="dxa"/>
          </w:tcPr>
          <w:p w14:paraId="56670AF6" w14:textId="77777777" w:rsidR="00540B47" w:rsidRDefault="00A32617">
            <w:r>
              <w:rPr>
                <w:sz w:val="18"/>
              </w:rPr>
              <w:t>-65.2167</w:t>
            </w:r>
          </w:p>
        </w:tc>
        <w:tc>
          <w:tcPr>
            <w:tcW w:w="1156" w:type="dxa"/>
          </w:tcPr>
          <w:p w14:paraId="4A1C680B" w14:textId="77777777" w:rsidR="00540B47" w:rsidRDefault="00A32617">
            <w:r>
              <w:rPr>
                <w:sz w:val="18"/>
              </w:rPr>
              <w:t>2025-11-08</w:t>
            </w:r>
          </w:p>
        </w:tc>
        <w:tc>
          <w:tcPr>
            <w:tcW w:w="727" w:type="dxa"/>
          </w:tcPr>
          <w:p w14:paraId="3ED03E52" w14:textId="77777777" w:rsidR="00540B47" w:rsidRDefault="00A32617">
            <w:r>
              <w:rPr>
                <w:sz w:val="18"/>
              </w:rPr>
              <w:t>07:20</w:t>
            </w:r>
          </w:p>
        </w:tc>
        <w:tc>
          <w:tcPr>
            <w:tcW w:w="1561" w:type="dxa"/>
          </w:tcPr>
          <w:p w14:paraId="55F39ED6" w14:textId="77777777" w:rsidR="00540B47" w:rsidRDefault="00A32617">
            <w:r>
              <w:rPr>
                <w:sz w:val="18"/>
              </w:rPr>
              <w:t>Pablo L. Tubaro</w:t>
            </w:r>
          </w:p>
        </w:tc>
      </w:tr>
      <w:tr w:rsidR="00540B47" w14:paraId="745D4CE8" w14:textId="77777777" w:rsidTr="00DD565D">
        <w:tc>
          <w:tcPr>
            <w:tcW w:w="942" w:type="dxa"/>
          </w:tcPr>
          <w:p w14:paraId="62E40907" w14:textId="77777777" w:rsidR="00540B47" w:rsidRDefault="00A32617">
            <w:r>
              <w:rPr>
                <w:sz w:val="18"/>
              </w:rPr>
              <w:t>3580</w:t>
            </w:r>
          </w:p>
        </w:tc>
        <w:tc>
          <w:tcPr>
            <w:tcW w:w="1156" w:type="dxa"/>
          </w:tcPr>
          <w:p w14:paraId="613B369F" w14:textId="77777777" w:rsidR="00540B47" w:rsidRDefault="00A32617">
            <w:r>
              <w:rPr>
                <w:sz w:val="18"/>
              </w:rPr>
              <w:t>MACN</w:t>
            </w:r>
          </w:p>
        </w:tc>
        <w:tc>
          <w:tcPr>
            <w:tcW w:w="1126" w:type="dxa"/>
          </w:tcPr>
          <w:p w14:paraId="37AB4CE0" w14:textId="77777777" w:rsidR="00540B47" w:rsidRDefault="00A32617">
            <w:r>
              <w:rPr>
                <w:i/>
                <w:sz w:val="18"/>
              </w:rPr>
              <w:t>Z. capensis</w:t>
            </w:r>
          </w:p>
        </w:tc>
        <w:tc>
          <w:tcPr>
            <w:tcW w:w="977" w:type="dxa"/>
          </w:tcPr>
          <w:p w14:paraId="41B1026B" w14:textId="77777777" w:rsidR="00540B47" w:rsidRDefault="00A32617">
            <w:r>
              <w:rPr>
                <w:sz w:val="18"/>
              </w:rPr>
              <w:t>-42.0580</w:t>
            </w:r>
          </w:p>
        </w:tc>
        <w:tc>
          <w:tcPr>
            <w:tcW w:w="1107" w:type="dxa"/>
          </w:tcPr>
          <w:p w14:paraId="3EB6A2EE" w14:textId="77777777" w:rsidR="00540B47" w:rsidRDefault="00A32617">
            <w:r>
              <w:rPr>
                <w:sz w:val="18"/>
              </w:rPr>
              <w:t>-65.1860</w:t>
            </w:r>
          </w:p>
        </w:tc>
        <w:tc>
          <w:tcPr>
            <w:tcW w:w="1156" w:type="dxa"/>
          </w:tcPr>
          <w:p w14:paraId="7F95590D" w14:textId="77777777" w:rsidR="00540B47" w:rsidRDefault="00A32617">
            <w:r>
              <w:rPr>
                <w:sz w:val="18"/>
              </w:rPr>
              <w:t>2025-11-08</w:t>
            </w:r>
          </w:p>
        </w:tc>
        <w:tc>
          <w:tcPr>
            <w:tcW w:w="727" w:type="dxa"/>
          </w:tcPr>
          <w:p w14:paraId="1F864AB3" w14:textId="77777777" w:rsidR="00540B47" w:rsidRDefault="00A32617">
            <w:r>
              <w:rPr>
                <w:sz w:val="18"/>
              </w:rPr>
              <w:t>07:23</w:t>
            </w:r>
          </w:p>
        </w:tc>
        <w:tc>
          <w:tcPr>
            <w:tcW w:w="1561" w:type="dxa"/>
          </w:tcPr>
          <w:p w14:paraId="7DEC7BFB" w14:textId="77777777" w:rsidR="00540B47" w:rsidRDefault="00A32617">
            <w:r>
              <w:rPr>
                <w:sz w:val="18"/>
              </w:rPr>
              <w:t>Pablo L. Tubaro</w:t>
            </w:r>
          </w:p>
        </w:tc>
      </w:tr>
      <w:tr w:rsidR="00540B47" w14:paraId="795478DC" w14:textId="77777777" w:rsidTr="00DD565D">
        <w:tc>
          <w:tcPr>
            <w:tcW w:w="942" w:type="dxa"/>
          </w:tcPr>
          <w:p w14:paraId="3A5C62E2" w14:textId="77777777" w:rsidR="00540B47" w:rsidRDefault="00A32617">
            <w:r>
              <w:rPr>
                <w:sz w:val="18"/>
              </w:rPr>
              <w:t>3581</w:t>
            </w:r>
          </w:p>
        </w:tc>
        <w:tc>
          <w:tcPr>
            <w:tcW w:w="1156" w:type="dxa"/>
          </w:tcPr>
          <w:p w14:paraId="054A42A9" w14:textId="77777777" w:rsidR="00540B47" w:rsidRDefault="00A32617">
            <w:r>
              <w:rPr>
                <w:sz w:val="18"/>
              </w:rPr>
              <w:t>MACN</w:t>
            </w:r>
          </w:p>
        </w:tc>
        <w:tc>
          <w:tcPr>
            <w:tcW w:w="1126" w:type="dxa"/>
          </w:tcPr>
          <w:p w14:paraId="0CEBF69C" w14:textId="77777777" w:rsidR="00540B47" w:rsidRDefault="00A32617">
            <w:r>
              <w:rPr>
                <w:i/>
                <w:sz w:val="18"/>
              </w:rPr>
              <w:t>Z. capensis</w:t>
            </w:r>
          </w:p>
        </w:tc>
        <w:tc>
          <w:tcPr>
            <w:tcW w:w="977" w:type="dxa"/>
          </w:tcPr>
          <w:p w14:paraId="53606E66" w14:textId="77777777" w:rsidR="00540B47" w:rsidRDefault="00A32617">
            <w:r>
              <w:rPr>
                <w:sz w:val="18"/>
              </w:rPr>
              <w:t>-42.0580</w:t>
            </w:r>
          </w:p>
        </w:tc>
        <w:tc>
          <w:tcPr>
            <w:tcW w:w="1107" w:type="dxa"/>
          </w:tcPr>
          <w:p w14:paraId="357833F2" w14:textId="77777777" w:rsidR="00540B47" w:rsidRDefault="00A32617">
            <w:r>
              <w:rPr>
                <w:sz w:val="18"/>
              </w:rPr>
              <w:t>-65.1860</w:t>
            </w:r>
          </w:p>
        </w:tc>
        <w:tc>
          <w:tcPr>
            <w:tcW w:w="1156" w:type="dxa"/>
          </w:tcPr>
          <w:p w14:paraId="5F6D8C2D" w14:textId="77777777" w:rsidR="00540B47" w:rsidRDefault="00A32617">
            <w:r>
              <w:rPr>
                <w:sz w:val="18"/>
              </w:rPr>
              <w:t>2025-11-08</w:t>
            </w:r>
          </w:p>
        </w:tc>
        <w:tc>
          <w:tcPr>
            <w:tcW w:w="727" w:type="dxa"/>
          </w:tcPr>
          <w:p w14:paraId="08A77C35" w14:textId="77777777" w:rsidR="00540B47" w:rsidRDefault="00A32617">
            <w:r>
              <w:rPr>
                <w:sz w:val="18"/>
              </w:rPr>
              <w:t>07:27</w:t>
            </w:r>
          </w:p>
        </w:tc>
        <w:tc>
          <w:tcPr>
            <w:tcW w:w="1561" w:type="dxa"/>
          </w:tcPr>
          <w:p w14:paraId="1C54B946" w14:textId="77777777" w:rsidR="00540B47" w:rsidRDefault="00A32617">
            <w:r>
              <w:rPr>
                <w:sz w:val="18"/>
              </w:rPr>
              <w:t>Pablo L. Tubaro</w:t>
            </w:r>
          </w:p>
        </w:tc>
      </w:tr>
      <w:tr w:rsidR="00540B47" w14:paraId="4BE31E0C" w14:textId="77777777" w:rsidTr="00DD565D">
        <w:tc>
          <w:tcPr>
            <w:tcW w:w="942" w:type="dxa"/>
          </w:tcPr>
          <w:p w14:paraId="38AD863C" w14:textId="77777777" w:rsidR="00540B47" w:rsidRDefault="00A32617">
            <w:r>
              <w:rPr>
                <w:sz w:val="18"/>
              </w:rPr>
              <w:t>3582</w:t>
            </w:r>
          </w:p>
        </w:tc>
        <w:tc>
          <w:tcPr>
            <w:tcW w:w="1156" w:type="dxa"/>
          </w:tcPr>
          <w:p w14:paraId="74037E71" w14:textId="77777777" w:rsidR="00540B47" w:rsidRDefault="00A32617">
            <w:r>
              <w:rPr>
                <w:sz w:val="18"/>
              </w:rPr>
              <w:t>MACN</w:t>
            </w:r>
          </w:p>
        </w:tc>
        <w:tc>
          <w:tcPr>
            <w:tcW w:w="1126" w:type="dxa"/>
          </w:tcPr>
          <w:p w14:paraId="45169C4D" w14:textId="77777777" w:rsidR="00540B47" w:rsidRDefault="00A32617">
            <w:r>
              <w:rPr>
                <w:i/>
                <w:sz w:val="18"/>
              </w:rPr>
              <w:t>Z. capensis</w:t>
            </w:r>
          </w:p>
        </w:tc>
        <w:tc>
          <w:tcPr>
            <w:tcW w:w="977" w:type="dxa"/>
          </w:tcPr>
          <w:p w14:paraId="0F771B81" w14:textId="77777777" w:rsidR="00540B47" w:rsidRDefault="00A32617">
            <w:r>
              <w:rPr>
                <w:sz w:val="18"/>
              </w:rPr>
              <w:t>-42.0020</w:t>
            </w:r>
          </w:p>
        </w:tc>
        <w:tc>
          <w:tcPr>
            <w:tcW w:w="1107" w:type="dxa"/>
          </w:tcPr>
          <w:p w14:paraId="6766DC0F" w14:textId="77777777" w:rsidR="00540B47" w:rsidRDefault="00A32617">
            <w:r>
              <w:rPr>
                <w:sz w:val="18"/>
              </w:rPr>
              <w:t>-65.0720</w:t>
            </w:r>
          </w:p>
        </w:tc>
        <w:tc>
          <w:tcPr>
            <w:tcW w:w="1156" w:type="dxa"/>
          </w:tcPr>
          <w:p w14:paraId="70150E21" w14:textId="77777777" w:rsidR="00540B47" w:rsidRDefault="00A32617">
            <w:r>
              <w:rPr>
                <w:sz w:val="18"/>
              </w:rPr>
              <w:t>2025-11-08</w:t>
            </w:r>
          </w:p>
        </w:tc>
        <w:tc>
          <w:tcPr>
            <w:tcW w:w="727" w:type="dxa"/>
          </w:tcPr>
          <w:p w14:paraId="72CBEA4B" w14:textId="77777777" w:rsidR="00540B47" w:rsidRDefault="00A32617">
            <w:r>
              <w:rPr>
                <w:sz w:val="18"/>
              </w:rPr>
              <w:t>07:41</w:t>
            </w:r>
          </w:p>
        </w:tc>
        <w:tc>
          <w:tcPr>
            <w:tcW w:w="1561" w:type="dxa"/>
          </w:tcPr>
          <w:p w14:paraId="13E82514" w14:textId="77777777" w:rsidR="00540B47" w:rsidRDefault="00A32617">
            <w:r>
              <w:rPr>
                <w:sz w:val="18"/>
              </w:rPr>
              <w:t>Pablo L. Tubaro</w:t>
            </w:r>
          </w:p>
        </w:tc>
      </w:tr>
      <w:tr w:rsidR="00540B47" w14:paraId="07EF4E36" w14:textId="77777777" w:rsidTr="00DD565D">
        <w:tc>
          <w:tcPr>
            <w:tcW w:w="942" w:type="dxa"/>
          </w:tcPr>
          <w:p w14:paraId="63048B86" w14:textId="77777777" w:rsidR="00540B47" w:rsidRDefault="00A32617">
            <w:r>
              <w:rPr>
                <w:sz w:val="18"/>
              </w:rPr>
              <w:t>3583</w:t>
            </w:r>
          </w:p>
        </w:tc>
        <w:tc>
          <w:tcPr>
            <w:tcW w:w="1156" w:type="dxa"/>
          </w:tcPr>
          <w:p w14:paraId="4069735D" w14:textId="77777777" w:rsidR="00540B47" w:rsidRDefault="00A32617">
            <w:r>
              <w:rPr>
                <w:sz w:val="18"/>
              </w:rPr>
              <w:t>MACN</w:t>
            </w:r>
          </w:p>
        </w:tc>
        <w:tc>
          <w:tcPr>
            <w:tcW w:w="1126" w:type="dxa"/>
          </w:tcPr>
          <w:p w14:paraId="287B8EE7" w14:textId="77777777" w:rsidR="00540B47" w:rsidRDefault="00A32617">
            <w:r>
              <w:rPr>
                <w:i/>
                <w:sz w:val="18"/>
              </w:rPr>
              <w:t>Z. capensis</w:t>
            </w:r>
          </w:p>
        </w:tc>
        <w:tc>
          <w:tcPr>
            <w:tcW w:w="977" w:type="dxa"/>
          </w:tcPr>
          <w:p w14:paraId="2725FEC6" w14:textId="77777777" w:rsidR="00540B47" w:rsidRDefault="00A32617">
            <w:r>
              <w:rPr>
                <w:sz w:val="18"/>
              </w:rPr>
              <w:t>-42.0006</w:t>
            </w:r>
          </w:p>
        </w:tc>
        <w:tc>
          <w:tcPr>
            <w:tcW w:w="1107" w:type="dxa"/>
          </w:tcPr>
          <w:p w14:paraId="77ABB703" w14:textId="77777777" w:rsidR="00540B47" w:rsidRDefault="00A32617">
            <w:r>
              <w:rPr>
                <w:sz w:val="18"/>
              </w:rPr>
              <w:t>-65.0714</w:t>
            </w:r>
          </w:p>
        </w:tc>
        <w:tc>
          <w:tcPr>
            <w:tcW w:w="1156" w:type="dxa"/>
          </w:tcPr>
          <w:p w14:paraId="1198DA11" w14:textId="77777777" w:rsidR="00540B47" w:rsidRDefault="00A32617">
            <w:r>
              <w:rPr>
                <w:sz w:val="18"/>
              </w:rPr>
              <w:t>2025-11-08</w:t>
            </w:r>
          </w:p>
        </w:tc>
        <w:tc>
          <w:tcPr>
            <w:tcW w:w="727" w:type="dxa"/>
          </w:tcPr>
          <w:p w14:paraId="2FF267EA" w14:textId="77777777" w:rsidR="00540B47" w:rsidRDefault="00A32617">
            <w:r>
              <w:rPr>
                <w:sz w:val="18"/>
              </w:rPr>
              <w:t>07:46</w:t>
            </w:r>
          </w:p>
        </w:tc>
        <w:tc>
          <w:tcPr>
            <w:tcW w:w="1561" w:type="dxa"/>
          </w:tcPr>
          <w:p w14:paraId="01893628" w14:textId="77777777" w:rsidR="00540B47" w:rsidRDefault="00A32617">
            <w:r>
              <w:rPr>
                <w:sz w:val="18"/>
              </w:rPr>
              <w:t>Pablo L. Tubaro</w:t>
            </w:r>
          </w:p>
        </w:tc>
      </w:tr>
      <w:tr w:rsidR="00540B47" w14:paraId="09D9A147" w14:textId="77777777" w:rsidTr="00DD565D">
        <w:tc>
          <w:tcPr>
            <w:tcW w:w="942" w:type="dxa"/>
          </w:tcPr>
          <w:p w14:paraId="02983182" w14:textId="77777777" w:rsidR="00540B47" w:rsidRDefault="00A32617">
            <w:r>
              <w:rPr>
                <w:sz w:val="18"/>
              </w:rPr>
              <w:t>3584</w:t>
            </w:r>
          </w:p>
        </w:tc>
        <w:tc>
          <w:tcPr>
            <w:tcW w:w="1156" w:type="dxa"/>
          </w:tcPr>
          <w:p w14:paraId="23AFF692" w14:textId="77777777" w:rsidR="00540B47" w:rsidRDefault="00A32617">
            <w:r>
              <w:rPr>
                <w:sz w:val="18"/>
              </w:rPr>
              <w:t>MACN</w:t>
            </w:r>
          </w:p>
        </w:tc>
        <w:tc>
          <w:tcPr>
            <w:tcW w:w="1126" w:type="dxa"/>
          </w:tcPr>
          <w:p w14:paraId="309312ED" w14:textId="77777777" w:rsidR="00540B47" w:rsidRDefault="00A32617">
            <w:r>
              <w:rPr>
                <w:i/>
                <w:sz w:val="18"/>
              </w:rPr>
              <w:t>Z. capensis</w:t>
            </w:r>
          </w:p>
        </w:tc>
        <w:tc>
          <w:tcPr>
            <w:tcW w:w="977" w:type="dxa"/>
          </w:tcPr>
          <w:p w14:paraId="1549D2B3" w14:textId="77777777" w:rsidR="00540B47" w:rsidRDefault="00A32617">
            <w:r>
              <w:rPr>
                <w:sz w:val="18"/>
              </w:rPr>
              <w:t>-41.9999</w:t>
            </w:r>
          </w:p>
        </w:tc>
        <w:tc>
          <w:tcPr>
            <w:tcW w:w="1107" w:type="dxa"/>
          </w:tcPr>
          <w:p w14:paraId="4C24C886" w14:textId="77777777" w:rsidR="00540B47" w:rsidRDefault="00A32617">
            <w:r>
              <w:rPr>
                <w:sz w:val="18"/>
              </w:rPr>
              <w:t>-65.0716</w:t>
            </w:r>
          </w:p>
        </w:tc>
        <w:tc>
          <w:tcPr>
            <w:tcW w:w="1156" w:type="dxa"/>
          </w:tcPr>
          <w:p w14:paraId="3A2D944F" w14:textId="77777777" w:rsidR="00540B47" w:rsidRDefault="00A32617">
            <w:r>
              <w:rPr>
                <w:sz w:val="18"/>
              </w:rPr>
              <w:t>2025-11-08</w:t>
            </w:r>
          </w:p>
        </w:tc>
        <w:tc>
          <w:tcPr>
            <w:tcW w:w="727" w:type="dxa"/>
          </w:tcPr>
          <w:p w14:paraId="019F71C5" w14:textId="77777777" w:rsidR="00540B47" w:rsidRDefault="00A32617">
            <w:r>
              <w:rPr>
                <w:sz w:val="18"/>
              </w:rPr>
              <w:t>07:49</w:t>
            </w:r>
          </w:p>
        </w:tc>
        <w:tc>
          <w:tcPr>
            <w:tcW w:w="1561" w:type="dxa"/>
          </w:tcPr>
          <w:p w14:paraId="5CDC4897" w14:textId="77777777" w:rsidR="00540B47" w:rsidRDefault="00A32617">
            <w:r>
              <w:rPr>
                <w:sz w:val="18"/>
              </w:rPr>
              <w:t>Pablo L. Tubaro</w:t>
            </w:r>
          </w:p>
        </w:tc>
      </w:tr>
      <w:tr w:rsidR="00540B47" w14:paraId="04D2A2B1" w14:textId="77777777" w:rsidTr="00DD565D">
        <w:tc>
          <w:tcPr>
            <w:tcW w:w="942" w:type="dxa"/>
          </w:tcPr>
          <w:p w14:paraId="7D0CC641" w14:textId="77777777" w:rsidR="00540B47" w:rsidRDefault="00A32617">
            <w:r>
              <w:rPr>
                <w:sz w:val="18"/>
              </w:rPr>
              <w:t>3585</w:t>
            </w:r>
          </w:p>
        </w:tc>
        <w:tc>
          <w:tcPr>
            <w:tcW w:w="1156" w:type="dxa"/>
          </w:tcPr>
          <w:p w14:paraId="6E1EA4EB" w14:textId="77777777" w:rsidR="00540B47" w:rsidRDefault="00A32617">
            <w:r>
              <w:rPr>
                <w:sz w:val="18"/>
              </w:rPr>
              <w:t>MACN</w:t>
            </w:r>
          </w:p>
        </w:tc>
        <w:tc>
          <w:tcPr>
            <w:tcW w:w="1126" w:type="dxa"/>
          </w:tcPr>
          <w:p w14:paraId="28A9CE93" w14:textId="77777777" w:rsidR="00540B47" w:rsidRDefault="00A32617">
            <w:r>
              <w:rPr>
                <w:i/>
                <w:sz w:val="18"/>
              </w:rPr>
              <w:t>Z. capensis</w:t>
            </w:r>
          </w:p>
        </w:tc>
        <w:tc>
          <w:tcPr>
            <w:tcW w:w="977" w:type="dxa"/>
          </w:tcPr>
          <w:p w14:paraId="156692FB" w14:textId="77777777" w:rsidR="00540B47" w:rsidRDefault="00A32617">
            <w:r>
              <w:rPr>
                <w:sz w:val="18"/>
              </w:rPr>
              <w:t>-41.9999</w:t>
            </w:r>
          </w:p>
        </w:tc>
        <w:tc>
          <w:tcPr>
            <w:tcW w:w="1107" w:type="dxa"/>
          </w:tcPr>
          <w:p w14:paraId="1B2155CB" w14:textId="77777777" w:rsidR="00540B47" w:rsidRDefault="00A32617">
            <w:r>
              <w:rPr>
                <w:sz w:val="18"/>
              </w:rPr>
              <w:t>-65.0716</w:t>
            </w:r>
          </w:p>
        </w:tc>
        <w:tc>
          <w:tcPr>
            <w:tcW w:w="1156" w:type="dxa"/>
          </w:tcPr>
          <w:p w14:paraId="68E4FF78" w14:textId="77777777" w:rsidR="00540B47" w:rsidRDefault="00A32617">
            <w:r>
              <w:rPr>
                <w:sz w:val="18"/>
              </w:rPr>
              <w:t>2025-11-08</w:t>
            </w:r>
          </w:p>
        </w:tc>
        <w:tc>
          <w:tcPr>
            <w:tcW w:w="727" w:type="dxa"/>
          </w:tcPr>
          <w:p w14:paraId="34299DAC" w14:textId="77777777" w:rsidR="00540B47" w:rsidRDefault="00A32617">
            <w:r>
              <w:rPr>
                <w:sz w:val="18"/>
              </w:rPr>
              <w:t>07:52</w:t>
            </w:r>
          </w:p>
        </w:tc>
        <w:tc>
          <w:tcPr>
            <w:tcW w:w="1561" w:type="dxa"/>
          </w:tcPr>
          <w:p w14:paraId="3B92ABB9" w14:textId="77777777" w:rsidR="00540B47" w:rsidRDefault="00A32617">
            <w:r>
              <w:rPr>
                <w:sz w:val="18"/>
              </w:rPr>
              <w:t>Pablo L. Tubaro</w:t>
            </w:r>
          </w:p>
        </w:tc>
      </w:tr>
      <w:tr w:rsidR="00540B47" w14:paraId="16368A64" w14:textId="77777777" w:rsidTr="00DD565D">
        <w:tc>
          <w:tcPr>
            <w:tcW w:w="942" w:type="dxa"/>
          </w:tcPr>
          <w:p w14:paraId="1FB8028C" w14:textId="77777777" w:rsidR="00540B47" w:rsidRDefault="00A32617">
            <w:r>
              <w:rPr>
                <w:sz w:val="18"/>
              </w:rPr>
              <w:t>3586</w:t>
            </w:r>
          </w:p>
        </w:tc>
        <w:tc>
          <w:tcPr>
            <w:tcW w:w="1156" w:type="dxa"/>
          </w:tcPr>
          <w:p w14:paraId="714668B5" w14:textId="77777777" w:rsidR="00540B47" w:rsidRDefault="00A32617">
            <w:r>
              <w:rPr>
                <w:sz w:val="18"/>
              </w:rPr>
              <w:t>MACN</w:t>
            </w:r>
          </w:p>
        </w:tc>
        <w:tc>
          <w:tcPr>
            <w:tcW w:w="1126" w:type="dxa"/>
          </w:tcPr>
          <w:p w14:paraId="352BDC45" w14:textId="77777777" w:rsidR="00540B47" w:rsidRDefault="00A32617">
            <w:r>
              <w:rPr>
                <w:i/>
                <w:sz w:val="18"/>
              </w:rPr>
              <w:t>Z. capensis</w:t>
            </w:r>
          </w:p>
        </w:tc>
        <w:tc>
          <w:tcPr>
            <w:tcW w:w="977" w:type="dxa"/>
          </w:tcPr>
          <w:p w14:paraId="6EAE07EC" w14:textId="77777777" w:rsidR="00540B47" w:rsidRDefault="00A32617">
            <w:r>
              <w:rPr>
                <w:sz w:val="18"/>
              </w:rPr>
              <w:t>-41.9999</w:t>
            </w:r>
          </w:p>
        </w:tc>
        <w:tc>
          <w:tcPr>
            <w:tcW w:w="1107" w:type="dxa"/>
          </w:tcPr>
          <w:p w14:paraId="2572E62B" w14:textId="77777777" w:rsidR="00540B47" w:rsidRDefault="00A32617">
            <w:r>
              <w:rPr>
                <w:sz w:val="18"/>
              </w:rPr>
              <w:t>-65.0716</w:t>
            </w:r>
          </w:p>
        </w:tc>
        <w:tc>
          <w:tcPr>
            <w:tcW w:w="1156" w:type="dxa"/>
          </w:tcPr>
          <w:p w14:paraId="43F4B5CB" w14:textId="77777777" w:rsidR="00540B47" w:rsidRDefault="00A32617">
            <w:r>
              <w:rPr>
                <w:sz w:val="18"/>
              </w:rPr>
              <w:t>2025-11-08</w:t>
            </w:r>
          </w:p>
        </w:tc>
        <w:tc>
          <w:tcPr>
            <w:tcW w:w="727" w:type="dxa"/>
          </w:tcPr>
          <w:p w14:paraId="1DEF131A" w14:textId="77777777" w:rsidR="00540B47" w:rsidRDefault="00A32617">
            <w:r>
              <w:rPr>
                <w:sz w:val="18"/>
              </w:rPr>
              <w:t>07:54</w:t>
            </w:r>
          </w:p>
        </w:tc>
        <w:tc>
          <w:tcPr>
            <w:tcW w:w="1561" w:type="dxa"/>
          </w:tcPr>
          <w:p w14:paraId="77BC8490" w14:textId="77777777" w:rsidR="00540B47" w:rsidRDefault="00A32617">
            <w:r>
              <w:rPr>
                <w:sz w:val="18"/>
              </w:rPr>
              <w:t>Pablo L. Tubaro</w:t>
            </w:r>
          </w:p>
        </w:tc>
      </w:tr>
      <w:tr w:rsidR="00540B47" w14:paraId="0CF05505" w14:textId="77777777" w:rsidTr="00DD565D">
        <w:tc>
          <w:tcPr>
            <w:tcW w:w="942" w:type="dxa"/>
          </w:tcPr>
          <w:p w14:paraId="4567DE64" w14:textId="77777777" w:rsidR="00540B47" w:rsidRDefault="00A32617">
            <w:r>
              <w:rPr>
                <w:sz w:val="18"/>
              </w:rPr>
              <w:t>3587</w:t>
            </w:r>
          </w:p>
        </w:tc>
        <w:tc>
          <w:tcPr>
            <w:tcW w:w="1156" w:type="dxa"/>
          </w:tcPr>
          <w:p w14:paraId="3CCB87C8" w14:textId="77777777" w:rsidR="00540B47" w:rsidRDefault="00A32617">
            <w:r>
              <w:rPr>
                <w:sz w:val="18"/>
              </w:rPr>
              <w:t>MACN</w:t>
            </w:r>
          </w:p>
        </w:tc>
        <w:tc>
          <w:tcPr>
            <w:tcW w:w="1126" w:type="dxa"/>
          </w:tcPr>
          <w:p w14:paraId="6724DB3F" w14:textId="77777777" w:rsidR="00540B47" w:rsidRDefault="00A32617">
            <w:r>
              <w:rPr>
                <w:i/>
                <w:sz w:val="18"/>
              </w:rPr>
              <w:t>Z. capensis</w:t>
            </w:r>
          </w:p>
        </w:tc>
        <w:tc>
          <w:tcPr>
            <w:tcW w:w="977" w:type="dxa"/>
          </w:tcPr>
          <w:p w14:paraId="0BFBE6B1" w14:textId="77777777" w:rsidR="00540B47" w:rsidRDefault="00A32617">
            <w:r>
              <w:rPr>
                <w:sz w:val="18"/>
              </w:rPr>
              <w:t>-43.2572</w:t>
            </w:r>
          </w:p>
        </w:tc>
        <w:tc>
          <w:tcPr>
            <w:tcW w:w="1107" w:type="dxa"/>
          </w:tcPr>
          <w:p w14:paraId="59CDCFDE" w14:textId="77777777" w:rsidR="00540B47" w:rsidRDefault="00A32617">
            <w:r>
              <w:rPr>
                <w:sz w:val="18"/>
              </w:rPr>
              <w:t>-65.2628</w:t>
            </w:r>
          </w:p>
        </w:tc>
        <w:tc>
          <w:tcPr>
            <w:tcW w:w="1156" w:type="dxa"/>
          </w:tcPr>
          <w:p w14:paraId="47AC60FF" w14:textId="77777777" w:rsidR="00540B47" w:rsidRDefault="00A32617">
            <w:r>
              <w:rPr>
                <w:sz w:val="18"/>
              </w:rPr>
              <w:t>2025-11-08</w:t>
            </w:r>
          </w:p>
        </w:tc>
        <w:tc>
          <w:tcPr>
            <w:tcW w:w="727" w:type="dxa"/>
          </w:tcPr>
          <w:p w14:paraId="3B11FF50" w14:textId="77777777" w:rsidR="00540B47" w:rsidRDefault="00A32617">
            <w:r>
              <w:rPr>
                <w:sz w:val="18"/>
              </w:rPr>
              <w:t>10:16</w:t>
            </w:r>
          </w:p>
        </w:tc>
        <w:tc>
          <w:tcPr>
            <w:tcW w:w="1561" w:type="dxa"/>
          </w:tcPr>
          <w:p w14:paraId="3C7C7063" w14:textId="77777777" w:rsidR="00540B47" w:rsidRDefault="00A32617">
            <w:r>
              <w:rPr>
                <w:sz w:val="18"/>
              </w:rPr>
              <w:t>Pablo L. Tubaro</w:t>
            </w:r>
          </w:p>
        </w:tc>
      </w:tr>
      <w:tr w:rsidR="00540B47" w14:paraId="14D7D4C2" w14:textId="77777777" w:rsidTr="00DD565D">
        <w:tc>
          <w:tcPr>
            <w:tcW w:w="942" w:type="dxa"/>
          </w:tcPr>
          <w:p w14:paraId="7AFA4621" w14:textId="77777777" w:rsidR="00540B47" w:rsidRDefault="00A32617">
            <w:r>
              <w:rPr>
                <w:sz w:val="18"/>
              </w:rPr>
              <w:t>3588.1</w:t>
            </w:r>
          </w:p>
        </w:tc>
        <w:tc>
          <w:tcPr>
            <w:tcW w:w="1156" w:type="dxa"/>
          </w:tcPr>
          <w:p w14:paraId="6E614B5C" w14:textId="77777777" w:rsidR="00540B47" w:rsidRDefault="00A32617">
            <w:r>
              <w:rPr>
                <w:sz w:val="18"/>
              </w:rPr>
              <w:t>MACN</w:t>
            </w:r>
          </w:p>
        </w:tc>
        <w:tc>
          <w:tcPr>
            <w:tcW w:w="1126" w:type="dxa"/>
          </w:tcPr>
          <w:p w14:paraId="2594ED81" w14:textId="77777777" w:rsidR="00540B47" w:rsidRDefault="00A32617">
            <w:r>
              <w:rPr>
                <w:i/>
                <w:sz w:val="18"/>
              </w:rPr>
              <w:t>Z. capensis</w:t>
            </w:r>
          </w:p>
        </w:tc>
        <w:tc>
          <w:tcPr>
            <w:tcW w:w="977" w:type="dxa"/>
          </w:tcPr>
          <w:p w14:paraId="5D6822B0" w14:textId="77777777" w:rsidR="00540B47" w:rsidRDefault="00A32617">
            <w:r>
              <w:rPr>
                <w:sz w:val="18"/>
              </w:rPr>
              <w:t>-43.2572</w:t>
            </w:r>
          </w:p>
        </w:tc>
        <w:tc>
          <w:tcPr>
            <w:tcW w:w="1107" w:type="dxa"/>
          </w:tcPr>
          <w:p w14:paraId="7F0795F2" w14:textId="77777777" w:rsidR="00540B47" w:rsidRDefault="00A32617">
            <w:r>
              <w:rPr>
                <w:sz w:val="18"/>
              </w:rPr>
              <w:t>-65.2605</w:t>
            </w:r>
          </w:p>
        </w:tc>
        <w:tc>
          <w:tcPr>
            <w:tcW w:w="1156" w:type="dxa"/>
          </w:tcPr>
          <w:p w14:paraId="61106736" w14:textId="77777777" w:rsidR="00540B47" w:rsidRDefault="00A32617">
            <w:r>
              <w:rPr>
                <w:sz w:val="18"/>
              </w:rPr>
              <w:t>2025-11-08</w:t>
            </w:r>
          </w:p>
        </w:tc>
        <w:tc>
          <w:tcPr>
            <w:tcW w:w="727" w:type="dxa"/>
          </w:tcPr>
          <w:p w14:paraId="4D547E06" w14:textId="77777777" w:rsidR="00540B47" w:rsidRDefault="00A32617">
            <w:r>
              <w:rPr>
                <w:sz w:val="18"/>
              </w:rPr>
              <w:t>10:20</w:t>
            </w:r>
          </w:p>
        </w:tc>
        <w:tc>
          <w:tcPr>
            <w:tcW w:w="1561" w:type="dxa"/>
          </w:tcPr>
          <w:p w14:paraId="3D738C3D" w14:textId="77777777" w:rsidR="00540B47" w:rsidRDefault="00A32617">
            <w:r>
              <w:rPr>
                <w:sz w:val="18"/>
              </w:rPr>
              <w:t>Pablo L. Tubaro</w:t>
            </w:r>
          </w:p>
        </w:tc>
      </w:tr>
      <w:tr w:rsidR="00540B47" w14:paraId="14D9DD66" w14:textId="77777777" w:rsidTr="00DD565D">
        <w:tc>
          <w:tcPr>
            <w:tcW w:w="942" w:type="dxa"/>
          </w:tcPr>
          <w:p w14:paraId="3709CCBA" w14:textId="77777777" w:rsidR="00540B47" w:rsidRDefault="00A32617">
            <w:r>
              <w:rPr>
                <w:sz w:val="18"/>
              </w:rPr>
              <w:t>3588.2</w:t>
            </w:r>
          </w:p>
        </w:tc>
        <w:tc>
          <w:tcPr>
            <w:tcW w:w="1156" w:type="dxa"/>
          </w:tcPr>
          <w:p w14:paraId="0DFFC288" w14:textId="77777777" w:rsidR="00540B47" w:rsidRDefault="00A32617">
            <w:r>
              <w:rPr>
                <w:sz w:val="18"/>
              </w:rPr>
              <w:t>MACN</w:t>
            </w:r>
          </w:p>
        </w:tc>
        <w:tc>
          <w:tcPr>
            <w:tcW w:w="1126" w:type="dxa"/>
          </w:tcPr>
          <w:p w14:paraId="27D68F69" w14:textId="77777777" w:rsidR="00540B47" w:rsidRDefault="00A32617">
            <w:r>
              <w:rPr>
                <w:i/>
                <w:sz w:val="18"/>
              </w:rPr>
              <w:t>Z. capensis</w:t>
            </w:r>
          </w:p>
        </w:tc>
        <w:tc>
          <w:tcPr>
            <w:tcW w:w="977" w:type="dxa"/>
          </w:tcPr>
          <w:p w14:paraId="6D4864DE" w14:textId="77777777" w:rsidR="00540B47" w:rsidRDefault="00A32617">
            <w:r>
              <w:rPr>
                <w:sz w:val="18"/>
              </w:rPr>
              <w:t>-43.2572</w:t>
            </w:r>
          </w:p>
        </w:tc>
        <w:tc>
          <w:tcPr>
            <w:tcW w:w="1107" w:type="dxa"/>
          </w:tcPr>
          <w:p w14:paraId="0D527B8F" w14:textId="77777777" w:rsidR="00540B47" w:rsidRDefault="00A32617">
            <w:r>
              <w:rPr>
                <w:sz w:val="18"/>
              </w:rPr>
              <w:t>-65.2605</w:t>
            </w:r>
          </w:p>
        </w:tc>
        <w:tc>
          <w:tcPr>
            <w:tcW w:w="1156" w:type="dxa"/>
          </w:tcPr>
          <w:p w14:paraId="305AC76F" w14:textId="77777777" w:rsidR="00540B47" w:rsidRDefault="00A32617">
            <w:r>
              <w:rPr>
                <w:sz w:val="18"/>
              </w:rPr>
              <w:t>2025-11-08</w:t>
            </w:r>
          </w:p>
        </w:tc>
        <w:tc>
          <w:tcPr>
            <w:tcW w:w="727" w:type="dxa"/>
          </w:tcPr>
          <w:p w14:paraId="25A1C6CA" w14:textId="77777777" w:rsidR="00540B47" w:rsidRDefault="00A32617">
            <w:r>
              <w:rPr>
                <w:sz w:val="18"/>
              </w:rPr>
              <w:t>10:20</w:t>
            </w:r>
          </w:p>
        </w:tc>
        <w:tc>
          <w:tcPr>
            <w:tcW w:w="1561" w:type="dxa"/>
          </w:tcPr>
          <w:p w14:paraId="4A540893" w14:textId="77777777" w:rsidR="00540B47" w:rsidRDefault="00A32617">
            <w:r>
              <w:rPr>
                <w:sz w:val="18"/>
              </w:rPr>
              <w:t>Pablo L. Tubaro</w:t>
            </w:r>
          </w:p>
        </w:tc>
      </w:tr>
      <w:tr w:rsidR="00540B47" w14:paraId="3C1523B5" w14:textId="77777777" w:rsidTr="00DD565D">
        <w:tc>
          <w:tcPr>
            <w:tcW w:w="942" w:type="dxa"/>
          </w:tcPr>
          <w:p w14:paraId="050F5E69" w14:textId="77777777" w:rsidR="00540B47" w:rsidRDefault="00A32617">
            <w:r>
              <w:rPr>
                <w:sz w:val="18"/>
              </w:rPr>
              <w:t>3589</w:t>
            </w:r>
          </w:p>
        </w:tc>
        <w:tc>
          <w:tcPr>
            <w:tcW w:w="1156" w:type="dxa"/>
          </w:tcPr>
          <w:p w14:paraId="39A59925" w14:textId="77777777" w:rsidR="00540B47" w:rsidRDefault="00A32617">
            <w:r>
              <w:rPr>
                <w:sz w:val="18"/>
              </w:rPr>
              <w:t>MACN</w:t>
            </w:r>
          </w:p>
        </w:tc>
        <w:tc>
          <w:tcPr>
            <w:tcW w:w="1126" w:type="dxa"/>
          </w:tcPr>
          <w:p w14:paraId="20F0E05C" w14:textId="77777777" w:rsidR="00540B47" w:rsidRDefault="00A32617">
            <w:r>
              <w:rPr>
                <w:i/>
                <w:sz w:val="18"/>
              </w:rPr>
              <w:t>Z. capensis</w:t>
            </w:r>
          </w:p>
        </w:tc>
        <w:tc>
          <w:tcPr>
            <w:tcW w:w="977" w:type="dxa"/>
          </w:tcPr>
          <w:p w14:paraId="53DBDA93" w14:textId="77777777" w:rsidR="00540B47" w:rsidRDefault="00A32617">
            <w:r>
              <w:rPr>
                <w:sz w:val="18"/>
              </w:rPr>
              <w:t>-44.0280</w:t>
            </w:r>
          </w:p>
        </w:tc>
        <w:tc>
          <w:tcPr>
            <w:tcW w:w="1107" w:type="dxa"/>
          </w:tcPr>
          <w:p w14:paraId="345D193D" w14:textId="77777777" w:rsidR="00540B47" w:rsidRDefault="00A32617">
            <w:r>
              <w:rPr>
                <w:sz w:val="18"/>
              </w:rPr>
              <w:t>-65.9610</w:t>
            </w:r>
          </w:p>
        </w:tc>
        <w:tc>
          <w:tcPr>
            <w:tcW w:w="1156" w:type="dxa"/>
          </w:tcPr>
          <w:p w14:paraId="729DF8D9" w14:textId="77777777" w:rsidR="00540B47" w:rsidRDefault="00A32617">
            <w:r>
              <w:rPr>
                <w:sz w:val="18"/>
              </w:rPr>
              <w:t>2025-11-08</w:t>
            </w:r>
          </w:p>
        </w:tc>
        <w:tc>
          <w:tcPr>
            <w:tcW w:w="727" w:type="dxa"/>
          </w:tcPr>
          <w:p w14:paraId="316085CF" w14:textId="77777777" w:rsidR="00540B47" w:rsidRDefault="00A32617">
            <w:r>
              <w:rPr>
                <w:sz w:val="18"/>
              </w:rPr>
              <w:t>11:23</w:t>
            </w:r>
          </w:p>
        </w:tc>
        <w:tc>
          <w:tcPr>
            <w:tcW w:w="1561" w:type="dxa"/>
          </w:tcPr>
          <w:p w14:paraId="5EFA1C1B" w14:textId="77777777" w:rsidR="00540B47" w:rsidRDefault="00A32617">
            <w:r>
              <w:rPr>
                <w:sz w:val="18"/>
              </w:rPr>
              <w:t>Pablo L. Tubaro</w:t>
            </w:r>
          </w:p>
        </w:tc>
      </w:tr>
      <w:tr w:rsidR="00540B47" w14:paraId="40C21140" w14:textId="77777777" w:rsidTr="00DD565D">
        <w:tc>
          <w:tcPr>
            <w:tcW w:w="942" w:type="dxa"/>
          </w:tcPr>
          <w:p w14:paraId="12079FD0" w14:textId="77777777" w:rsidR="00540B47" w:rsidRDefault="00A32617">
            <w:r>
              <w:rPr>
                <w:sz w:val="18"/>
              </w:rPr>
              <w:t>3590</w:t>
            </w:r>
          </w:p>
        </w:tc>
        <w:tc>
          <w:tcPr>
            <w:tcW w:w="1156" w:type="dxa"/>
          </w:tcPr>
          <w:p w14:paraId="498AA5DC" w14:textId="77777777" w:rsidR="00540B47" w:rsidRDefault="00A32617">
            <w:r>
              <w:rPr>
                <w:sz w:val="18"/>
              </w:rPr>
              <w:t>MACN</w:t>
            </w:r>
          </w:p>
        </w:tc>
        <w:tc>
          <w:tcPr>
            <w:tcW w:w="1126" w:type="dxa"/>
          </w:tcPr>
          <w:p w14:paraId="6709C4B5" w14:textId="77777777" w:rsidR="00540B47" w:rsidRDefault="00A32617">
            <w:r>
              <w:rPr>
                <w:i/>
                <w:sz w:val="18"/>
              </w:rPr>
              <w:t>Z. capensis</w:t>
            </w:r>
          </w:p>
        </w:tc>
        <w:tc>
          <w:tcPr>
            <w:tcW w:w="977" w:type="dxa"/>
          </w:tcPr>
          <w:p w14:paraId="7CCC4125" w14:textId="77777777" w:rsidR="00540B47" w:rsidRDefault="00A32617">
            <w:r>
              <w:rPr>
                <w:sz w:val="18"/>
              </w:rPr>
              <w:t>-44.3408</w:t>
            </w:r>
          </w:p>
        </w:tc>
        <w:tc>
          <w:tcPr>
            <w:tcW w:w="1107" w:type="dxa"/>
          </w:tcPr>
          <w:p w14:paraId="42EC3023" w14:textId="77777777" w:rsidR="00540B47" w:rsidRDefault="00A32617">
            <w:r>
              <w:rPr>
                <w:sz w:val="18"/>
              </w:rPr>
              <w:t>-66.2352</w:t>
            </w:r>
          </w:p>
        </w:tc>
        <w:tc>
          <w:tcPr>
            <w:tcW w:w="1156" w:type="dxa"/>
          </w:tcPr>
          <w:p w14:paraId="79FF86C1" w14:textId="77777777" w:rsidR="00540B47" w:rsidRDefault="00A32617">
            <w:r>
              <w:rPr>
                <w:sz w:val="18"/>
              </w:rPr>
              <w:t>2025-11-08</w:t>
            </w:r>
          </w:p>
        </w:tc>
        <w:tc>
          <w:tcPr>
            <w:tcW w:w="727" w:type="dxa"/>
          </w:tcPr>
          <w:p w14:paraId="5AE1845C" w14:textId="77777777" w:rsidR="00540B47" w:rsidRDefault="00A32617">
            <w:r>
              <w:rPr>
                <w:sz w:val="18"/>
              </w:rPr>
              <w:t>11:56</w:t>
            </w:r>
          </w:p>
        </w:tc>
        <w:tc>
          <w:tcPr>
            <w:tcW w:w="1561" w:type="dxa"/>
          </w:tcPr>
          <w:p w14:paraId="189FAD25" w14:textId="77777777" w:rsidR="00540B47" w:rsidRDefault="00A32617">
            <w:r>
              <w:rPr>
                <w:sz w:val="18"/>
              </w:rPr>
              <w:t>Pablo L. Tubaro</w:t>
            </w:r>
          </w:p>
        </w:tc>
      </w:tr>
      <w:tr w:rsidR="00540B47" w14:paraId="5E06741C" w14:textId="77777777" w:rsidTr="00DD565D">
        <w:tc>
          <w:tcPr>
            <w:tcW w:w="942" w:type="dxa"/>
          </w:tcPr>
          <w:p w14:paraId="701C8F8D" w14:textId="77777777" w:rsidR="00540B47" w:rsidRDefault="00A32617">
            <w:r>
              <w:rPr>
                <w:sz w:val="18"/>
              </w:rPr>
              <w:t>3591</w:t>
            </w:r>
          </w:p>
        </w:tc>
        <w:tc>
          <w:tcPr>
            <w:tcW w:w="1156" w:type="dxa"/>
          </w:tcPr>
          <w:p w14:paraId="12BC031F" w14:textId="77777777" w:rsidR="00540B47" w:rsidRDefault="00A32617">
            <w:r>
              <w:rPr>
                <w:sz w:val="18"/>
              </w:rPr>
              <w:t>MACN</w:t>
            </w:r>
          </w:p>
        </w:tc>
        <w:tc>
          <w:tcPr>
            <w:tcW w:w="1126" w:type="dxa"/>
          </w:tcPr>
          <w:p w14:paraId="51D06925" w14:textId="77777777" w:rsidR="00540B47" w:rsidRDefault="00A32617">
            <w:r>
              <w:rPr>
                <w:i/>
                <w:sz w:val="18"/>
              </w:rPr>
              <w:t>Z. capensis</w:t>
            </w:r>
          </w:p>
        </w:tc>
        <w:tc>
          <w:tcPr>
            <w:tcW w:w="977" w:type="dxa"/>
          </w:tcPr>
          <w:p w14:paraId="435E82B6" w14:textId="77777777" w:rsidR="00540B47" w:rsidRDefault="00A32617">
            <w:r>
              <w:rPr>
                <w:sz w:val="18"/>
              </w:rPr>
              <w:t>-44.3408</w:t>
            </w:r>
          </w:p>
        </w:tc>
        <w:tc>
          <w:tcPr>
            <w:tcW w:w="1107" w:type="dxa"/>
          </w:tcPr>
          <w:p w14:paraId="1BC96AE4" w14:textId="77777777" w:rsidR="00540B47" w:rsidRDefault="00A32617">
            <w:r>
              <w:rPr>
                <w:sz w:val="18"/>
              </w:rPr>
              <w:t>-66.2352</w:t>
            </w:r>
          </w:p>
        </w:tc>
        <w:tc>
          <w:tcPr>
            <w:tcW w:w="1156" w:type="dxa"/>
          </w:tcPr>
          <w:p w14:paraId="19168073" w14:textId="77777777" w:rsidR="00540B47" w:rsidRDefault="00A32617">
            <w:r>
              <w:rPr>
                <w:sz w:val="18"/>
              </w:rPr>
              <w:t>2025-11-08</w:t>
            </w:r>
          </w:p>
        </w:tc>
        <w:tc>
          <w:tcPr>
            <w:tcW w:w="727" w:type="dxa"/>
          </w:tcPr>
          <w:p w14:paraId="0F4A8A88" w14:textId="77777777" w:rsidR="00540B47" w:rsidRDefault="00A32617">
            <w:r>
              <w:rPr>
                <w:sz w:val="18"/>
              </w:rPr>
              <w:t>11:59</w:t>
            </w:r>
          </w:p>
        </w:tc>
        <w:tc>
          <w:tcPr>
            <w:tcW w:w="1561" w:type="dxa"/>
          </w:tcPr>
          <w:p w14:paraId="39B13336" w14:textId="77777777" w:rsidR="00540B47" w:rsidRDefault="00A32617">
            <w:r>
              <w:rPr>
                <w:sz w:val="18"/>
              </w:rPr>
              <w:t>Pablo L. Tubaro</w:t>
            </w:r>
          </w:p>
        </w:tc>
      </w:tr>
      <w:tr w:rsidR="00540B47" w14:paraId="60C74A3B" w14:textId="77777777" w:rsidTr="00DD565D">
        <w:tc>
          <w:tcPr>
            <w:tcW w:w="942" w:type="dxa"/>
          </w:tcPr>
          <w:p w14:paraId="38A139AD" w14:textId="77777777" w:rsidR="00540B47" w:rsidRDefault="00A32617">
            <w:r>
              <w:rPr>
                <w:sz w:val="18"/>
              </w:rPr>
              <w:t>3592</w:t>
            </w:r>
          </w:p>
        </w:tc>
        <w:tc>
          <w:tcPr>
            <w:tcW w:w="1156" w:type="dxa"/>
          </w:tcPr>
          <w:p w14:paraId="1C2E8415" w14:textId="77777777" w:rsidR="00540B47" w:rsidRDefault="00A32617">
            <w:r>
              <w:rPr>
                <w:sz w:val="18"/>
              </w:rPr>
              <w:t>MACN</w:t>
            </w:r>
          </w:p>
        </w:tc>
        <w:tc>
          <w:tcPr>
            <w:tcW w:w="1126" w:type="dxa"/>
          </w:tcPr>
          <w:p w14:paraId="3F8DD220" w14:textId="77777777" w:rsidR="00540B47" w:rsidRDefault="00A32617">
            <w:r>
              <w:rPr>
                <w:i/>
                <w:sz w:val="18"/>
              </w:rPr>
              <w:t>Z. capensis</w:t>
            </w:r>
          </w:p>
        </w:tc>
        <w:tc>
          <w:tcPr>
            <w:tcW w:w="977" w:type="dxa"/>
          </w:tcPr>
          <w:p w14:paraId="3EC2EDD1" w14:textId="77777777" w:rsidR="00540B47" w:rsidRDefault="00A32617">
            <w:r>
              <w:rPr>
                <w:sz w:val="18"/>
              </w:rPr>
              <w:t>-44.5442</w:t>
            </w:r>
          </w:p>
        </w:tc>
        <w:tc>
          <w:tcPr>
            <w:tcW w:w="1107" w:type="dxa"/>
          </w:tcPr>
          <w:p w14:paraId="572A3CBF" w14:textId="77777777" w:rsidR="00540B47" w:rsidRDefault="00A32617">
            <w:r>
              <w:rPr>
                <w:sz w:val="18"/>
              </w:rPr>
              <w:t>-66.4661</w:t>
            </w:r>
          </w:p>
        </w:tc>
        <w:tc>
          <w:tcPr>
            <w:tcW w:w="1156" w:type="dxa"/>
          </w:tcPr>
          <w:p w14:paraId="0A6952B7" w14:textId="77777777" w:rsidR="00540B47" w:rsidRDefault="00A32617">
            <w:r>
              <w:rPr>
                <w:sz w:val="18"/>
              </w:rPr>
              <w:t>2025-11-08</w:t>
            </w:r>
          </w:p>
        </w:tc>
        <w:tc>
          <w:tcPr>
            <w:tcW w:w="727" w:type="dxa"/>
          </w:tcPr>
          <w:p w14:paraId="0596FC78" w14:textId="77777777" w:rsidR="00540B47" w:rsidRDefault="00A32617">
            <w:r>
              <w:rPr>
                <w:sz w:val="18"/>
              </w:rPr>
              <w:t>12:39</w:t>
            </w:r>
          </w:p>
        </w:tc>
        <w:tc>
          <w:tcPr>
            <w:tcW w:w="1561" w:type="dxa"/>
          </w:tcPr>
          <w:p w14:paraId="0C602DBC" w14:textId="77777777" w:rsidR="00540B47" w:rsidRDefault="00A32617">
            <w:r>
              <w:rPr>
                <w:sz w:val="18"/>
              </w:rPr>
              <w:t>Agustin I. Casale</w:t>
            </w:r>
          </w:p>
        </w:tc>
      </w:tr>
      <w:tr w:rsidR="00540B47" w14:paraId="4630D267" w14:textId="77777777" w:rsidTr="00DD565D">
        <w:tc>
          <w:tcPr>
            <w:tcW w:w="942" w:type="dxa"/>
          </w:tcPr>
          <w:p w14:paraId="58779778" w14:textId="77777777" w:rsidR="00540B47" w:rsidRDefault="00A32617">
            <w:r>
              <w:rPr>
                <w:sz w:val="18"/>
              </w:rPr>
              <w:t>3593</w:t>
            </w:r>
          </w:p>
        </w:tc>
        <w:tc>
          <w:tcPr>
            <w:tcW w:w="1156" w:type="dxa"/>
          </w:tcPr>
          <w:p w14:paraId="7EFAAEDB" w14:textId="77777777" w:rsidR="00540B47" w:rsidRDefault="00A32617">
            <w:r>
              <w:rPr>
                <w:sz w:val="18"/>
              </w:rPr>
              <w:t>MACN</w:t>
            </w:r>
          </w:p>
        </w:tc>
        <w:tc>
          <w:tcPr>
            <w:tcW w:w="1126" w:type="dxa"/>
          </w:tcPr>
          <w:p w14:paraId="721306B6" w14:textId="77777777" w:rsidR="00540B47" w:rsidRDefault="00A32617">
            <w:r>
              <w:rPr>
                <w:i/>
                <w:sz w:val="18"/>
              </w:rPr>
              <w:t>Z. capensis</w:t>
            </w:r>
          </w:p>
        </w:tc>
        <w:tc>
          <w:tcPr>
            <w:tcW w:w="977" w:type="dxa"/>
          </w:tcPr>
          <w:p w14:paraId="5EF55765" w14:textId="77777777" w:rsidR="00540B47" w:rsidRDefault="00A32617">
            <w:r>
              <w:rPr>
                <w:sz w:val="18"/>
              </w:rPr>
              <w:t>-44.2304</w:t>
            </w:r>
          </w:p>
        </w:tc>
        <w:tc>
          <w:tcPr>
            <w:tcW w:w="1107" w:type="dxa"/>
          </w:tcPr>
          <w:p w14:paraId="0526B176" w14:textId="77777777" w:rsidR="00540B47" w:rsidRDefault="00A32617">
            <w:r>
              <w:rPr>
                <w:sz w:val="18"/>
              </w:rPr>
              <w:t>-66.1124</w:t>
            </w:r>
          </w:p>
        </w:tc>
        <w:tc>
          <w:tcPr>
            <w:tcW w:w="1156" w:type="dxa"/>
          </w:tcPr>
          <w:p w14:paraId="3872A155" w14:textId="77777777" w:rsidR="00540B47" w:rsidRDefault="00A32617">
            <w:r>
              <w:rPr>
                <w:sz w:val="18"/>
              </w:rPr>
              <w:t>2025-11-08</w:t>
            </w:r>
          </w:p>
        </w:tc>
        <w:tc>
          <w:tcPr>
            <w:tcW w:w="727" w:type="dxa"/>
          </w:tcPr>
          <w:p w14:paraId="20A40CD4" w14:textId="77777777" w:rsidR="00540B47" w:rsidRDefault="00A32617">
            <w:r>
              <w:rPr>
                <w:sz w:val="18"/>
              </w:rPr>
              <w:t>12:25</w:t>
            </w:r>
          </w:p>
        </w:tc>
        <w:tc>
          <w:tcPr>
            <w:tcW w:w="1561" w:type="dxa"/>
          </w:tcPr>
          <w:p w14:paraId="508CD76A" w14:textId="77777777" w:rsidR="00540B47" w:rsidRDefault="00A32617">
            <w:r>
              <w:rPr>
                <w:sz w:val="18"/>
              </w:rPr>
              <w:t>Pablo L. Tubaro</w:t>
            </w:r>
          </w:p>
        </w:tc>
      </w:tr>
      <w:tr w:rsidR="00540B47" w14:paraId="5A892191" w14:textId="77777777" w:rsidTr="00DD565D">
        <w:tc>
          <w:tcPr>
            <w:tcW w:w="942" w:type="dxa"/>
          </w:tcPr>
          <w:p w14:paraId="5A048B8A" w14:textId="77777777" w:rsidR="00540B47" w:rsidRDefault="00A32617">
            <w:r>
              <w:rPr>
                <w:sz w:val="18"/>
              </w:rPr>
              <w:t>3594</w:t>
            </w:r>
          </w:p>
        </w:tc>
        <w:tc>
          <w:tcPr>
            <w:tcW w:w="1156" w:type="dxa"/>
          </w:tcPr>
          <w:p w14:paraId="7B6A09F7" w14:textId="77777777" w:rsidR="00540B47" w:rsidRDefault="00A32617">
            <w:r>
              <w:rPr>
                <w:sz w:val="18"/>
              </w:rPr>
              <w:t>MACN</w:t>
            </w:r>
          </w:p>
        </w:tc>
        <w:tc>
          <w:tcPr>
            <w:tcW w:w="1126" w:type="dxa"/>
          </w:tcPr>
          <w:p w14:paraId="2E0D4AF5" w14:textId="77777777" w:rsidR="00540B47" w:rsidRDefault="00A32617">
            <w:r>
              <w:rPr>
                <w:i/>
                <w:sz w:val="18"/>
              </w:rPr>
              <w:t>Z. capensis</w:t>
            </w:r>
          </w:p>
        </w:tc>
        <w:tc>
          <w:tcPr>
            <w:tcW w:w="977" w:type="dxa"/>
          </w:tcPr>
          <w:p w14:paraId="4F016727" w14:textId="77777777" w:rsidR="00540B47" w:rsidRDefault="00A32617">
            <w:r>
              <w:rPr>
                <w:sz w:val="18"/>
              </w:rPr>
              <w:t>-44.2304</w:t>
            </w:r>
          </w:p>
        </w:tc>
        <w:tc>
          <w:tcPr>
            <w:tcW w:w="1107" w:type="dxa"/>
          </w:tcPr>
          <w:p w14:paraId="03DF2E52" w14:textId="77777777" w:rsidR="00540B47" w:rsidRDefault="00A32617">
            <w:r>
              <w:rPr>
                <w:sz w:val="18"/>
              </w:rPr>
              <w:t>-66.1124</w:t>
            </w:r>
          </w:p>
        </w:tc>
        <w:tc>
          <w:tcPr>
            <w:tcW w:w="1156" w:type="dxa"/>
          </w:tcPr>
          <w:p w14:paraId="2400A987" w14:textId="77777777" w:rsidR="00540B47" w:rsidRDefault="00A32617">
            <w:r>
              <w:rPr>
                <w:sz w:val="18"/>
              </w:rPr>
              <w:t>2025-11-08</w:t>
            </w:r>
          </w:p>
        </w:tc>
        <w:tc>
          <w:tcPr>
            <w:tcW w:w="727" w:type="dxa"/>
          </w:tcPr>
          <w:p w14:paraId="48745A30" w14:textId="77777777" w:rsidR="00540B47" w:rsidRDefault="00A32617">
            <w:r>
              <w:rPr>
                <w:sz w:val="18"/>
              </w:rPr>
              <w:t>12:31</w:t>
            </w:r>
          </w:p>
        </w:tc>
        <w:tc>
          <w:tcPr>
            <w:tcW w:w="1561" w:type="dxa"/>
          </w:tcPr>
          <w:p w14:paraId="32B4BB7B" w14:textId="77777777" w:rsidR="00540B47" w:rsidRDefault="00A32617">
            <w:r>
              <w:rPr>
                <w:sz w:val="18"/>
              </w:rPr>
              <w:t>Pablo L. Tubaro</w:t>
            </w:r>
          </w:p>
        </w:tc>
      </w:tr>
      <w:tr w:rsidR="00540B47" w14:paraId="32134A17" w14:textId="77777777" w:rsidTr="00DD565D">
        <w:tc>
          <w:tcPr>
            <w:tcW w:w="942" w:type="dxa"/>
          </w:tcPr>
          <w:p w14:paraId="59D9A73E" w14:textId="77777777" w:rsidR="00540B47" w:rsidRDefault="00A32617">
            <w:r>
              <w:rPr>
                <w:sz w:val="18"/>
              </w:rPr>
              <w:t>3595.1</w:t>
            </w:r>
          </w:p>
        </w:tc>
        <w:tc>
          <w:tcPr>
            <w:tcW w:w="1156" w:type="dxa"/>
          </w:tcPr>
          <w:p w14:paraId="0DF1E120" w14:textId="77777777" w:rsidR="00540B47" w:rsidRDefault="00A32617">
            <w:r>
              <w:rPr>
                <w:sz w:val="18"/>
              </w:rPr>
              <w:t>MACN</w:t>
            </w:r>
          </w:p>
        </w:tc>
        <w:tc>
          <w:tcPr>
            <w:tcW w:w="1126" w:type="dxa"/>
          </w:tcPr>
          <w:p w14:paraId="135635CF" w14:textId="77777777" w:rsidR="00540B47" w:rsidRDefault="00A32617">
            <w:r>
              <w:rPr>
                <w:i/>
                <w:sz w:val="18"/>
              </w:rPr>
              <w:t>Z. capensis</w:t>
            </w:r>
          </w:p>
        </w:tc>
        <w:tc>
          <w:tcPr>
            <w:tcW w:w="977" w:type="dxa"/>
          </w:tcPr>
          <w:p w14:paraId="6D5B0DFA" w14:textId="77777777" w:rsidR="00540B47" w:rsidRDefault="00A32617">
            <w:r>
              <w:rPr>
                <w:sz w:val="18"/>
              </w:rPr>
              <w:t>-44.4571</w:t>
            </w:r>
          </w:p>
        </w:tc>
        <w:tc>
          <w:tcPr>
            <w:tcW w:w="1107" w:type="dxa"/>
          </w:tcPr>
          <w:p w14:paraId="59343079" w14:textId="77777777" w:rsidR="00540B47" w:rsidRDefault="00A32617">
            <w:r>
              <w:rPr>
                <w:sz w:val="18"/>
              </w:rPr>
              <w:t>-66.3727</w:t>
            </w:r>
          </w:p>
        </w:tc>
        <w:tc>
          <w:tcPr>
            <w:tcW w:w="1156" w:type="dxa"/>
          </w:tcPr>
          <w:p w14:paraId="42346727" w14:textId="77777777" w:rsidR="00540B47" w:rsidRDefault="00A32617">
            <w:r>
              <w:rPr>
                <w:sz w:val="18"/>
              </w:rPr>
              <w:t>2025-11-08</w:t>
            </w:r>
          </w:p>
        </w:tc>
        <w:tc>
          <w:tcPr>
            <w:tcW w:w="727" w:type="dxa"/>
          </w:tcPr>
          <w:p w14:paraId="6F660ACC" w14:textId="77777777" w:rsidR="00540B47" w:rsidRDefault="00A32617">
            <w:r>
              <w:rPr>
                <w:sz w:val="18"/>
              </w:rPr>
              <w:t>12:44</w:t>
            </w:r>
          </w:p>
        </w:tc>
        <w:tc>
          <w:tcPr>
            <w:tcW w:w="1561" w:type="dxa"/>
          </w:tcPr>
          <w:p w14:paraId="38B926D3" w14:textId="77777777" w:rsidR="00540B47" w:rsidRDefault="00A32617">
            <w:r>
              <w:rPr>
                <w:sz w:val="18"/>
              </w:rPr>
              <w:t>Pablo L. Tubaro</w:t>
            </w:r>
          </w:p>
        </w:tc>
      </w:tr>
      <w:tr w:rsidR="00540B47" w14:paraId="4723BE63" w14:textId="77777777" w:rsidTr="00DD565D">
        <w:tc>
          <w:tcPr>
            <w:tcW w:w="942" w:type="dxa"/>
          </w:tcPr>
          <w:p w14:paraId="290E1B3D" w14:textId="77777777" w:rsidR="00540B47" w:rsidRDefault="00A32617">
            <w:r>
              <w:rPr>
                <w:sz w:val="18"/>
              </w:rPr>
              <w:t>3595.2</w:t>
            </w:r>
          </w:p>
        </w:tc>
        <w:tc>
          <w:tcPr>
            <w:tcW w:w="1156" w:type="dxa"/>
          </w:tcPr>
          <w:p w14:paraId="1D37C68F" w14:textId="77777777" w:rsidR="00540B47" w:rsidRDefault="00A32617">
            <w:r>
              <w:rPr>
                <w:sz w:val="18"/>
              </w:rPr>
              <w:t>MACN</w:t>
            </w:r>
          </w:p>
        </w:tc>
        <w:tc>
          <w:tcPr>
            <w:tcW w:w="1126" w:type="dxa"/>
          </w:tcPr>
          <w:p w14:paraId="7FC915CA" w14:textId="77777777" w:rsidR="00540B47" w:rsidRDefault="00A32617">
            <w:r>
              <w:rPr>
                <w:i/>
                <w:sz w:val="18"/>
              </w:rPr>
              <w:t>Z. capensis</w:t>
            </w:r>
          </w:p>
        </w:tc>
        <w:tc>
          <w:tcPr>
            <w:tcW w:w="977" w:type="dxa"/>
          </w:tcPr>
          <w:p w14:paraId="6055EF46" w14:textId="77777777" w:rsidR="00540B47" w:rsidRDefault="00A32617">
            <w:r>
              <w:rPr>
                <w:sz w:val="18"/>
              </w:rPr>
              <w:t>-44.4571</w:t>
            </w:r>
          </w:p>
        </w:tc>
        <w:tc>
          <w:tcPr>
            <w:tcW w:w="1107" w:type="dxa"/>
          </w:tcPr>
          <w:p w14:paraId="5BC94B3C" w14:textId="77777777" w:rsidR="00540B47" w:rsidRDefault="00A32617">
            <w:r>
              <w:rPr>
                <w:sz w:val="18"/>
              </w:rPr>
              <w:t>-66.3727</w:t>
            </w:r>
          </w:p>
        </w:tc>
        <w:tc>
          <w:tcPr>
            <w:tcW w:w="1156" w:type="dxa"/>
          </w:tcPr>
          <w:p w14:paraId="545831D5" w14:textId="77777777" w:rsidR="00540B47" w:rsidRDefault="00A32617">
            <w:r>
              <w:rPr>
                <w:sz w:val="18"/>
              </w:rPr>
              <w:t>2025-11-08</w:t>
            </w:r>
          </w:p>
        </w:tc>
        <w:tc>
          <w:tcPr>
            <w:tcW w:w="727" w:type="dxa"/>
          </w:tcPr>
          <w:p w14:paraId="567CADF1" w14:textId="77777777" w:rsidR="00540B47" w:rsidRDefault="00A32617">
            <w:r>
              <w:rPr>
                <w:sz w:val="18"/>
              </w:rPr>
              <w:t>12:44</w:t>
            </w:r>
          </w:p>
        </w:tc>
        <w:tc>
          <w:tcPr>
            <w:tcW w:w="1561" w:type="dxa"/>
          </w:tcPr>
          <w:p w14:paraId="0829D02B" w14:textId="77777777" w:rsidR="00540B47" w:rsidRDefault="00A32617">
            <w:r>
              <w:rPr>
                <w:sz w:val="18"/>
              </w:rPr>
              <w:t>Pablo L. Tubaro</w:t>
            </w:r>
          </w:p>
        </w:tc>
      </w:tr>
      <w:tr w:rsidR="00540B47" w14:paraId="16A50EBA" w14:textId="77777777" w:rsidTr="00DD565D">
        <w:tc>
          <w:tcPr>
            <w:tcW w:w="942" w:type="dxa"/>
          </w:tcPr>
          <w:p w14:paraId="414BC1B8" w14:textId="77777777" w:rsidR="00540B47" w:rsidRDefault="00A32617">
            <w:r>
              <w:rPr>
                <w:sz w:val="18"/>
              </w:rPr>
              <w:lastRenderedPageBreak/>
              <w:t>3596</w:t>
            </w:r>
          </w:p>
        </w:tc>
        <w:tc>
          <w:tcPr>
            <w:tcW w:w="1156" w:type="dxa"/>
          </w:tcPr>
          <w:p w14:paraId="12537CF3" w14:textId="77777777" w:rsidR="00540B47" w:rsidRDefault="00A32617">
            <w:r>
              <w:rPr>
                <w:sz w:val="18"/>
              </w:rPr>
              <w:t>MACN</w:t>
            </w:r>
          </w:p>
        </w:tc>
        <w:tc>
          <w:tcPr>
            <w:tcW w:w="1126" w:type="dxa"/>
          </w:tcPr>
          <w:p w14:paraId="27ED263C" w14:textId="77777777" w:rsidR="00540B47" w:rsidRDefault="00A32617">
            <w:r>
              <w:rPr>
                <w:i/>
                <w:sz w:val="18"/>
              </w:rPr>
              <w:t>Z. capensis</w:t>
            </w:r>
          </w:p>
        </w:tc>
        <w:tc>
          <w:tcPr>
            <w:tcW w:w="977" w:type="dxa"/>
          </w:tcPr>
          <w:p w14:paraId="4FE088DD" w14:textId="77777777" w:rsidR="00540B47" w:rsidRDefault="00A32617">
            <w:r>
              <w:rPr>
                <w:sz w:val="18"/>
              </w:rPr>
              <w:t>-44.4571</w:t>
            </w:r>
          </w:p>
        </w:tc>
        <w:tc>
          <w:tcPr>
            <w:tcW w:w="1107" w:type="dxa"/>
          </w:tcPr>
          <w:p w14:paraId="73EF618C" w14:textId="77777777" w:rsidR="00540B47" w:rsidRDefault="00A32617">
            <w:r>
              <w:rPr>
                <w:sz w:val="18"/>
              </w:rPr>
              <w:t>-66.3727</w:t>
            </w:r>
          </w:p>
        </w:tc>
        <w:tc>
          <w:tcPr>
            <w:tcW w:w="1156" w:type="dxa"/>
          </w:tcPr>
          <w:p w14:paraId="417E1AD7" w14:textId="77777777" w:rsidR="00540B47" w:rsidRDefault="00A32617">
            <w:r>
              <w:rPr>
                <w:sz w:val="18"/>
              </w:rPr>
              <w:t>2025-11-08</w:t>
            </w:r>
          </w:p>
        </w:tc>
        <w:tc>
          <w:tcPr>
            <w:tcW w:w="727" w:type="dxa"/>
          </w:tcPr>
          <w:p w14:paraId="1DD88200" w14:textId="77777777" w:rsidR="00540B47" w:rsidRDefault="00A32617">
            <w:r>
              <w:rPr>
                <w:sz w:val="18"/>
              </w:rPr>
              <w:t>12:48</w:t>
            </w:r>
          </w:p>
        </w:tc>
        <w:tc>
          <w:tcPr>
            <w:tcW w:w="1561" w:type="dxa"/>
          </w:tcPr>
          <w:p w14:paraId="15FFEFF4" w14:textId="77777777" w:rsidR="00540B47" w:rsidRDefault="00A32617">
            <w:r>
              <w:rPr>
                <w:sz w:val="18"/>
              </w:rPr>
              <w:t>Pablo L. Tubaro</w:t>
            </w:r>
          </w:p>
        </w:tc>
      </w:tr>
      <w:tr w:rsidR="00540B47" w14:paraId="1514F915" w14:textId="77777777" w:rsidTr="00DD565D">
        <w:tc>
          <w:tcPr>
            <w:tcW w:w="942" w:type="dxa"/>
          </w:tcPr>
          <w:p w14:paraId="5532BA0E" w14:textId="77777777" w:rsidR="00540B47" w:rsidRDefault="00A32617">
            <w:r>
              <w:rPr>
                <w:sz w:val="18"/>
              </w:rPr>
              <w:t>3597</w:t>
            </w:r>
          </w:p>
        </w:tc>
        <w:tc>
          <w:tcPr>
            <w:tcW w:w="1156" w:type="dxa"/>
          </w:tcPr>
          <w:p w14:paraId="161885AD" w14:textId="77777777" w:rsidR="00540B47" w:rsidRDefault="00A32617">
            <w:r>
              <w:rPr>
                <w:sz w:val="18"/>
              </w:rPr>
              <w:t>MACN</w:t>
            </w:r>
          </w:p>
        </w:tc>
        <w:tc>
          <w:tcPr>
            <w:tcW w:w="1126" w:type="dxa"/>
          </w:tcPr>
          <w:p w14:paraId="45CD087A" w14:textId="77777777" w:rsidR="00540B47" w:rsidRDefault="00A32617">
            <w:r>
              <w:rPr>
                <w:i/>
                <w:sz w:val="18"/>
              </w:rPr>
              <w:t>Z. capensis</w:t>
            </w:r>
          </w:p>
        </w:tc>
        <w:tc>
          <w:tcPr>
            <w:tcW w:w="977" w:type="dxa"/>
          </w:tcPr>
          <w:p w14:paraId="65CB06DC" w14:textId="77777777" w:rsidR="00540B47" w:rsidRDefault="00A32617">
            <w:r>
              <w:rPr>
                <w:sz w:val="18"/>
              </w:rPr>
              <w:t>-44.4571</w:t>
            </w:r>
          </w:p>
        </w:tc>
        <w:tc>
          <w:tcPr>
            <w:tcW w:w="1107" w:type="dxa"/>
          </w:tcPr>
          <w:p w14:paraId="38D31E42" w14:textId="77777777" w:rsidR="00540B47" w:rsidRDefault="00A32617">
            <w:r>
              <w:rPr>
                <w:sz w:val="18"/>
              </w:rPr>
              <w:t>-66.3727</w:t>
            </w:r>
          </w:p>
        </w:tc>
        <w:tc>
          <w:tcPr>
            <w:tcW w:w="1156" w:type="dxa"/>
          </w:tcPr>
          <w:p w14:paraId="163C98E1" w14:textId="77777777" w:rsidR="00540B47" w:rsidRDefault="00A32617">
            <w:r>
              <w:rPr>
                <w:sz w:val="18"/>
              </w:rPr>
              <w:t>2025-11-08</w:t>
            </w:r>
          </w:p>
        </w:tc>
        <w:tc>
          <w:tcPr>
            <w:tcW w:w="727" w:type="dxa"/>
          </w:tcPr>
          <w:p w14:paraId="2DC1AD7B" w14:textId="77777777" w:rsidR="00540B47" w:rsidRDefault="00A32617">
            <w:r>
              <w:rPr>
                <w:sz w:val="18"/>
              </w:rPr>
              <w:t>12:51</w:t>
            </w:r>
          </w:p>
        </w:tc>
        <w:tc>
          <w:tcPr>
            <w:tcW w:w="1561" w:type="dxa"/>
          </w:tcPr>
          <w:p w14:paraId="7A2914EE" w14:textId="77777777" w:rsidR="00540B47" w:rsidRDefault="00A32617">
            <w:r>
              <w:rPr>
                <w:sz w:val="18"/>
              </w:rPr>
              <w:t>Pablo L. Tubaro</w:t>
            </w:r>
          </w:p>
        </w:tc>
      </w:tr>
      <w:tr w:rsidR="00540B47" w14:paraId="1C7E5975" w14:textId="77777777" w:rsidTr="00DD565D">
        <w:tc>
          <w:tcPr>
            <w:tcW w:w="942" w:type="dxa"/>
          </w:tcPr>
          <w:p w14:paraId="60A44F9A" w14:textId="77777777" w:rsidR="00540B47" w:rsidRDefault="00A32617">
            <w:r>
              <w:rPr>
                <w:sz w:val="18"/>
              </w:rPr>
              <w:lastRenderedPageBreak/>
              <w:t>3598</w:t>
            </w:r>
          </w:p>
        </w:tc>
        <w:tc>
          <w:tcPr>
            <w:tcW w:w="1156" w:type="dxa"/>
          </w:tcPr>
          <w:p w14:paraId="1A8EB0E6" w14:textId="77777777" w:rsidR="00540B47" w:rsidRDefault="00A32617">
            <w:r>
              <w:rPr>
                <w:sz w:val="18"/>
              </w:rPr>
              <w:t>MACN</w:t>
            </w:r>
          </w:p>
        </w:tc>
        <w:tc>
          <w:tcPr>
            <w:tcW w:w="1126" w:type="dxa"/>
          </w:tcPr>
          <w:p w14:paraId="6F2514E2" w14:textId="77777777" w:rsidR="00540B47" w:rsidRDefault="00A32617">
            <w:r>
              <w:rPr>
                <w:i/>
                <w:sz w:val="18"/>
              </w:rPr>
              <w:t>Z. capensis</w:t>
            </w:r>
          </w:p>
        </w:tc>
        <w:tc>
          <w:tcPr>
            <w:tcW w:w="977" w:type="dxa"/>
          </w:tcPr>
          <w:p w14:paraId="7C9F1E2E" w14:textId="77777777" w:rsidR="00540B47" w:rsidRDefault="00A32617">
            <w:r>
              <w:rPr>
                <w:sz w:val="18"/>
              </w:rPr>
              <w:t>-44.4571</w:t>
            </w:r>
          </w:p>
        </w:tc>
        <w:tc>
          <w:tcPr>
            <w:tcW w:w="1107" w:type="dxa"/>
          </w:tcPr>
          <w:p w14:paraId="7F55C31E" w14:textId="77777777" w:rsidR="00540B47" w:rsidRDefault="00A32617">
            <w:r>
              <w:rPr>
                <w:sz w:val="18"/>
              </w:rPr>
              <w:t>-66.3727</w:t>
            </w:r>
          </w:p>
        </w:tc>
        <w:tc>
          <w:tcPr>
            <w:tcW w:w="1156" w:type="dxa"/>
          </w:tcPr>
          <w:p w14:paraId="182B5235" w14:textId="77777777" w:rsidR="00540B47" w:rsidRDefault="00A32617">
            <w:r>
              <w:rPr>
                <w:sz w:val="18"/>
              </w:rPr>
              <w:t>2025-11-08</w:t>
            </w:r>
          </w:p>
        </w:tc>
        <w:tc>
          <w:tcPr>
            <w:tcW w:w="727" w:type="dxa"/>
          </w:tcPr>
          <w:p w14:paraId="50FD7BEB" w14:textId="77777777" w:rsidR="00540B47" w:rsidRDefault="00A32617">
            <w:r>
              <w:rPr>
                <w:sz w:val="18"/>
              </w:rPr>
              <w:t>12:52</w:t>
            </w:r>
          </w:p>
        </w:tc>
        <w:tc>
          <w:tcPr>
            <w:tcW w:w="1561" w:type="dxa"/>
          </w:tcPr>
          <w:p w14:paraId="2787B6D9" w14:textId="77777777" w:rsidR="00540B47" w:rsidRDefault="00A32617">
            <w:r>
              <w:rPr>
                <w:sz w:val="18"/>
              </w:rPr>
              <w:t>Pablo L. Tubaro</w:t>
            </w:r>
          </w:p>
        </w:tc>
      </w:tr>
      <w:tr w:rsidR="00540B47" w14:paraId="77A4337F" w14:textId="77777777" w:rsidTr="00DD565D">
        <w:tc>
          <w:tcPr>
            <w:tcW w:w="942" w:type="dxa"/>
          </w:tcPr>
          <w:p w14:paraId="363AA0F1" w14:textId="77777777" w:rsidR="00540B47" w:rsidRDefault="00A32617">
            <w:r>
              <w:rPr>
                <w:sz w:val="18"/>
              </w:rPr>
              <w:t>3599</w:t>
            </w:r>
          </w:p>
        </w:tc>
        <w:tc>
          <w:tcPr>
            <w:tcW w:w="1156" w:type="dxa"/>
          </w:tcPr>
          <w:p w14:paraId="023D0350" w14:textId="77777777" w:rsidR="00540B47" w:rsidRDefault="00A32617">
            <w:r>
              <w:rPr>
                <w:sz w:val="18"/>
              </w:rPr>
              <w:t>MACN</w:t>
            </w:r>
          </w:p>
        </w:tc>
        <w:tc>
          <w:tcPr>
            <w:tcW w:w="1126" w:type="dxa"/>
          </w:tcPr>
          <w:p w14:paraId="79B4CBA8" w14:textId="77777777" w:rsidR="00540B47" w:rsidRDefault="00A32617">
            <w:r>
              <w:rPr>
                <w:i/>
                <w:sz w:val="18"/>
              </w:rPr>
              <w:t>Z. capensis</w:t>
            </w:r>
          </w:p>
        </w:tc>
        <w:tc>
          <w:tcPr>
            <w:tcW w:w="977" w:type="dxa"/>
          </w:tcPr>
          <w:p w14:paraId="27F5E3B2" w14:textId="77777777" w:rsidR="00540B47" w:rsidRDefault="00A32617">
            <w:r>
              <w:rPr>
                <w:sz w:val="18"/>
              </w:rPr>
              <w:t>-44.4571</w:t>
            </w:r>
          </w:p>
        </w:tc>
        <w:tc>
          <w:tcPr>
            <w:tcW w:w="1107" w:type="dxa"/>
          </w:tcPr>
          <w:p w14:paraId="1F2CF138" w14:textId="77777777" w:rsidR="00540B47" w:rsidRDefault="00A32617">
            <w:r>
              <w:rPr>
                <w:sz w:val="18"/>
              </w:rPr>
              <w:t>-66.3727</w:t>
            </w:r>
          </w:p>
        </w:tc>
        <w:tc>
          <w:tcPr>
            <w:tcW w:w="1156" w:type="dxa"/>
          </w:tcPr>
          <w:p w14:paraId="1A2EA4BF" w14:textId="77777777" w:rsidR="00540B47" w:rsidRDefault="00A32617">
            <w:r>
              <w:rPr>
                <w:sz w:val="18"/>
              </w:rPr>
              <w:t>2025-11-08</w:t>
            </w:r>
          </w:p>
        </w:tc>
        <w:tc>
          <w:tcPr>
            <w:tcW w:w="727" w:type="dxa"/>
          </w:tcPr>
          <w:p w14:paraId="0A72FE18" w14:textId="77777777" w:rsidR="00540B47" w:rsidRDefault="00A32617">
            <w:r>
              <w:rPr>
                <w:sz w:val="18"/>
              </w:rPr>
              <w:t>13:06</w:t>
            </w:r>
          </w:p>
        </w:tc>
        <w:tc>
          <w:tcPr>
            <w:tcW w:w="1561" w:type="dxa"/>
          </w:tcPr>
          <w:p w14:paraId="788A95DD" w14:textId="77777777" w:rsidR="00540B47" w:rsidRDefault="00A32617">
            <w:r>
              <w:rPr>
                <w:sz w:val="18"/>
              </w:rPr>
              <w:t>Pablo L. Tubaro</w:t>
            </w:r>
          </w:p>
        </w:tc>
      </w:tr>
      <w:tr w:rsidR="00540B47" w14:paraId="09AA566F" w14:textId="77777777" w:rsidTr="00DD565D">
        <w:tc>
          <w:tcPr>
            <w:tcW w:w="942" w:type="dxa"/>
          </w:tcPr>
          <w:p w14:paraId="715884D9" w14:textId="77777777" w:rsidR="00540B47" w:rsidRDefault="00A32617">
            <w:r>
              <w:rPr>
                <w:sz w:val="18"/>
              </w:rPr>
              <w:t>3600</w:t>
            </w:r>
          </w:p>
        </w:tc>
        <w:tc>
          <w:tcPr>
            <w:tcW w:w="1156" w:type="dxa"/>
          </w:tcPr>
          <w:p w14:paraId="6BED6075" w14:textId="77777777" w:rsidR="00540B47" w:rsidRDefault="00A32617">
            <w:r>
              <w:rPr>
                <w:sz w:val="18"/>
              </w:rPr>
              <w:t>MACN</w:t>
            </w:r>
          </w:p>
        </w:tc>
        <w:tc>
          <w:tcPr>
            <w:tcW w:w="1126" w:type="dxa"/>
          </w:tcPr>
          <w:p w14:paraId="0C9A4A70" w14:textId="77777777" w:rsidR="00540B47" w:rsidRDefault="00A32617">
            <w:r>
              <w:rPr>
                <w:i/>
                <w:sz w:val="18"/>
              </w:rPr>
              <w:t>Z. capensis</w:t>
            </w:r>
          </w:p>
        </w:tc>
        <w:tc>
          <w:tcPr>
            <w:tcW w:w="977" w:type="dxa"/>
          </w:tcPr>
          <w:p w14:paraId="16266DC0" w14:textId="77777777" w:rsidR="00540B47" w:rsidRDefault="00A32617">
            <w:r>
              <w:rPr>
                <w:sz w:val="18"/>
              </w:rPr>
              <w:t>-44.4571</w:t>
            </w:r>
          </w:p>
        </w:tc>
        <w:tc>
          <w:tcPr>
            <w:tcW w:w="1107" w:type="dxa"/>
          </w:tcPr>
          <w:p w14:paraId="5B4D2807" w14:textId="77777777" w:rsidR="00540B47" w:rsidRDefault="00A32617">
            <w:r>
              <w:rPr>
                <w:sz w:val="18"/>
              </w:rPr>
              <w:t>-66.3727</w:t>
            </w:r>
          </w:p>
        </w:tc>
        <w:tc>
          <w:tcPr>
            <w:tcW w:w="1156" w:type="dxa"/>
          </w:tcPr>
          <w:p w14:paraId="3A05871C" w14:textId="77777777" w:rsidR="00540B47" w:rsidRDefault="00A32617">
            <w:r>
              <w:rPr>
                <w:sz w:val="18"/>
              </w:rPr>
              <w:t>2025-11-08</w:t>
            </w:r>
          </w:p>
        </w:tc>
        <w:tc>
          <w:tcPr>
            <w:tcW w:w="727" w:type="dxa"/>
          </w:tcPr>
          <w:p w14:paraId="011D0C9A" w14:textId="77777777" w:rsidR="00540B47" w:rsidRDefault="00A32617">
            <w:r>
              <w:rPr>
                <w:sz w:val="18"/>
              </w:rPr>
              <w:t>13:09</w:t>
            </w:r>
          </w:p>
        </w:tc>
        <w:tc>
          <w:tcPr>
            <w:tcW w:w="1561" w:type="dxa"/>
          </w:tcPr>
          <w:p w14:paraId="527911BD" w14:textId="77777777" w:rsidR="00540B47" w:rsidRDefault="00A32617">
            <w:r>
              <w:rPr>
                <w:sz w:val="18"/>
              </w:rPr>
              <w:t>Pablo L. Tubaro</w:t>
            </w:r>
          </w:p>
        </w:tc>
      </w:tr>
      <w:tr w:rsidR="00540B47" w14:paraId="55419FC1" w14:textId="77777777" w:rsidTr="00DD565D">
        <w:tc>
          <w:tcPr>
            <w:tcW w:w="942" w:type="dxa"/>
          </w:tcPr>
          <w:p w14:paraId="66C285F0" w14:textId="77777777" w:rsidR="00540B47" w:rsidRDefault="00A32617">
            <w:r>
              <w:rPr>
                <w:sz w:val="18"/>
              </w:rPr>
              <w:t>3601</w:t>
            </w:r>
          </w:p>
        </w:tc>
        <w:tc>
          <w:tcPr>
            <w:tcW w:w="1156" w:type="dxa"/>
          </w:tcPr>
          <w:p w14:paraId="4F992912" w14:textId="77777777" w:rsidR="00540B47" w:rsidRDefault="00A32617">
            <w:r>
              <w:rPr>
                <w:sz w:val="18"/>
              </w:rPr>
              <w:t>MACN</w:t>
            </w:r>
          </w:p>
        </w:tc>
        <w:tc>
          <w:tcPr>
            <w:tcW w:w="1126" w:type="dxa"/>
          </w:tcPr>
          <w:p w14:paraId="41C96C0F" w14:textId="77777777" w:rsidR="00540B47" w:rsidRDefault="00A32617">
            <w:r>
              <w:rPr>
                <w:i/>
                <w:sz w:val="18"/>
              </w:rPr>
              <w:t>Z. capensis</w:t>
            </w:r>
          </w:p>
        </w:tc>
        <w:tc>
          <w:tcPr>
            <w:tcW w:w="977" w:type="dxa"/>
          </w:tcPr>
          <w:p w14:paraId="67435117" w14:textId="77777777" w:rsidR="00540B47" w:rsidRDefault="00A32617">
            <w:r>
              <w:rPr>
                <w:sz w:val="18"/>
              </w:rPr>
              <w:t>-44.7219</w:t>
            </w:r>
          </w:p>
        </w:tc>
        <w:tc>
          <w:tcPr>
            <w:tcW w:w="1107" w:type="dxa"/>
          </w:tcPr>
          <w:p w14:paraId="1C8AD0CD" w14:textId="77777777" w:rsidR="00540B47" w:rsidRDefault="00A32617">
            <w:r>
              <w:rPr>
                <w:sz w:val="18"/>
              </w:rPr>
              <w:t>-66.6567</w:t>
            </w:r>
          </w:p>
        </w:tc>
        <w:tc>
          <w:tcPr>
            <w:tcW w:w="1156" w:type="dxa"/>
          </w:tcPr>
          <w:p w14:paraId="1478FC1A" w14:textId="77777777" w:rsidR="00540B47" w:rsidRDefault="00A32617">
            <w:r>
              <w:rPr>
                <w:sz w:val="18"/>
              </w:rPr>
              <w:t>2025-11-08</w:t>
            </w:r>
          </w:p>
        </w:tc>
        <w:tc>
          <w:tcPr>
            <w:tcW w:w="727" w:type="dxa"/>
          </w:tcPr>
          <w:p w14:paraId="006C2AB2" w14:textId="77777777" w:rsidR="00540B47" w:rsidRDefault="00A32617">
            <w:r>
              <w:rPr>
                <w:sz w:val="18"/>
              </w:rPr>
              <w:t>13:55</w:t>
            </w:r>
          </w:p>
        </w:tc>
        <w:tc>
          <w:tcPr>
            <w:tcW w:w="1561" w:type="dxa"/>
          </w:tcPr>
          <w:p w14:paraId="50AE9973" w14:textId="77777777" w:rsidR="00540B47" w:rsidRDefault="00A32617">
            <w:r>
              <w:rPr>
                <w:sz w:val="18"/>
              </w:rPr>
              <w:t>Pablo L. Tubaro</w:t>
            </w:r>
          </w:p>
        </w:tc>
      </w:tr>
      <w:tr w:rsidR="00540B47" w14:paraId="05CCF9F6" w14:textId="77777777" w:rsidTr="00DD565D">
        <w:tc>
          <w:tcPr>
            <w:tcW w:w="942" w:type="dxa"/>
          </w:tcPr>
          <w:p w14:paraId="519A7F49" w14:textId="77777777" w:rsidR="00540B47" w:rsidRDefault="00A32617">
            <w:r>
              <w:rPr>
                <w:sz w:val="18"/>
              </w:rPr>
              <w:t>3602</w:t>
            </w:r>
          </w:p>
        </w:tc>
        <w:tc>
          <w:tcPr>
            <w:tcW w:w="1156" w:type="dxa"/>
          </w:tcPr>
          <w:p w14:paraId="2F11FAFF" w14:textId="77777777" w:rsidR="00540B47" w:rsidRDefault="00A32617">
            <w:r>
              <w:rPr>
                <w:sz w:val="18"/>
              </w:rPr>
              <w:t>MACN</w:t>
            </w:r>
          </w:p>
        </w:tc>
        <w:tc>
          <w:tcPr>
            <w:tcW w:w="1126" w:type="dxa"/>
          </w:tcPr>
          <w:p w14:paraId="5FD6DC8E" w14:textId="77777777" w:rsidR="00540B47" w:rsidRDefault="00A32617">
            <w:r>
              <w:rPr>
                <w:i/>
                <w:sz w:val="18"/>
              </w:rPr>
              <w:t>Z. capensis</w:t>
            </w:r>
          </w:p>
        </w:tc>
        <w:tc>
          <w:tcPr>
            <w:tcW w:w="977" w:type="dxa"/>
          </w:tcPr>
          <w:p w14:paraId="50D81E35" w14:textId="77777777" w:rsidR="00540B47" w:rsidRDefault="00A32617">
            <w:r>
              <w:rPr>
                <w:sz w:val="18"/>
              </w:rPr>
              <w:t>-45.0047</w:t>
            </w:r>
          </w:p>
        </w:tc>
        <w:tc>
          <w:tcPr>
            <w:tcW w:w="1107" w:type="dxa"/>
          </w:tcPr>
          <w:p w14:paraId="0E0BC34E" w14:textId="77777777" w:rsidR="00540B47" w:rsidRDefault="00A32617">
            <w:r>
              <w:rPr>
                <w:sz w:val="18"/>
              </w:rPr>
              <w:t>-67.0757</w:t>
            </w:r>
          </w:p>
        </w:tc>
        <w:tc>
          <w:tcPr>
            <w:tcW w:w="1156" w:type="dxa"/>
          </w:tcPr>
          <w:p w14:paraId="745037F6" w14:textId="77777777" w:rsidR="00540B47" w:rsidRDefault="00A32617">
            <w:r>
              <w:rPr>
                <w:sz w:val="18"/>
              </w:rPr>
              <w:t>2025-11-08</w:t>
            </w:r>
          </w:p>
        </w:tc>
        <w:tc>
          <w:tcPr>
            <w:tcW w:w="727" w:type="dxa"/>
          </w:tcPr>
          <w:p w14:paraId="447FD426" w14:textId="77777777" w:rsidR="00540B47" w:rsidRDefault="00A32617">
            <w:r>
              <w:rPr>
                <w:sz w:val="18"/>
              </w:rPr>
              <w:t>14:29</w:t>
            </w:r>
          </w:p>
        </w:tc>
        <w:tc>
          <w:tcPr>
            <w:tcW w:w="1561" w:type="dxa"/>
          </w:tcPr>
          <w:p w14:paraId="76FA9257" w14:textId="77777777" w:rsidR="00540B47" w:rsidRDefault="00A32617">
            <w:r>
              <w:rPr>
                <w:sz w:val="18"/>
              </w:rPr>
              <w:t>Agustin I. Casale</w:t>
            </w:r>
          </w:p>
        </w:tc>
      </w:tr>
      <w:tr w:rsidR="00540B47" w14:paraId="2BC36F93" w14:textId="77777777" w:rsidTr="00DD565D">
        <w:tc>
          <w:tcPr>
            <w:tcW w:w="942" w:type="dxa"/>
          </w:tcPr>
          <w:p w14:paraId="239E0AA4" w14:textId="77777777" w:rsidR="00540B47" w:rsidRDefault="00A32617">
            <w:r>
              <w:rPr>
                <w:sz w:val="18"/>
              </w:rPr>
              <w:t>3603</w:t>
            </w:r>
          </w:p>
        </w:tc>
        <w:tc>
          <w:tcPr>
            <w:tcW w:w="1156" w:type="dxa"/>
          </w:tcPr>
          <w:p w14:paraId="010AF8DE" w14:textId="77777777" w:rsidR="00540B47" w:rsidRDefault="00A32617">
            <w:r>
              <w:rPr>
                <w:sz w:val="18"/>
              </w:rPr>
              <w:t>MACN</w:t>
            </w:r>
          </w:p>
        </w:tc>
        <w:tc>
          <w:tcPr>
            <w:tcW w:w="1126" w:type="dxa"/>
          </w:tcPr>
          <w:p w14:paraId="1CFA1479" w14:textId="77777777" w:rsidR="00540B47" w:rsidRDefault="00A32617">
            <w:r>
              <w:rPr>
                <w:i/>
                <w:sz w:val="18"/>
              </w:rPr>
              <w:t>Z. capensis</w:t>
            </w:r>
          </w:p>
        </w:tc>
        <w:tc>
          <w:tcPr>
            <w:tcW w:w="977" w:type="dxa"/>
          </w:tcPr>
          <w:p w14:paraId="40F025CC" w14:textId="77777777" w:rsidR="00540B47" w:rsidRDefault="00A32617">
            <w:r>
              <w:rPr>
                <w:sz w:val="18"/>
              </w:rPr>
              <w:t>-45.1201</w:t>
            </w:r>
          </w:p>
        </w:tc>
        <w:tc>
          <w:tcPr>
            <w:tcW w:w="1107" w:type="dxa"/>
          </w:tcPr>
          <w:p w14:paraId="57E6DF28" w14:textId="77777777" w:rsidR="00540B47" w:rsidRDefault="00A32617">
            <w:r>
              <w:rPr>
                <w:sz w:val="18"/>
              </w:rPr>
              <w:t>-67.1379</w:t>
            </w:r>
          </w:p>
        </w:tc>
        <w:tc>
          <w:tcPr>
            <w:tcW w:w="1156" w:type="dxa"/>
          </w:tcPr>
          <w:p w14:paraId="4F0BF42C" w14:textId="77777777" w:rsidR="00540B47" w:rsidRDefault="00A32617">
            <w:r>
              <w:rPr>
                <w:sz w:val="18"/>
              </w:rPr>
              <w:t>2025-11-08</w:t>
            </w:r>
          </w:p>
        </w:tc>
        <w:tc>
          <w:tcPr>
            <w:tcW w:w="727" w:type="dxa"/>
          </w:tcPr>
          <w:p w14:paraId="18A31261" w14:textId="77777777" w:rsidR="00540B47" w:rsidRDefault="00A32617">
            <w:r>
              <w:rPr>
                <w:sz w:val="18"/>
              </w:rPr>
              <w:t>14:56</w:t>
            </w:r>
          </w:p>
        </w:tc>
        <w:tc>
          <w:tcPr>
            <w:tcW w:w="1561" w:type="dxa"/>
          </w:tcPr>
          <w:p w14:paraId="4304D746" w14:textId="77777777" w:rsidR="00540B47" w:rsidRDefault="00A32617">
            <w:r>
              <w:rPr>
                <w:sz w:val="18"/>
              </w:rPr>
              <w:t>Agustin I. Casale</w:t>
            </w:r>
          </w:p>
        </w:tc>
      </w:tr>
      <w:tr w:rsidR="00540B47" w14:paraId="0DCCF7A9" w14:textId="77777777" w:rsidTr="00DD565D">
        <w:tc>
          <w:tcPr>
            <w:tcW w:w="942" w:type="dxa"/>
          </w:tcPr>
          <w:p w14:paraId="039C1766" w14:textId="77777777" w:rsidR="00540B47" w:rsidRDefault="00A32617">
            <w:r>
              <w:rPr>
                <w:sz w:val="18"/>
              </w:rPr>
              <w:t>3604</w:t>
            </w:r>
          </w:p>
        </w:tc>
        <w:tc>
          <w:tcPr>
            <w:tcW w:w="1156" w:type="dxa"/>
          </w:tcPr>
          <w:p w14:paraId="163A51FD" w14:textId="77777777" w:rsidR="00540B47" w:rsidRDefault="00A32617">
            <w:r>
              <w:rPr>
                <w:sz w:val="18"/>
              </w:rPr>
              <w:t>MACN</w:t>
            </w:r>
          </w:p>
        </w:tc>
        <w:tc>
          <w:tcPr>
            <w:tcW w:w="1126" w:type="dxa"/>
          </w:tcPr>
          <w:p w14:paraId="566817A6" w14:textId="77777777" w:rsidR="00540B47" w:rsidRDefault="00A32617">
            <w:r>
              <w:rPr>
                <w:i/>
                <w:sz w:val="18"/>
              </w:rPr>
              <w:t>Z. capensis</w:t>
            </w:r>
          </w:p>
        </w:tc>
        <w:tc>
          <w:tcPr>
            <w:tcW w:w="977" w:type="dxa"/>
          </w:tcPr>
          <w:p w14:paraId="726012BE" w14:textId="77777777" w:rsidR="00540B47" w:rsidRDefault="00A32617">
            <w:r>
              <w:rPr>
                <w:sz w:val="18"/>
              </w:rPr>
              <w:t>-45.0215</w:t>
            </w:r>
          </w:p>
        </w:tc>
        <w:tc>
          <w:tcPr>
            <w:tcW w:w="1107" w:type="dxa"/>
          </w:tcPr>
          <w:p w14:paraId="6ABC0240" w14:textId="77777777" w:rsidR="00540B47" w:rsidRDefault="00A32617">
            <w:r>
              <w:rPr>
                <w:sz w:val="18"/>
              </w:rPr>
              <w:t>-67.1024</w:t>
            </w:r>
          </w:p>
        </w:tc>
        <w:tc>
          <w:tcPr>
            <w:tcW w:w="1156" w:type="dxa"/>
          </w:tcPr>
          <w:p w14:paraId="49AF3B93" w14:textId="77777777" w:rsidR="00540B47" w:rsidRDefault="00A32617">
            <w:r>
              <w:rPr>
                <w:sz w:val="18"/>
              </w:rPr>
              <w:t>2025-11-08</w:t>
            </w:r>
          </w:p>
        </w:tc>
        <w:tc>
          <w:tcPr>
            <w:tcW w:w="727" w:type="dxa"/>
          </w:tcPr>
          <w:p w14:paraId="628D4693" w14:textId="77777777" w:rsidR="00540B47" w:rsidRDefault="00A32617">
            <w:r>
              <w:rPr>
                <w:sz w:val="18"/>
              </w:rPr>
              <w:t>14:29</w:t>
            </w:r>
          </w:p>
        </w:tc>
        <w:tc>
          <w:tcPr>
            <w:tcW w:w="1561" w:type="dxa"/>
          </w:tcPr>
          <w:p w14:paraId="60D95CE0" w14:textId="77777777" w:rsidR="00540B47" w:rsidRDefault="00A32617">
            <w:r>
              <w:rPr>
                <w:sz w:val="18"/>
              </w:rPr>
              <w:t>Pablo L. Tubaro</w:t>
            </w:r>
          </w:p>
        </w:tc>
      </w:tr>
      <w:tr w:rsidR="00540B47" w14:paraId="194DEC63" w14:textId="77777777" w:rsidTr="00DD565D">
        <w:tc>
          <w:tcPr>
            <w:tcW w:w="942" w:type="dxa"/>
          </w:tcPr>
          <w:p w14:paraId="0B45D2A8" w14:textId="77777777" w:rsidR="00540B47" w:rsidRDefault="00A32617">
            <w:r>
              <w:rPr>
                <w:sz w:val="18"/>
              </w:rPr>
              <w:t>3605</w:t>
            </w:r>
          </w:p>
        </w:tc>
        <w:tc>
          <w:tcPr>
            <w:tcW w:w="1156" w:type="dxa"/>
          </w:tcPr>
          <w:p w14:paraId="10AF3CB8" w14:textId="77777777" w:rsidR="00540B47" w:rsidRDefault="00A32617">
            <w:r>
              <w:rPr>
                <w:sz w:val="18"/>
              </w:rPr>
              <w:t>MACN</w:t>
            </w:r>
          </w:p>
        </w:tc>
        <w:tc>
          <w:tcPr>
            <w:tcW w:w="1126" w:type="dxa"/>
          </w:tcPr>
          <w:p w14:paraId="2DB90F79" w14:textId="77777777" w:rsidR="00540B47" w:rsidRDefault="00A32617">
            <w:r>
              <w:rPr>
                <w:i/>
                <w:sz w:val="18"/>
              </w:rPr>
              <w:t>Z. capensis</w:t>
            </w:r>
          </w:p>
        </w:tc>
        <w:tc>
          <w:tcPr>
            <w:tcW w:w="977" w:type="dxa"/>
          </w:tcPr>
          <w:p w14:paraId="2F936A60" w14:textId="77777777" w:rsidR="00540B47" w:rsidRDefault="00A32617">
            <w:r>
              <w:rPr>
                <w:sz w:val="18"/>
              </w:rPr>
              <w:t>-45.0215</w:t>
            </w:r>
          </w:p>
        </w:tc>
        <w:tc>
          <w:tcPr>
            <w:tcW w:w="1107" w:type="dxa"/>
          </w:tcPr>
          <w:p w14:paraId="4564C169" w14:textId="77777777" w:rsidR="00540B47" w:rsidRDefault="00A32617">
            <w:r>
              <w:rPr>
                <w:sz w:val="18"/>
              </w:rPr>
              <w:t>-67.1024</w:t>
            </w:r>
          </w:p>
        </w:tc>
        <w:tc>
          <w:tcPr>
            <w:tcW w:w="1156" w:type="dxa"/>
          </w:tcPr>
          <w:p w14:paraId="455CBF7F" w14:textId="77777777" w:rsidR="00540B47" w:rsidRDefault="00A32617">
            <w:r>
              <w:rPr>
                <w:sz w:val="18"/>
              </w:rPr>
              <w:t>2025-11-08</w:t>
            </w:r>
          </w:p>
        </w:tc>
        <w:tc>
          <w:tcPr>
            <w:tcW w:w="727" w:type="dxa"/>
          </w:tcPr>
          <w:p w14:paraId="122B49A0" w14:textId="77777777" w:rsidR="00540B47" w:rsidRDefault="00A32617">
            <w:r>
              <w:rPr>
                <w:sz w:val="18"/>
              </w:rPr>
              <w:t>14:32</w:t>
            </w:r>
          </w:p>
        </w:tc>
        <w:tc>
          <w:tcPr>
            <w:tcW w:w="1561" w:type="dxa"/>
          </w:tcPr>
          <w:p w14:paraId="21B4347A" w14:textId="77777777" w:rsidR="00540B47" w:rsidRDefault="00A32617">
            <w:r>
              <w:rPr>
                <w:sz w:val="18"/>
              </w:rPr>
              <w:t>Pablo L. Tubaro</w:t>
            </w:r>
          </w:p>
        </w:tc>
      </w:tr>
      <w:tr w:rsidR="00540B47" w14:paraId="37A08B8F" w14:textId="77777777" w:rsidTr="00DD565D">
        <w:tc>
          <w:tcPr>
            <w:tcW w:w="942" w:type="dxa"/>
          </w:tcPr>
          <w:p w14:paraId="5D72510E" w14:textId="77777777" w:rsidR="00540B47" w:rsidRDefault="00A32617">
            <w:r>
              <w:rPr>
                <w:sz w:val="18"/>
              </w:rPr>
              <w:t>3606</w:t>
            </w:r>
          </w:p>
        </w:tc>
        <w:tc>
          <w:tcPr>
            <w:tcW w:w="1156" w:type="dxa"/>
          </w:tcPr>
          <w:p w14:paraId="059C5DAE" w14:textId="77777777" w:rsidR="00540B47" w:rsidRDefault="00A32617">
            <w:r>
              <w:rPr>
                <w:sz w:val="18"/>
              </w:rPr>
              <w:t>MACN</w:t>
            </w:r>
          </w:p>
        </w:tc>
        <w:tc>
          <w:tcPr>
            <w:tcW w:w="1126" w:type="dxa"/>
          </w:tcPr>
          <w:p w14:paraId="5AC29CA6" w14:textId="77777777" w:rsidR="00540B47" w:rsidRDefault="00A32617">
            <w:r>
              <w:rPr>
                <w:i/>
                <w:sz w:val="18"/>
              </w:rPr>
              <w:t>Z. capensis</w:t>
            </w:r>
          </w:p>
        </w:tc>
        <w:tc>
          <w:tcPr>
            <w:tcW w:w="977" w:type="dxa"/>
          </w:tcPr>
          <w:p w14:paraId="77006E3C" w14:textId="77777777" w:rsidR="00540B47" w:rsidRDefault="00A32617">
            <w:r>
              <w:rPr>
                <w:sz w:val="18"/>
              </w:rPr>
              <w:t>-45.0215</w:t>
            </w:r>
          </w:p>
        </w:tc>
        <w:tc>
          <w:tcPr>
            <w:tcW w:w="1107" w:type="dxa"/>
          </w:tcPr>
          <w:p w14:paraId="6691DD25" w14:textId="77777777" w:rsidR="00540B47" w:rsidRDefault="00A32617">
            <w:r>
              <w:rPr>
                <w:sz w:val="18"/>
              </w:rPr>
              <w:t>-67.1024</w:t>
            </w:r>
          </w:p>
        </w:tc>
        <w:tc>
          <w:tcPr>
            <w:tcW w:w="1156" w:type="dxa"/>
          </w:tcPr>
          <w:p w14:paraId="04DDBD45" w14:textId="77777777" w:rsidR="00540B47" w:rsidRDefault="00A32617">
            <w:r>
              <w:rPr>
                <w:sz w:val="18"/>
              </w:rPr>
              <w:t>2025-11-08</w:t>
            </w:r>
          </w:p>
        </w:tc>
        <w:tc>
          <w:tcPr>
            <w:tcW w:w="727" w:type="dxa"/>
          </w:tcPr>
          <w:p w14:paraId="49B2B7F6" w14:textId="77777777" w:rsidR="00540B47" w:rsidRDefault="00A32617">
            <w:r>
              <w:rPr>
                <w:sz w:val="18"/>
              </w:rPr>
              <w:t>14:37</w:t>
            </w:r>
          </w:p>
        </w:tc>
        <w:tc>
          <w:tcPr>
            <w:tcW w:w="1561" w:type="dxa"/>
          </w:tcPr>
          <w:p w14:paraId="68484589" w14:textId="77777777" w:rsidR="00540B47" w:rsidRDefault="00A32617">
            <w:r>
              <w:rPr>
                <w:sz w:val="18"/>
              </w:rPr>
              <w:t>Pablo L. Tubaro</w:t>
            </w:r>
          </w:p>
        </w:tc>
      </w:tr>
      <w:tr w:rsidR="00540B47" w14:paraId="26862811" w14:textId="77777777" w:rsidTr="00DD565D">
        <w:tc>
          <w:tcPr>
            <w:tcW w:w="942" w:type="dxa"/>
          </w:tcPr>
          <w:p w14:paraId="2516D148" w14:textId="77777777" w:rsidR="00540B47" w:rsidRDefault="00A32617">
            <w:r>
              <w:rPr>
                <w:sz w:val="18"/>
              </w:rPr>
              <w:t>3607</w:t>
            </w:r>
          </w:p>
        </w:tc>
        <w:tc>
          <w:tcPr>
            <w:tcW w:w="1156" w:type="dxa"/>
          </w:tcPr>
          <w:p w14:paraId="776772F2" w14:textId="77777777" w:rsidR="00540B47" w:rsidRDefault="00A32617">
            <w:r>
              <w:rPr>
                <w:sz w:val="18"/>
              </w:rPr>
              <w:t>MACN</w:t>
            </w:r>
          </w:p>
        </w:tc>
        <w:tc>
          <w:tcPr>
            <w:tcW w:w="1126" w:type="dxa"/>
          </w:tcPr>
          <w:p w14:paraId="56B1AC2B" w14:textId="77777777" w:rsidR="00540B47" w:rsidRDefault="00A32617">
            <w:r>
              <w:rPr>
                <w:i/>
                <w:sz w:val="18"/>
              </w:rPr>
              <w:t>Z. capensis</w:t>
            </w:r>
          </w:p>
        </w:tc>
        <w:tc>
          <w:tcPr>
            <w:tcW w:w="977" w:type="dxa"/>
          </w:tcPr>
          <w:p w14:paraId="7926CA01" w14:textId="77777777" w:rsidR="00540B47" w:rsidRDefault="00A32617">
            <w:r>
              <w:rPr>
                <w:sz w:val="18"/>
              </w:rPr>
              <w:t>-45.6358</w:t>
            </w:r>
          </w:p>
        </w:tc>
        <w:tc>
          <w:tcPr>
            <w:tcW w:w="1107" w:type="dxa"/>
          </w:tcPr>
          <w:p w14:paraId="60208724" w14:textId="77777777" w:rsidR="00540B47" w:rsidRDefault="00A32617">
            <w:r>
              <w:rPr>
                <w:sz w:val="18"/>
              </w:rPr>
              <w:t>-67.6561</w:t>
            </w:r>
          </w:p>
        </w:tc>
        <w:tc>
          <w:tcPr>
            <w:tcW w:w="1156" w:type="dxa"/>
          </w:tcPr>
          <w:p w14:paraId="5AED56CE" w14:textId="77777777" w:rsidR="00540B47" w:rsidRDefault="00A32617">
            <w:r>
              <w:rPr>
                <w:sz w:val="18"/>
              </w:rPr>
              <w:t>2025-11-08</w:t>
            </w:r>
          </w:p>
        </w:tc>
        <w:tc>
          <w:tcPr>
            <w:tcW w:w="727" w:type="dxa"/>
          </w:tcPr>
          <w:p w14:paraId="5E27F7CC" w14:textId="77777777" w:rsidR="00540B47" w:rsidRDefault="00A32617">
            <w:r>
              <w:rPr>
                <w:sz w:val="18"/>
              </w:rPr>
              <w:t>15:51</w:t>
            </w:r>
          </w:p>
        </w:tc>
        <w:tc>
          <w:tcPr>
            <w:tcW w:w="1561" w:type="dxa"/>
          </w:tcPr>
          <w:p w14:paraId="3E5A3A94" w14:textId="77777777" w:rsidR="00540B47" w:rsidRDefault="00A32617">
            <w:r>
              <w:rPr>
                <w:sz w:val="18"/>
              </w:rPr>
              <w:t>Pablo L. Tubaro</w:t>
            </w:r>
          </w:p>
        </w:tc>
      </w:tr>
      <w:tr w:rsidR="00540B47" w14:paraId="766DE4FB" w14:textId="77777777" w:rsidTr="00DD565D">
        <w:tc>
          <w:tcPr>
            <w:tcW w:w="942" w:type="dxa"/>
          </w:tcPr>
          <w:p w14:paraId="03BBE806" w14:textId="77777777" w:rsidR="00540B47" w:rsidRDefault="00A32617">
            <w:r>
              <w:rPr>
                <w:sz w:val="18"/>
              </w:rPr>
              <w:t>3608</w:t>
            </w:r>
          </w:p>
        </w:tc>
        <w:tc>
          <w:tcPr>
            <w:tcW w:w="1156" w:type="dxa"/>
          </w:tcPr>
          <w:p w14:paraId="5AC0EB78" w14:textId="77777777" w:rsidR="00540B47" w:rsidRDefault="00A32617">
            <w:r>
              <w:rPr>
                <w:sz w:val="18"/>
              </w:rPr>
              <w:t>MACN</w:t>
            </w:r>
          </w:p>
        </w:tc>
        <w:tc>
          <w:tcPr>
            <w:tcW w:w="1126" w:type="dxa"/>
          </w:tcPr>
          <w:p w14:paraId="36164AC3" w14:textId="77777777" w:rsidR="00540B47" w:rsidRDefault="00A32617">
            <w:r>
              <w:rPr>
                <w:i/>
                <w:sz w:val="18"/>
              </w:rPr>
              <w:t>Z. capensis</w:t>
            </w:r>
          </w:p>
        </w:tc>
        <w:tc>
          <w:tcPr>
            <w:tcW w:w="977" w:type="dxa"/>
          </w:tcPr>
          <w:p w14:paraId="103EF176" w14:textId="77777777" w:rsidR="00540B47" w:rsidRDefault="00A32617">
            <w:r>
              <w:rPr>
                <w:sz w:val="18"/>
              </w:rPr>
              <w:t>-45.6358</w:t>
            </w:r>
          </w:p>
        </w:tc>
        <w:tc>
          <w:tcPr>
            <w:tcW w:w="1107" w:type="dxa"/>
          </w:tcPr>
          <w:p w14:paraId="59C1EE71" w14:textId="77777777" w:rsidR="00540B47" w:rsidRDefault="00A32617">
            <w:r>
              <w:rPr>
                <w:sz w:val="18"/>
              </w:rPr>
              <w:t>-67.6561</w:t>
            </w:r>
          </w:p>
        </w:tc>
        <w:tc>
          <w:tcPr>
            <w:tcW w:w="1156" w:type="dxa"/>
          </w:tcPr>
          <w:p w14:paraId="7FE55630" w14:textId="77777777" w:rsidR="00540B47" w:rsidRDefault="00A32617">
            <w:r>
              <w:rPr>
                <w:sz w:val="18"/>
              </w:rPr>
              <w:t>2025-11-08</w:t>
            </w:r>
          </w:p>
        </w:tc>
        <w:tc>
          <w:tcPr>
            <w:tcW w:w="727" w:type="dxa"/>
          </w:tcPr>
          <w:p w14:paraId="1C287A48" w14:textId="77777777" w:rsidR="00540B47" w:rsidRDefault="00A32617">
            <w:r>
              <w:rPr>
                <w:sz w:val="18"/>
              </w:rPr>
              <w:t>15:53</w:t>
            </w:r>
          </w:p>
        </w:tc>
        <w:tc>
          <w:tcPr>
            <w:tcW w:w="1561" w:type="dxa"/>
          </w:tcPr>
          <w:p w14:paraId="57E7E5F6" w14:textId="77777777" w:rsidR="00540B47" w:rsidRDefault="00A32617">
            <w:r>
              <w:rPr>
                <w:sz w:val="18"/>
              </w:rPr>
              <w:t>Pablo L. Tubaro</w:t>
            </w:r>
          </w:p>
        </w:tc>
      </w:tr>
      <w:tr w:rsidR="00540B47" w14:paraId="76349364" w14:textId="77777777" w:rsidTr="00DD565D">
        <w:tc>
          <w:tcPr>
            <w:tcW w:w="942" w:type="dxa"/>
          </w:tcPr>
          <w:p w14:paraId="70F6707C" w14:textId="77777777" w:rsidR="00540B47" w:rsidRDefault="00A32617">
            <w:r>
              <w:rPr>
                <w:sz w:val="18"/>
              </w:rPr>
              <w:t>3609</w:t>
            </w:r>
          </w:p>
        </w:tc>
        <w:tc>
          <w:tcPr>
            <w:tcW w:w="1156" w:type="dxa"/>
          </w:tcPr>
          <w:p w14:paraId="39463644" w14:textId="77777777" w:rsidR="00540B47" w:rsidRDefault="00A32617">
            <w:r>
              <w:rPr>
                <w:sz w:val="18"/>
              </w:rPr>
              <w:t>MACN</w:t>
            </w:r>
          </w:p>
        </w:tc>
        <w:tc>
          <w:tcPr>
            <w:tcW w:w="1126" w:type="dxa"/>
          </w:tcPr>
          <w:p w14:paraId="559C93DC" w14:textId="77777777" w:rsidR="00540B47" w:rsidRDefault="00A32617">
            <w:r>
              <w:rPr>
                <w:i/>
                <w:sz w:val="18"/>
              </w:rPr>
              <w:t>Z. capensis</w:t>
            </w:r>
          </w:p>
        </w:tc>
        <w:tc>
          <w:tcPr>
            <w:tcW w:w="977" w:type="dxa"/>
          </w:tcPr>
          <w:p w14:paraId="72E151DC" w14:textId="77777777" w:rsidR="00540B47" w:rsidRDefault="00A32617">
            <w:r>
              <w:rPr>
                <w:sz w:val="18"/>
              </w:rPr>
              <w:t>-45.6504</w:t>
            </w:r>
          </w:p>
        </w:tc>
        <w:tc>
          <w:tcPr>
            <w:tcW w:w="1107" w:type="dxa"/>
          </w:tcPr>
          <w:p w14:paraId="490E5730" w14:textId="77777777" w:rsidR="00540B47" w:rsidRDefault="00A32617">
            <w:r>
              <w:rPr>
                <w:sz w:val="18"/>
              </w:rPr>
              <w:t>-67.6329</w:t>
            </w:r>
          </w:p>
        </w:tc>
        <w:tc>
          <w:tcPr>
            <w:tcW w:w="1156" w:type="dxa"/>
          </w:tcPr>
          <w:p w14:paraId="4633A66D" w14:textId="77777777" w:rsidR="00540B47" w:rsidRDefault="00A32617">
            <w:r>
              <w:rPr>
                <w:sz w:val="18"/>
              </w:rPr>
              <w:t>2025-11-08</w:t>
            </w:r>
          </w:p>
        </w:tc>
        <w:tc>
          <w:tcPr>
            <w:tcW w:w="727" w:type="dxa"/>
          </w:tcPr>
          <w:p w14:paraId="46848335" w14:textId="77777777" w:rsidR="00540B47" w:rsidRDefault="00A32617">
            <w:r>
              <w:rPr>
                <w:sz w:val="18"/>
              </w:rPr>
              <w:t>16:28</w:t>
            </w:r>
          </w:p>
        </w:tc>
        <w:tc>
          <w:tcPr>
            <w:tcW w:w="1561" w:type="dxa"/>
          </w:tcPr>
          <w:p w14:paraId="64AA5966" w14:textId="77777777" w:rsidR="00540B47" w:rsidRDefault="00A32617">
            <w:r>
              <w:rPr>
                <w:sz w:val="18"/>
              </w:rPr>
              <w:t>Pablo L. Tubaro</w:t>
            </w:r>
          </w:p>
        </w:tc>
      </w:tr>
      <w:tr w:rsidR="00540B47" w14:paraId="564E7E42" w14:textId="77777777" w:rsidTr="00DD565D">
        <w:tc>
          <w:tcPr>
            <w:tcW w:w="942" w:type="dxa"/>
          </w:tcPr>
          <w:p w14:paraId="5A074E66" w14:textId="77777777" w:rsidR="00540B47" w:rsidRDefault="00A32617">
            <w:r>
              <w:rPr>
                <w:sz w:val="18"/>
              </w:rPr>
              <w:t>3610</w:t>
            </w:r>
          </w:p>
        </w:tc>
        <w:tc>
          <w:tcPr>
            <w:tcW w:w="1156" w:type="dxa"/>
          </w:tcPr>
          <w:p w14:paraId="65578E9F" w14:textId="77777777" w:rsidR="00540B47" w:rsidRDefault="00A32617">
            <w:r>
              <w:rPr>
                <w:sz w:val="18"/>
              </w:rPr>
              <w:t>MACN</w:t>
            </w:r>
          </w:p>
        </w:tc>
        <w:tc>
          <w:tcPr>
            <w:tcW w:w="1126" w:type="dxa"/>
          </w:tcPr>
          <w:p w14:paraId="6B07555B" w14:textId="77777777" w:rsidR="00540B47" w:rsidRDefault="00A32617">
            <w:r>
              <w:rPr>
                <w:i/>
                <w:sz w:val="18"/>
              </w:rPr>
              <w:t>Z. capensis</w:t>
            </w:r>
          </w:p>
        </w:tc>
        <w:tc>
          <w:tcPr>
            <w:tcW w:w="977" w:type="dxa"/>
          </w:tcPr>
          <w:p w14:paraId="13627DF8" w14:textId="77777777" w:rsidR="00540B47" w:rsidRDefault="00A32617">
            <w:r>
              <w:rPr>
                <w:sz w:val="18"/>
              </w:rPr>
              <w:t>-45.6560</w:t>
            </w:r>
          </w:p>
        </w:tc>
        <w:tc>
          <w:tcPr>
            <w:tcW w:w="1107" w:type="dxa"/>
          </w:tcPr>
          <w:p w14:paraId="44875AF3" w14:textId="77777777" w:rsidR="00540B47" w:rsidRDefault="00A32617">
            <w:r>
              <w:rPr>
                <w:sz w:val="18"/>
              </w:rPr>
              <w:t>-67.6010</w:t>
            </w:r>
          </w:p>
        </w:tc>
        <w:tc>
          <w:tcPr>
            <w:tcW w:w="1156" w:type="dxa"/>
          </w:tcPr>
          <w:p w14:paraId="17B8FD89" w14:textId="77777777" w:rsidR="00540B47" w:rsidRDefault="00A32617">
            <w:r>
              <w:rPr>
                <w:sz w:val="18"/>
              </w:rPr>
              <w:t>2025-11-08</w:t>
            </w:r>
          </w:p>
        </w:tc>
        <w:tc>
          <w:tcPr>
            <w:tcW w:w="727" w:type="dxa"/>
          </w:tcPr>
          <w:p w14:paraId="2EE341C5" w14:textId="77777777" w:rsidR="00540B47" w:rsidRDefault="00A32617">
            <w:r>
              <w:rPr>
                <w:sz w:val="18"/>
              </w:rPr>
              <w:t>16:47</w:t>
            </w:r>
          </w:p>
        </w:tc>
        <w:tc>
          <w:tcPr>
            <w:tcW w:w="1561" w:type="dxa"/>
          </w:tcPr>
          <w:p w14:paraId="5F5EE39A" w14:textId="77777777" w:rsidR="00540B47" w:rsidRDefault="00A32617">
            <w:r>
              <w:rPr>
                <w:sz w:val="18"/>
              </w:rPr>
              <w:t>Pablo L. Tubaro</w:t>
            </w:r>
          </w:p>
        </w:tc>
      </w:tr>
      <w:tr w:rsidR="00540B47" w14:paraId="2A8B7476" w14:textId="77777777" w:rsidTr="00DD565D">
        <w:tc>
          <w:tcPr>
            <w:tcW w:w="942" w:type="dxa"/>
          </w:tcPr>
          <w:p w14:paraId="1C4E98B9" w14:textId="77777777" w:rsidR="00540B47" w:rsidRDefault="00A32617">
            <w:r>
              <w:rPr>
                <w:sz w:val="18"/>
              </w:rPr>
              <w:t>3611</w:t>
            </w:r>
          </w:p>
        </w:tc>
        <w:tc>
          <w:tcPr>
            <w:tcW w:w="1156" w:type="dxa"/>
          </w:tcPr>
          <w:p w14:paraId="0E45B685" w14:textId="77777777" w:rsidR="00540B47" w:rsidRDefault="00A32617">
            <w:r>
              <w:rPr>
                <w:sz w:val="18"/>
              </w:rPr>
              <w:t>MACN</w:t>
            </w:r>
          </w:p>
        </w:tc>
        <w:tc>
          <w:tcPr>
            <w:tcW w:w="1126" w:type="dxa"/>
          </w:tcPr>
          <w:p w14:paraId="2377C078" w14:textId="77777777" w:rsidR="00540B47" w:rsidRDefault="00A32617">
            <w:r>
              <w:rPr>
                <w:i/>
                <w:sz w:val="18"/>
              </w:rPr>
              <w:t>Z. capensis</w:t>
            </w:r>
          </w:p>
        </w:tc>
        <w:tc>
          <w:tcPr>
            <w:tcW w:w="977" w:type="dxa"/>
          </w:tcPr>
          <w:p w14:paraId="441F7F41" w14:textId="77777777" w:rsidR="00540B47" w:rsidRDefault="00A32617">
            <w:r>
              <w:rPr>
                <w:sz w:val="18"/>
              </w:rPr>
              <w:t>-45.6560</w:t>
            </w:r>
          </w:p>
        </w:tc>
        <w:tc>
          <w:tcPr>
            <w:tcW w:w="1107" w:type="dxa"/>
          </w:tcPr>
          <w:p w14:paraId="0761BB48" w14:textId="77777777" w:rsidR="00540B47" w:rsidRDefault="00A32617">
            <w:r>
              <w:rPr>
                <w:sz w:val="18"/>
              </w:rPr>
              <w:t>-67.6000</w:t>
            </w:r>
          </w:p>
        </w:tc>
        <w:tc>
          <w:tcPr>
            <w:tcW w:w="1156" w:type="dxa"/>
          </w:tcPr>
          <w:p w14:paraId="4B5A6464" w14:textId="77777777" w:rsidR="00540B47" w:rsidRDefault="00A32617">
            <w:r>
              <w:rPr>
                <w:sz w:val="18"/>
              </w:rPr>
              <w:t>2025-11-08</w:t>
            </w:r>
          </w:p>
        </w:tc>
        <w:tc>
          <w:tcPr>
            <w:tcW w:w="727" w:type="dxa"/>
          </w:tcPr>
          <w:p w14:paraId="65CA22BF" w14:textId="77777777" w:rsidR="00540B47" w:rsidRDefault="00A32617">
            <w:r>
              <w:rPr>
                <w:sz w:val="18"/>
              </w:rPr>
              <w:t>16:50</w:t>
            </w:r>
          </w:p>
        </w:tc>
        <w:tc>
          <w:tcPr>
            <w:tcW w:w="1561" w:type="dxa"/>
          </w:tcPr>
          <w:p w14:paraId="16A3F219" w14:textId="77777777" w:rsidR="00540B47" w:rsidRDefault="00A32617">
            <w:r>
              <w:rPr>
                <w:sz w:val="18"/>
              </w:rPr>
              <w:t>Pablo L. Tubaro</w:t>
            </w:r>
          </w:p>
        </w:tc>
      </w:tr>
      <w:tr w:rsidR="00540B47" w14:paraId="21B48A5C" w14:textId="77777777" w:rsidTr="00DD565D">
        <w:tc>
          <w:tcPr>
            <w:tcW w:w="942" w:type="dxa"/>
          </w:tcPr>
          <w:p w14:paraId="42FFA25E" w14:textId="77777777" w:rsidR="00540B47" w:rsidRDefault="00A32617">
            <w:r>
              <w:rPr>
                <w:sz w:val="18"/>
              </w:rPr>
              <w:t>3612</w:t>
            </w:r>
          </w:p>
        </w:tc>
        <w:tc>
          <w:tcPr>
            <w:tcW w:w="1156" w:type="dxa"/>
          </w:tcPr>
          <w:p w14:paraId="6404BF45" w14:textId="77777777" w:rsidR="00540B47" w:rsidRDefault="00A32617">
            <w:r>
              <w:rPr>
                <w:sz w:val="18"/>
              </w:rPr>
              <w:t>MACN</w:t>
            </w:r>
          </w:p>
        </w:tc>
        <w:tc>
          <w:tcPr>
            <w:tcW w:w="1126" w:type="dxa"/>
          </w:tcPr>
          <w:p w14:paraId="252AB314" w14:textId="77777777" w:rsidR="00540B47" w:rsidRDefault="00A32617">
            <w:r>
              <w:rPr>
                <w:i/>
                <w:sz w:val="18"/>
              </w:rPr>
              <w:t>Z. capensis</w:t>
            </w:r>
          </w:p>
        </w:tc>
        <w:tc>
          <w:tcPr>
            <w:tcW w:w="977" w:type="dxa"/>
          </w:tcPr>
          <w:p w14:paraId="7224C727" w14:textId="77777777" w:rsidR="00540B47" w:rsidRDefault="00A32617">
            <w:r>
              <w:rPr>
                <w:sz w:val="18"/>
              </w:rPr>
              <w:t>-45.6560</w:t>
            </w:r>
          </w:p>
        </w:tc>
        <w:tc>
          <w:tcPr>
            <w:tcW w:w="1107" w:type="dxa"/>
          </w:tcPr>
          <w:p w14:paraId="07F9088D" w14:textId="77777777" w:rsidR="00540B47" w:rsidRDefault="00A32617">
            <w:r>
              <w:rPr>
                <w:sz w:val="18"/>
              </w:rPr>
              <w:t>-67.6000</w:t>
            </w:r>
          </w:p>
        </w:tc>
        <w:tc>
          <w:tcPr>
            <w:tcW w:w="1156" w:type="dxa"/>
          </w:tcPr>
          <w:p w14:paraId="77C9B38E" w14:textId="77777777" w:rsidR="00540B47" w:rsidRDefault="00A32617">
            <w:r>
              <w:rPr>
                <w:sz w:val="18"/>
              </w:rPr>
              <w:t>2025-11-08</w:t>
            </w:r>
          </w:p>
        </w:tc>
        <w:tc>
          <w:tcPr>
            <w:tcW w:w="727" w:type="dxa"/>
          </w:tcPr>
          <w:p w14:paraId="0FFA407B" w14:textId="77777777" w:rsidR="00540B47" w:rsidRDefault="00A32617">
            <w:r>
              <w:rPr>
                <w:sz w:val="18"/>
              </w:rPr>
              <w:t>16:55</w:t>
            </w:r>
          </w:p>
        </w:tc>
        <w:tc>
          <w:tcPr>
            <w:tcW w:w="1561" w:type="dxa"/>
          </w:tcPr>
          <w:p w14:paraId="0E8865C2" w14:textId="77777777" w:rsidR="00540B47" w:rsidRDefault="00A32617">
            <w:r>
              <w:rPr>
                <w:sz w:val="18"/>
              </w:rPr>
              <w:t>Pablo L. Tubaro</w:t>
            </w:r>
          </w:p>
        </w:tc>
      </w:tr>
      <w:tr w:rsidR="00540B47" w14:paraId="38B928F3" w14:textId="77777777" w:rsidTr="00DD565D">
        <w:tc>
          <w:tcPr>
            <w:tcW w:w="942" w:type="dxa"/>
          </w:tcPr>
          <w:p w14:paraId="262CBED2" w14:textId="77777777" w:rsidR="00540B47" w:rsidRDefault="00A32617">
            <w:r>
              <w:rPr>
                <w:sz w:val="18"/>
              </w:rPr>
              <w:t>3613</w:t>
            </w:r>
          </w:p>
        </w:tc>
        <w:tc>
          <w:tcPr>
            <w:tcW w:w="1156" w:type="dxa"/>
          </w:tcPr>
          <w:p w14:paraId="1DA13823" w14:textId="77777777" w:rsidR="00540B47" w:rsidRDefault="00A32617">
            <w:r>
              <w:rPr>
                <w:sz w:val="18"/>
              </w:rPr>
              <w:t>MACN</w:t>
            </w:r>
          </w:p>
        </w:tc>
        <w:tc>
          <w:tcPr>
            <w:tcW w:w="1126" w:type="dxa"/>
          </w:tcPr>
          <w:p w14:paraId="4CF352E2" w14:textId="77777777" w:rsidR="00540B47" w:rsidRDefault="00A32617">
            <w:r>
              <w:rPr>
                <w:i/>
                <w:sz w:val="18"/>
              </w:rPr>
              <w:t>Z. capensis</w:t>
            </w:r>
          </w:p>
        </w:tc>
        <w:tc>
          <w:tcPr>
            <w:tcW w:w="977" w:type="dxa"/>
          </w:tcPr>
          <w:p w14:paraId="2DBF7C79" w14:textId="77777777" w:rsidR="00540B47" w:rsidRDefault="00A32617">
            <w:r>
              <w:rPr>
                <w:sz w:val="18"/>
              </w:rPr>
              <w:t>-45.7338</w:t>
            </w:r>
          </w:p>
        </w:tc>
        <w:tc>
          <w:tcPr>
            <w:tcW w:w="1107" w:type="dxa"/>
          </w:tcPr>
          <w:p w14:paraId="2616F5AA" w14:textId="77777777" w:rsidR="00540B47" w:rsidRDefault="00A32617">
            <w:r>
              <w:rPr>
                <w:sz w:val="18"/>
              </w:rPr>
              <w:t>-67.5063</w:t>
            </w:r>
          </w:p>
        </w:tc>
        <w:tc>
          <w:tcPr>
            <w:tcW w:w="1156" w:type="dxa"/>
          </w:tcPr>
          <w:p w14:paraId="59DB4E14" w14:textId="77777777" w:rsidR="00540B47" w:rsidRDefault="00A32617">
            <w:r>
              <w:rPr>
                <w:sz w:val="18"/>
              </w:rPr>
              <w:t>2025-11-08</w:t>
            </w:r>
          </w:p>
        </w:tc>
        <w:tc>
          <w:tcPr>
            <w:tcW w:w="727" w:type="dxa"/>
          </w:tcPr>
          <w:p w14:paraId="4D4F2E81" w14:textId="77777777" w:rsidR="00540B47" w:rsidRDefault="00A32617">
            <w:r>
              <w:rPr>
                <w:sz w:val="18"/>
              </w:rPr>
              <w:t>17:24</w:t>
            </w:r>
          </w:p>
        </w:tc>
        <w:tc>
          <w:tcPr>
            <w:tcW w:w="1561" w:type="dxa"/>
          </w:tcPr>
          <w:p w14:paraId="71B7F183" w14:textId="77777777" w:rsidR="00540B47" w:rsidRDefault="00A32617">
            <w:r>
              <w:rPr>
                <w:sz w:val="18"/>
              </w:rPr>
              <w:t>Pablo L. Tubaro</w:t>
            </w:r>
          </w:p>
        </w:tc>
      </w:tr>
      <w:tr w:rsidR="00540B47" w14:paraId="4DB04E83" w14:textId="77777777" w:rsidTr="00DD565D">
        <w:tc>
          <w:tcPr>
            <w:tcW w:w="942" w:type="dxa"/>
          </w:tcPr>
          <w:p w14:paraId="3264BD95" w14:textId="77777777" w:rsidR="00540B47" w:rsidRDefault="00A32617">
            <w:r>
              <w:rPr>
                <w:sz w:val="18"/>
              </w:rPr>
              <w:t>3614</w:t>
            </w:r>
          </w:p>
        </w:tc>
        <w:tc>
          <w:tcPr>
            <w:tcW w:w="1156" w:type="dxa"/>
          </w:tcPr>
          <w:p w14:paraId="5DC9C5A8" w14:textId="77777777" w:rsidR="00540B47" w:rsidRDefault="00A32617">
            <w:r>
              <w:rPr>
                <w:sz w:val="18"/>
              </w:rPr>
              <w:t>MACN</w:t>
            </w:r>
          </w:p>
        </w:tc>
        <w:tc>
          <w:tcPr>
            <w:tcW w:w="1126" w:type="dxa"/>
          </w:tcPr>
          <w:p w14:paraId="20B0B7A4" w14:textId="77777777" w:rsidR="00540B47" w:rsidRDefault="00A32617">
            <w:r>
              <w:rPr>
                <w:i/>
                <w:sz w:val="18"/>
              </w:rPr>
              <w:t>Z. capensis</w:t>
            </w:r>
          </w:p>
        </w:tc>
        <w:tc>
          <w:tcPr>
            <w:tcW w:w="977" w:type="dxa"/>
          </w:tcPr>
          <w:p w14:paraId="3681E0DA" w14:textId="77777777" w:rsidR="00540B47" w:rsidRDefault="00A32617">
            <w:r>
              <w:rPr>
                <w:sz w:val="18"/>
              </w:rPr>
              <w:t>-45.7980</w:t>
            </w:r>
          </w:p>
        </w:tc>
        <w:tc>
          <w:tcPr>
            <w:tcW w:w="1107" w:type="dxa"/>
          </w:tcPr>
          <w:p w14:paraId="2F9BCF9B" w14:textId="77777777" w:rsidR="00540B47" w:rsidRDefault="00A32617">
            <w:r>
              <w:rPr>
                <w:sz w:val="18"/>
              </w:rPr>
              <w:t>-67.4191</w:t>
            </w:r>
          </w:p>
        </w:tc>
        <w:tc>
          <w:tcPr>
            <w:tcW w:w="1156" w:type="dxa"/>
          </w:tcPr>
          <w:p w14:paraId="077840EF" w14:textId="77777777" w:rsidR="00540B47" w:rsidRDefault="00A32617">
            <w:r>
              <w:rPr>
                <w:sz w:val="18"/>
              </w:rPr>
              <w:t>2025-11-08</w:t>
            </w:r>
          </w:p>
        </w:tc>
        <w:tc>
          <w:tcPr>
            <w:tcW w:w="727" w:type="dxa"/>
          </w:tcPr>
          <w:p w14:paraId="2B5FB936" w14:textId="77777777" w:rsidR="00540B47" w:rsidRDefault="00A32617">
            <w:r>
              <w:rPr>
                <w:sz w:val="18"/>
              </w:rPr>
              <w:t>20:01</w:t>
            </w:r>
          </w:p>
        </w:tc>
        <w:tc>
          <w:tcPr>
            <w:tcW w:w="1561" w:type="dxa"/>
          </w:tcPr>
          <w:p w14:paraId="125122CA" w14:textId="77777777" w:rsidR="00540B47" w:rsidRDefault="00A32617">
            <w:r>
              <w:rPr>
                <w:sz w:val="18"/>
              </w:rPr>
              <w:t>Agustin I. Casale</w:t>
            </w:r>
          </w:p>
        </w:tc>
      </w:tr>
      <w:tr w:rsidR="00540B47" w14:paraId="43F47033" w14:textId="77777777" w:rsidTr="00DD565D">
        <w:tc>
          <w:tcPr>
            <w:tcW w:w="942" w:type="dxa"/>
          </w:tcPr>
          <w:p w14:paraId="7FC0DB17" w14:textId="77777777" w:rsidR="00540B47" w:rsidRDefault="00A32617">
            <w:r>
              <w:rPr>
                <w:sz w:val="18"/>
              </w:rPr>
              <w:t>3615</w:t>
            </w:r>
          </w:p>
        </w:tc>
        <w:tc>
          <w:tcPr>
            <w:tcW w:w="1156" w:type="dxa"/>
          </w:tcPr>
          <w:p w14:paraId="24A209F4" w14:textId="77777777" w:rsidR="00540B47" w:rsidRDefault="00A32617">
            <w:r>
              <w:rPr>
                <w:sz w:val="18"/>
              </w:rPr>
              <w:t>MACN</w:t>
            </w:r>
          </w:p>
        </w:tc>
        <w:tc>
          <w:tcPr>
            <w:tcW w:w="1126" w:type="dxa"/>
          </w:tcPr>
          <w:p w14:paraId="77648E35" w14:textId="77777777" w:rsidR="00540B47" w:rsidRDefault="00A32617">
            <w:r>
              <w:rPr>
                <w:i/>
                <w:sz w:val="18"/>
              </w:rPr>
              <w:t>Z. capensis</w:t>
            </w:r>
          </w:p>
        </w:tc>
        <w:tc>
          <w:tcPr>
            <w:tcW w:w="977" w:type="dxa"/>
          </w:tcPr>
          <w:p w14:paraId="67B08CC6" w14:textId="77777777" w:rsidR="00540B47" w:rsidRDefault="00A32617">
            <w:r>
              <w:rPr>
                <w:sz w:val="18"/>
              </w:rPr>
              <w:t>-45.7978</w:t>
            </w:r>
          </w:p>
        </w:tc>
        <w:tc>
          <w:tcPr>
            <w:tcW w:w="1107" w:type="dxa"/>
          </w:tcPr>
          <w:p w14:paraId="7B157C24" w14:textId="77777777" w:rsidR="00540B47" w:rsidRDefault="00A32617">
            <w:r>
              <w:rPr>
                <w:sz w:val="18"/>
              </w:rPr>
              <w:t>-67.4201</w:t>
            </w:r>
          </w:p>
        </w:tc>
        <w:tc>
          <w:tcPr>
            <w:tcW w:w="1156" w:type="dxa"/>
          </w:tcPr>
          <w:p w14:paraId="024866B8" w14:textId="77777777" w:rsidR="00540B47" w:rsidRDefault="00A32617">
            <w:r>
              <w:rPr>
                <w:sz w:val="18"/>
              </w:rPr>
              <w:t>2025-11-08</w:t>
            </w:r>
          </w:p>
        </w:tc>
        <w:tc>
          <w:tcPr>
            <w:tcW w:w="727" w:type="dxa"/>
          </w:tcPr>
          <w:p w14:paraId="2E995B37" w14:textId="77777777" w:rsidR="00540B47" w:rsidRDefault="00A32617">
            <w:r>
              <w:rPr>
                <w:sz w:val="18"/>
              </w:rPr>
              <w:t>20:01</w:t>
            </w:r>
          </w:p>
        </w:tc>
        <w:tc>
          <w:tcPr>
            <w:tcW w:w="1561" w:type="dxa"/>
          </w:tcPr>
          <w:p w14:paraId="4C4D1391" w14:textId="77777777" w:rsidR="00540B47" w:rsidRDefault="00A32617">
            <w:r>
              <w:rPr>
                <w:sz w:val="18"/>
              </w:rPr>
              <w:t>Pablo L. Tubaro</w:t>
            </w:r>
          </w:p>
        </w:tc>
      </w:tr>
      <w:tr w:rsidR="00540B47" w14:paraId="34DB6858" w14:textId="77777777" w:rsidTr="00DD565D">
        <w:tc>
          <w:tcPr>
            <w:tcW w:w="942" w:type="dxa"/>
          </w:tcPr>
          <w:p w14:paraId="13813C28" w14:textId="77777777" w:rsidR="00540B47" w:rsidRDefault="00A32617">
            <w:r>
              <w:rPr>
                <w:sz w:val="18"/>
              </w:rPr>
              <w:t>3616</w:t>
            </w:r>
          </w:p>
        </w:tc>
        <w:tc>
          <w:tcPr>
            <w:tcW w:w="1156" w:type="dxa"/>
          </w:tcPr>
          <w:p w14:paraId="5FED8606" w14:textId="77777777" w:rsidR="00540B47" w:rsidRDefault="00A32617">
            <w:r>
              <w:rPr>
                <w:sz w:val="18"/>
              </w:rPr>
              <w:t>MACN</w:t>
            </w:r>
          </w:p>
        </w:tc>
        <w:tc>
          <w:tcPr>
            <w:tcW w:w="1126" w:type="dxa"/>
          </w:tcPr>
          <w:p w14:paraId="363B7690" w14:textId="77777777" w:rsidR="00540B47" w:rsidRDefault="00A32617">
            <w:r>
              <w:rPr>
                <w:i/>
                <w:sz w:val="18"/>
              </w:rPr>
              <w:t>Z. capensis</w:t>
            </w:r>
          </w:p>
        </w:tc>
        <w:tc>
          <w:tcPr>
            <w:tcW w:w="977" w:type="dxa"/>
          </w:tcPr>
          <w:p w14:paraId="224038BF" w14:textId="77777777" w:rsidR="00540B47" w:rsidRDefault="00A32617">
            <w:r>
              <w:rPr>
                <w:sz w:val="18"/>
              </w:rPr>
              <w:t>-45.9359</w:t>
            </w:r>
          </w:p>
        </w:tc>
        <w:tc>
          <w:tcPr>
            <w:tcW w:w="1107" w:type="dxa"/>
          </w:tcPr>
          <w:p w14:paraId="14CDC757" w14:textId="77777777" w:rsidR="00540B47" w:rsidRDefault="00A32617">
            <w:r>
              <w:rPr>
                <w:sz w:val="18"/>
              </w:rPr>
              <w:t>-67.5981</w:t>
            </w:r>
          </w:p>
        </w:tc>
        <w:tc>
          <w:tcPr>
            <w:tcW w:w="1156" w:type="dxa"/>
          </w:tcPr>
          <w:p w14:paraId="356500D0" w14:textId="77777777" w:rsidR="00540B47" w:rsidRDefault="00A32617">
            <w:r>
              <w:rPr>
                <w:sz w:val="18"/>
              </w:rPr>
              <w:t>2025-11-09</w:t>
            </w:r>
          </w:p>
        </w:tc>
        <w:tc>
          <w:tcPr>
            <w:tcW w:w="727" w:type="dxa"/>
          </w:tcPr>
          <w:p w14:paraId="7EDD0BD8" w14:textId="77777777" w:rsidR="00540B47" w:rsidRDefault="00A32617">
            <w:r>
              <w:rPr>
                <w:sz w:val="18"/>
              </w:rPr>
              <w:t>06:29</w:t>
            </w:r>
          </w:p>
        </w:tc>
        <w:tc>
          <w:tcPr>
            <w:tcW w:w="1561" w:type="dxa"/>
          </w:tcPr>
          <w:p w14:paraId="011C46F9" w14:textId="77777777" w:rsidR="00540B47" w:rsidRDefault="00A32617">
            <w:r>
              <w:rPr>
                <w:sz w:val="18"/>
              </w:rPr>
              <w:t>Agustin I. Casale</w:t>
            </w:r>
          </w:p>
        </w:tc>
      </w:tr>
      <w:tr w:rsidR="00540B47" w14:paraId="70989171" w14:textId="77777777" w:rsidTr="00DD565D">
        <w:tc>
          <w:tcPr>
            <w:tcW w:w="942" w:type="dxa"/>
          </w:tcPr>
          <w:p w14:paraId="603EC00D" w14:textId="77777777" w:rsidR="00540B47" w:rsidRDefault="00A32617">
            <w:r>
              <w:rPr>
                <w:sz w:val="18"/>
              </w:rPr>
              <w:t>3617</w:t>
            </w:r>
          </w:p>
        </w:tc>
        <w:tc>
          <w:tcPr>
            <w:tcW w:w="1156" w:type="dxa"/>
          </w:tcPr>
          <w:p w14:paraId="625A8E05" w14:textId="77777777" w:rsidR="00540B47" w:rsidRDefault="00A32617">
            <w:r>
              <w:rPr>
                <w:sz w:val="18"/>
              </w:rPr>
              <w:t>MACN</w:t>
            </w:r>
          </w:p>
        </w:tc>
        <w:tc>
          <w:tcPr>
            <w:tcW w:w="1126" w:type="dxa"/>
          </w:tcPr>
          <w:p w14:paraId="47074F80" w14:textId="77777777" w:rsidR="00540B47" w:rsidRDefault="00A32617">
            <w:r>
              <w:rPr>
                <w:i/>
                <w:sz w:val="18"/>
              </w:rPr>
              <w:t>Z. capensis</w:t>
            </w:r>
          </w:p>
        </w:tc>
        <w:tc>
          <w:tcPr>
            <w:tcW w:w="977" w:type="dxa"/>
          </w:tcPr>
          <w:p w14:paraId="7E81BABC" w14:textId="77777777" w:rsidR="00540B47" w:rsidRDefault="00A32617">
            <w:r>
              <w:rPr>
                <w:sz w:val="18"/>
              </w:rPr>
              <w:t>-46.0004</w:t>
            </w:r>
          </w:p>
        </w:tc>
        <w:tc>
          <w:tcPr>
            <w:tcW w:w="1107" w:type="dxa"/>
          </w:tcPr>
          <w:p w14:paraId="51E5CB50" w14:textId="77777777" w:rsidR="00540B47" w:rsidRDefault="00A32617">
            <w:r>
              <w:rPr>
                <w:sz w:val="18"/>
              </w:rPr>
              <w:t>-67.5974</w:t>
            </w:r>
          </w:p>
        </w:tc>
        <w:tc>
          <w:tcPr>
            <w:tcW w:w="1156" w:type="dxa"/>
          </w:tcPr>
          <w:p w14:paraId="77B59034" w14:textId="77777777" w:rsidR="00540B47" w:rsidRDefault="00A32617">
            <w:r>
              <w:rPr>
                <w:sz w:val="18"/>
              </w:rPr>
              <w:t>2025-11-09</w:t>
            </w:r>
          </w:p>
        </w:tc>
        <w:tc>
          <w:tcPr>
            <w:tcW w:w="727" w:type="dxa"/>
          </w:tcPr>
          <w:p w14:paraId="0B6A1A6C" w14:textId="77777777" w:rsidR="00540B47" w:rsidRDefault="00A32617">
            <w:r>
              <w:rPr>
                <w:sz w:val="18"/>
              </w:rPr>
              <w:t>06:49</w:t>
            </w:r>
          </w:p>
        </w:tc>
        <w:tc>
          <w:tcPr>
            <w:tcW w:w="1561" w:type="dxa"/>
          </w:tcPr>
          <w:p w14:paraId="00845AB5" w14:textId="77777777" w:rsidR="00540B47" w:rsidRDefault="00A32617">
            <w:r>
              <w:rPr>
                <w:sz w:val="18"/>
              </w:rPr>
              <w:t>Agustin I. Casale</w:t>
            </w:r>
          </w:p>
        </w:tc>
      </w:tr>
      <w:tr w:rsidR="00540B47" w14:paraId="47EC4F0F" w14:textId="77777777" w:rsidTr="00DD565D">
        <w:tc>
          <w:tcPr>
            <w:tcW w:w="942" w:type="dxa"/>
          </w:tcPr>
          <w:p w14:paraId="28108507" w14:textId="77777777" w:rsidR="00540B47" w:rsidRDefault="00A32617">
            <w:r>
              <w:rPr>
                <w:sz w:val="18"/>
              </w:rPr>
              <w:t>3618</w:t>
            </w:r>
          </w:p>
        </w:tc>
        <w:tc>
          <w:tcPr>
            <w:tcW w:w="1156" w:type="dxa"/>
          </w:tcPr>
          <w:p w14:paraId="1CCC2EFE" w14:textId="77777777" w:rsidR="00540B47" w:rsidRDefault="00A32617">
            <w:r>
              <w:rPr>
                <w:sz w:val="18"/>
              </w:rPr>
              <w:t>MACN</w:t>
            </w:r>
          </w:p>
        </w:tc>
        <w:tc>
          <w:tcPr>
            <w:tcW w:w="1126" w:type="dxa"/>
          </w:tcPr>
          <w:p w14:paraId="60338AC2" w14:textId="77777777" w:rsidR="00540B47" w:rsidRDefault="00A32617">
            <w:r>
              <w:rPr>
                <w:i/>
                <w:sz w:val="18"/>
              </w:rPr>
              <w:t>Z. capensis</w:t>
            </w:r>
          </w:p>
        </w:tc>
        <w:tc>
          <w:tcPr>
            <w:tcW w:w="977" w:type="dxa"/>
          </w:tcPr>
          <w:p w14:paraId="345F0F11" w14:textId="77777777" w:rsidR="00540B47" w:rsidRDefault="00A32617">
            <w:r>
              <w:rPr>
                <w:sz w:val="18"/>
              </w:rPr>
              <w:t>-45.9395</w:t>
            </w:r>
          </w:p>
        </w:tc>
        <w:tc>
          <w:tcPr>
            <w:tcW w:w="1107" w:type="dxa"/>
          </w:tcPr>
          <w:p w14:paraId="3DD1C9CE" w14:textId="77777777" w:rsidR="00540B47" w:rsidRDefault="00A32617">
            <w:r>
              <w:rPr>
                <w:sz w:val="18"/>
              </w:rPr>
              <w:t>-67.5992</w:t>
            </w:r>
          </w:p>
        </w:tc>
        <w:tc>
          <w:tcPr>
            <w:tcW w:w="1156" w:type="dxa"/>
          </w:tcPr>
          <w:p w14:paraId="3437BA61" w14:textId="77777777" w:rsidR="00540B47" w:rsidRDefault="00A32617">
            <w:r>
              <w:rPr>
                <w:sz w:val="18"/>
              </w:rPr>
              <w:t>2025-11-09</w:t>
            </w:r>
          </w:p>
        </w:tc>
        <w:tc>
          <w:tcPr>
            <w:tcW w:w="727" w:type="dxa"/>
          </w:tcPr>
          <w:p w14:paraId="58F5ED35" w14:textId="77777777" w:rsidR="00540B47" w:rsidRDefault="00A32617">
            <w:r>
              <w:rPr>
                <w:sz w:val="18"/>
              </w:rPr>
              <w:t>06:29</w:t>
            </w:r>
          </w:p>
        </w:tc>
        <w:tc>
          <w:tcPr>
            <w:tcW w:w="1561" w:type="dxa"/>
          </w:tcPr>
          <w:p w14:paraId="6D99FF84" w14:textId="77777777" w:rsidR="00540B47" w:rsidRDefault="00A32617">
            <w:r>
              <w:rPr>
                <w:sz w:val="18"/>
              </w:rPr>
              <w:t>Pablo L. Tubaro</w:t>
            </w:r>
          </w:p>
        </w:tc>
      </w:tr>
      <w:tr w:rsidR="00540B47" w14:paraId="0AF36D52" w14:textId="77777777" w:rsidTr="00DD565D">
        <w:tc>
          <w:tcPr>
            <w:tcW w:w="942" w:type="dxa"/>
          </w:tcPr>
          <w:p w14:paraId="4FA1BFB3" w14:textId="77777777" w:rsidR="00540B47" w:rsidRDefault="00A32617">
            <w:r>
              <w:rPr>
                <w:sz w:val="18"/>
              </w:rPr>
              <w:t>3619</w:t>
            </w:r>
          </w:p>
        </w:tc>
        <w:tc>
          <w:tcPr>
            <w:tcW w:w="1156" w:type="dxa"/>
          </w:tcPr>
          <w:p w14:paraId="0B441A49" w14:textId="77777777" w:rsidR="00540B47" w:rsidRDefault="00A32617">
            <w:r>
              <w:rPr>
                <w:sz w:val="18"/>
              </w:rPr>
              <w:t>MACN</w:t>
            </w:r>
          </w:p>
        </w:tc>
        <w:tc>
          <w:tcPr>
            <w:tcW w:w="1126" w:type="dxa"/>
          </w:tcPr>
          <w:p w14:paraId="4EB11758" w14:textId="77777777" w:rsidR="00540B47" w:rsidRDefault="00A32617">
            <w:r>
              <w:rPr>
                <w:i/>
                <w:sz w:val="18"/>
              </w:rPr>
              <w:t>Z. capensis</w:t>
            </w:r>
          </w:p>
        </w:tc>
        <w:tc>
          <w:tcPr>
            <w:tcW w:w="977" w:type="dxa"/>
          </w:tcPr>
          <w:p w14:paraId="7AD966FA" w14:textId="77777777" w:rsidR="00540B47" w:rsidRDefault="00A32617">
            <w:r>
              <w:rPr>
                <w:sz w:val="18"/>
              </w:rPr>
              <w:t>-45.9395</w:t>
            </w:r>
          </w:p>
        </w:tc>
        <w:tc>
          <w:tcPr>
            <w:tcW w:w="1107" w:type="dxa"/>
          </w:tcPr>
          <w:p w14:paraId="01508720" w14:textId="77777777" w:rsidR="00540B47" w:rsidRDefault="00A32617">
            <w:r>
              <w:rPr>
                <w:sz w:val="18"/>
              </w:rPr>
              <w:t>-67.5992</w:t>
            </w:r>
          </w:p>
        </w:tc>
        <w:tc>
          <w:tcPr>
            <w:tcW w:w="1156" w:type="dxa"/>
          </w:tcPr>
          <w:p w14:paraId="095C854F" w14:textId="77777777" w:rsidR="00540B47" w:rsidRDefault="00A32617">
            <w:r>
              <w:rPr>
                <w:sz w:val="18"/>
              </w:rPr>
              <w:t>2025-11-09</w:t>
            </w:r>
          </w:p>
        </w:tc>
        <w:tc>
          <w:tcPr>
            <w:tcW w:w="727" w:type="dxa"/>
          </w:tcPr>
          <w:p w14:paraId="3D72E165" w14:textId="77777777" w:rsidR="00540B47" w:rsidRDefault="00A32617">
            <w:r>
              <w:rPr>
                <w:sz w:val="18"/>
              </w:rPr>
              <w:t>06:31</w:t>
            </w:r>
          </w:p>
        </w:tc>
        <w:tc>
          <w:tcPr>
            <w:tcW w:w="1561" w:type="dxa"/>
          </w:tcPr>
          <w:p w14:paraId="7B3DBFC9" w14:textId="77777777" w:rsidR="00540B47" w:rsidRDefault="00A32617">
            <w:r>
              <w:rPr>
                <w:sz w:val="18"/>
              </w:rPr>
              <w:t>Pablo L. Tubaro</w:t>
            </w:r>
          </w:p>
        </w:tc>
      </w:tr>
      <w:tr w:rsidR="00540B47" w14:paraId="7BFDE9DD" w14:textId="77777777" w:rsidTr="00DD565D">
        <w:tc>
          <w:tcPr>
            <w:tcW w:w="942" w:type="dxa"/>
          </w:tcPr>
          <w:p w14:paraId="37B59A76" w14:textId="77777777" w:rsidR="00540B47" w:rsidRDefault="00A32617">
            <w:r>
              <w:rPr>
                <w:sz w:val="18"/>
              </w:rPr>
              <w:t>3620</w:t>
            </w:r>
          </w:p>
        </w:tc>
        <w:tc>
          <w:tcPr>
            <w:tcW w:w="1156" w:type="dxa"/>
          </w:tcPr>
          <w:p w14:paraId="4CF37922" w14:textId="77777777" w:rsidR="00540B47" w:rsidRDefault="00A32617">
            <w:r>
              <w:rPr>
                <w:sz w:val="18"/>
              </w:rPr>
              <w:t>MACN</w:t>
            </w:r>
          </w:p>
        </w:tc>
        <w:tc>
          <w:tcPr>
            <w:tcW w:w="1126" w:type="dxa"/>
          </w:tcPr>
          <w:p w14:paraId="337AE625" w14:textId="77777777" w:rsidR="00540B47" w:rsidRDefault="00A32617">
            <w:r>
              <w:rPr>
                <w:i/>
                <w:sz w:val="18"/>
              </w:rPr>
              <w:t>Z. capensis</w:t>
            </w:r>
          </w:p>
        </w:tc>
        <w:tc>
          <w:tcPr>
            <w:tcW w:w="977" w:type="dxa"/>
          </w:tcPr>
          <w:p w14:paraId="0CDBD649" w14:textId="77777777" w:rsidR="00540B47" w:rsidRDefault="00A32617">
            <w:r>
              <w:rPr>
                <w:sz w:val="18"/>
              </w:rPr>
              <w:t>-46.1567</w:t>
            </w:r>
          </w:p>
        </w:tc>
        <w:tc>
          <w:tcPr>
            <w:tcW w:w="1107" w:type="dxa"/>
          </w:tcPr>
          <w:p w14:paraId="68B874E0" w14:textId="77777777" w:rsidR="00540B47" w:rsidRDefault="00A32617">
            <w:r>
              <w:rPr>
                <w:sz w:val="18"/>
              </w:rPr>
              <w:t>-67.6294</w:t>
            </w:r>
          </w:p>
        </w:tc>
        <w:tc>
          <w:tcPr>
            <w:tcW w:w="1156" w:type="dxa"/>
          </w:tcPr>
          <w:p w14:paraId="0768A4B9" w14:textId="77777777" w:rsidR="00540B47" w:rsidRDefault="00A32617">
            <w:r>
              <w:rPr>
                <w:sz w:val="18"/>
              </w:rPr>
              <w:t>2025-11-09</w:t>
            </w:r>
          </w:p>
        </w:tc>
        <w:tc>
          <w:tcPr>
            <w:tcW w:w="727" w:type="dxa"/>
          </w:tcPr>
          <w:p w14:paraId="5483FD89" w14:textId="77777777" w:rsidR="00540B47" w:rsidRDefault="00A32617">
            <w:r>
              <w:rPr>
                <w:sz w:val="18"/>
              </w:rPr>
              <w:t>07:22</w:t>
            </w:r>
          </w:p>
        </w:tc>
        <w:tc>
          <w:tcPr>
            <w:tcW w:w="1561" w:type="dxa"/>
          </w:tcPr>
          <w:p w14:paraId="66A250AD" w14:textId="77777777" w:rsidR="00540B47" w:rsidRDefault="00A32617">
            <w:r>
              <w:rPr>
                <w:sz w:val="18"/>
              </w:rPr>
              <w:t>Agustin I. Casale</w:t>
            </w:r>
          </w:p>
        </w:tc>
      </w:tr>
      <w:tr w:rsidR="00540B47" w14:paraId="60D101FA" w14:textId="77777777" w:rsidTr="00DD565D">
        <w:tc>
          <w:tcPr>
            <w:tcW w:w="942" w:type="dxa"/>
          </w:tcPr>
          <w:p w14:paraId="5701CE80" w14:textId="77777777" w:rsidR="00540B47" w:rsidRDefault="00A32617">
            <w:r>
              <w:rPr>
                <w:sz w:val="18"/>
              </w:rPr>
              <w:t>3621</w:t>
            </w:r>
          </w:p>
        </w:tc>
        <w:tc>
          <w:tcPr>
            <w:tcW w:w="1156" w:type="dxa"/>
          </w:tcPr>
          <w:p w14:paraId="7B5BF138" w14:textId="77777777" w:rsidR="00540B47" w:rsidRDefault="00A32617">
            <w:r>
              <w:rPr>
                <w:sz w:val="18"/>
              </w:rPr>
              <w:t>MACN</w:t>
            </w:r>
          </w:p>
        </w:tc>
        <w:tc>
          <w:tcPr>
            <w:tcW w:w="1126" w:type="dxa"/>
          </w:tcPr>
          <w:p w14:paraId="1141E0B1" w14:textId="77777777" w:rsidR="00540B47" w:rsidRDefault="00A32617">
            <w:r>
              <w:rPr>
                <w:i/>
                <w:sz w:val="18"/>
              </w:rPr>
              <w:t>Z. capensis</w:t>
            </w:r>
          </w:p>
        </w:tc>
        <w:tc>
          <w:tcPr>
            <w:tcW w:w="977" w:type="dxa"/>
          </w:tcPr>
          <w:p w14:paraId="275596C8" w14:textId="77777777" w:rsidR="00540B47" w:rsidRDefault="00A32617">
            <w:r>
              <w:rPr>
                <w:sz w:val="18"/>
              </w:rPr>
              <w:t>-46.2767</w:t>
            </w:r>
          </w:p>
        </w:tc>
        <w:tc>
          <w:tcPr>
            <w:tcW w:w="1107" w:type="dxa"/>
          </w:tcPr>
          <w:p w14:paraId="19863E24" w14:textId="77777777" w:rsidR="00540B47" w:rsidRDefault="00A32617">
            <w:r>
              <w:rPr>
                <w:sz w:val="18"/>
              </w:rPr>
              <w:t>-67.6000</w:t>
            </w:r>
          </w:p>
        </w:tc>
        <w:tc>
          <w:tcPr>
            <w:tcW w:w="1156" w:type="dxa"/>
          </w:tcPr>
          <w:p w14:paraId="4E0AA97E" w14:textId="77777777" w:rsidR="00540B47" w:rsidRDefault="00A32617">
            <w:r>
              <w:rPr>
                <w:sz w:val="18"/>
              </w:rPr>
              <w:t>2025-11-09</w:t>
            </w:r>
          </w:p>
        </w:tc>
        <w:tc>
          <w:tcPr>
            <w:tcW w:w="727" w:type="dxa"/>
          </w:tcPr>
          <w:p w14:paraId="0A152C61" w14:textId="77777777" w:rsidR="00540B47" w:rsidRDefault="00A32617">
            <w:r>
              <w:rPr>
                <w:sz w:val="18"/>
              </w:rPr>
              <w:t>07:36</w:t>
            </w:r>
          </w:p>
        </w:tc>
        <w:tc>
          <w:tcPr>
            <w:tcW w:w="1561" w:type="dxa"/>
          </w:tcPr>
          <w:p w14:paraId="69544467" w14:textId="77777777" w:rsidR="00540B47" w:rsidRDefault="00A32617">
            <w:r>
              <w:rPr>
                <w:sz w:val="18"/>
              </w:rPr>
              <w:t>Agustin I. Casale</w:t>
            </w:r>
          </w:p>
        </w:tc>
      </w:tr>
      <w:tr w:rsidR="00540B47" w14:paraId="62F68000" w14:textId="77777777" w:rsidTr="00DD565D">
        <w:tc>
          <w:tcPr>
            <w:tcW w:w="942" w:type="dxa"/>
          </w:tcPr>
          <w:p w14:paraId="4D45B680" w14:textId="77777777" w:rsidR="00540B47" w:rsidRDefault="00A32617">
            <w:r>
              <w:rPr>
                <w:sz w:val="18"/>
              </w:rPr>
              <w:t>3622</w:t>
            </w:r>
          </w:p>
        </w:tc>
        <w:tc>
          <w:tcPr>
            <w:tcW w:w="1156" w:type="dxa"/>
          </w:tcPr>
          <w:p w14:paraId="06772ECF" w14:textId="77777777" w:rsidR="00540B47" w:rsidRDefault="00A32617">
            <w:r>
              <w:rPr>
                <w:sz w:val="18"/>
              </w:rPr>
              <w:t>MACN</w:t>
            </w:r>
          </w:p>
        </w:tc>
        <w:tc>
          <w:tcPr>
            <w:tcW w:w="1126" w:type="dxa"/>
          </w:tcPr>
          <w:p w14:paraId="254B7AAA" w14:textId="77777777" w:rsidR="00540B47" w:rsidRDefault="00A32617">
            <w:r>
              <w:rPr>
                <w:i/>
                <w:sz w:val="18"/>
              </w:rPr>
              <w:t>Z. capensis</w:t>
            </w:r>
          </w:p>
        </w:tc>
        <w:tc>
          <w:tcPr>
            <w:tcW w:w="977" w:type="dxa"/>
          </w:tcPr>
          <w:p w14:paraId="5BAD9FD3" w14:textId="77777777" w:rsidR="00540B47" w:rsidRDefault="00A32617">
            <w:r>
              <w:rPr>
                <w:sz w:val="18"/>
              </w:rPr>
              <w:t>-46.2769</w:t>
            </w:r>
          </w:p>
        </w:tc>
        <w:tc>
          <w:tcPr>
            <w:tcW w:w="1107" w:type="dxa"/>
          </w:tcPr>
          <w:p w14:paraId="2ED95A37" w14:textId="77777777" w:rsidR="00540B47" w:rsidRDefault="00A32617">
            <w:r>
              <w:rPr>
                <w:sz w:val="18"/>
              </w:rPr>
              <w:t>-67.6003</w:t>
            </w:r>
          </w:p>
        </w:tc>
        <w:tc>
          <w:tcPr>
            <w:tcW w:w="1156" w:type="dxa"/>
          </w:tcPr>
          <w:p w14:paraId="6366AD6B" w14:textId="77777777" w:rsidR="00540B47" w:rsidRDefault="00A32617">
            <w:r>
              <w:rPr>
                <w:sz w:val="18"/>
              </w:rPr>
              <w:t>2025-11-09</w:t>
            </w:r>
          </w:p>
        </w:tc>
        <w:tc>
          <w:tcPr>
            <w:tcW w:w="727" w:type="dxa"/>
          </w:tcPr>
          <w:p w14:paraId="7517DFF9" w14:textId="77777777" w:rsidR="00540B47" w:rsidRDefault="00A32617">
            <w:r>
              <w:rPr>
                <w:sz w:val="18"/>
              </w:rPr>
              <w:t>07:43</w:t>
            </w:r>
          </w:p>
        </w:tc>
        <w:tc>
          <w:tcPr>
            <w:tcW w:w="1561" w:type="dxa"/>
          </w:tcPr>
          <w:p w14:paraId="2FF84832" w14:textId="77777777" w:rsidR="00540B47" w:rsidRDefault="00A32617">
            <w:r>
              <w:rPr>
                <w:sz w:val="18"/>
              </w:rPr>
              <w:t>Agustin I. Casale</w:t>
            </w:r>
          </w:p>
        </w:tc>
      </w:tr>
      <w:tr w:rsidR="00540B47" w14:paraId="16466D2B" w14:textId="77777777" w:rsidTr="00DD565D">
        <w:tc>
          <w:tcPr>
            <w:tcW w:w="942" w:type="dxa"/>
          </w:tcPr>
          <w:p w14:paraId="25997809" w14:textId="77777777" w:rsidR="00540B47" w:rsidRDefault="00A32617">
            <w:r>
              <w:rPr>
                <w:sz w:val="18"/>
              </w:rPr>
              <w:t>3623</w:t>
            </w:r>
          </w:p>
        </w:tc>
        <w:tc>
          <w:tcPr>
            <w:tcW w:w="1156" w:type="dxa"/>
          </w:tcPr>
          <w:p w14:paraId="0B9ECAAA" w14:textId="77777777" w:rsidR="00540B47" w:rsidRDefault="00A32617">
            <w:r>
              <w:rPr>
                <w:sz w:val="18"/>
              </w:rPr>
              <w:t>MACN</w:t>
            </w:r>
          </w:p>
        </w:tc>
        <w:tc>
          <w:tcPr>
            <w:tcW w:w="1126" w:type="dxa"/>
          </w:tcPr>
          <w:p w14:paraId="65D1839E" w14:textId="77777777" w:rsidR="00540B47" w:rsidRDefault="00A32617">
            <w:r>
              <w:rPr>
                <w:i/>
                <w:sz w:val="18"/>
              </w:rPr>
              <w:t>Z. capensis</w:t>
            </w:r>
          </w:p>
        </w:tc>
        <w:tc>
          <w:tcPr>
            <w:tcW w:w="977" w:type="dxa"/>
          </w:tcPr>
          <w:p w14:paraId="31B33684" w14:textId="77777777" w:rsidR="00540B47" w:rsidRDefault="00A32617">
            <w:r>
              <w:rPr>
                <w:sz w:val="18"/>
              </w:rPr>
              <w:t>-46.0300</w:t>
            </w:r>
          </w:p>
        </w:tc>
        <w:tc>
          <w:tcPr>
            <w:tcW w:w="1107" w:type="dxa"/>
          </w:tcPr>
          <w:p w14:paraId="433F31EE" w14:textId="77777777" w:rsidR="00540B47" w:rsidRDefault="00A32617">
            <w:r>
              <w:rPr>
                <w:sz w:val="18"/>
              </w:rPr>
              <w:t>-67.6010</w:t>
            </w:r>
          </w:p>
        </w:tc>
        <w:tc>
          <w:tcPr>
            <w:tcW w:w="1156" w:type="dxa"/>
          </w:tcPr>
          <w:p w14:paraId="6A6B5857" w14:textId="77777777" w:rsidR="00540B47" w:rsidRDefault="00A32617">
            <w:r>
              <w:rPr>
                <w:sz w:val="18"/>
              </w:rPr>
              <w:t>2025-11-09</w:t>
            </w:r>
          </w:p>
        </w:tc>
        <w:tc>
          <w:tcPr>
            <w:tcW w:w="727" w:type="dxa"/>
          </w:tcPr>
          <w:p w14:paraId="3328FC7D" w14:textId="77777777" w:rsidR="00540B47" w:rsidRDefault="00A32617">
            <w:r>
              <w:rPr>
                <w:sz w:val="18"/>
              </w:rPr>
              <w:t>07:03</w:t>
            </w:r>
          </w:p>
        </w:tc>
        <w:tc>
          <w:tcPr>
            <w:tcW w:w="1561" w:type="dxa"/>
          </w:tcPr>
          <w:p w14:paraId="466B1D0E" w14:textId="77777777" w:rsidR="00540B47" w:rsidRDefault="00A32617">
            <w:r>
              <w:rPr>
                <w:sz w:val="18"/>
              </w:rPr>
              <w:t>Pablo L. Tubaro</w:t>
            </w:r>
          </w:p>
        </w:tc>
      </w:tr>
      <w:tr w:rsidR="00540B47" w14:paraId="59E835BE" w14:textId="77777777" w:rsidTr="00DD565D">
        <w:tc>
          <w:tcPr>
            <w:tcW w:w="942" w:type="dxa"/>
          </w:tcPr>
          <w:p w14:paraId="26D6BE40" w14:textId="77777777" w:rsidR="00540B47" w:rsidRDefault="00A32617">
            <w:r>
              <w:rPr>
                <w:sz w:val="18"/>
              </w:rPr>
              <w:t>3624</w:t>
            </w:r>
          </w:p>
        </w:tc>
        <w:tc>
          <w:tcPr>
            <w:tcW w:w="1156" w:type="dxa"/>
          </w:tcPr>
          <w:p w14:paraId="174D567F" w14:textId="77777777" w:rsidR="00540B47" w:rsidRDefault="00A32617">
            <w:r>
              <w:rPr>
                <w:sz w:val="18"/>
              </w:rPr>
              <w:t>MACN</w:t>
            </w:r>
          </w:p>
        </w:tc>
        <w:tc>
          <w:tcPr>
            <w:tcW w:w="1126" w:type="dxa"/>
          </w:tcPr>
          <w:p w14:paraId="0CFC174A" w14:textId="77777777" w:rsidR="00540B47" w:rsidRDefault="00A32617">
            <w:r>
              <w:rPr>
                <w:i/>
                <w:sz w:val="18"/>
              </w:rPr>
              <w:t>Z. capensis</w:t>
            </w:r>
          </w:p>
        </w:tc>
        <w:tc>
          <w:tcPr>
            <w:tcW w:w="977" w:type="dxa"/>
          </w:tcPr>
          <w:p w14:paraId="3E161A7F" w14:textId="77777777" w:rsidR="00540B47" w:rsidRDefault="00A32617">
            <w:r>
              <w:rPr>
                <w:sz w:val="18"/>
              </w:rPr>
              <w:t>-46.1570</w:t>
            </w:r>
          </w:p>
        </w:tc>
        <w:tc>
          <w:tcPr>
            <w:tcW w:w="1107" w:type="dxa"/>
          </w:tcPr>
          <w:p w14:paraId="71033ED8" w14:textId="77777777" w:rsidR="00540B47" w:rsidRDefault="00A32617">
            <w:r>
              <w:rPr>
                <w:sz w:val="18"/>
              </w:rPr>
              <w:t>-67.6300</w:t>
            </w:r>
          </w:p>
        </w:tc>
        <w:tc>
          <w:tcPr>
            <w:tcW w:w="1156" w:type="dxa"/>
          </w:tcPr>
          <w:p w14:paraId="248ED3F7" w14:textId="77777777" w:rsidR="00540B47" w:rsidRDefault="00A32617">
            <w:r>
              <w:rPr>
                <w:sz w:val="18"/>
              </w:rPr>
              <w:t>2025-11-09</w:t>
            </w:r>
          </w:p>
        </w:tc>
        <w:tc>
          <w:tcPr>
            <w:tcW w:w="727" w:type="dxa"/>
          </w:tcPr>
          <w:p w14:paraId="16666900" w14:textId="77777777" w:rsidR="00540B47" w:rsidRDefault="00A32617">
            <w:r>
              <w:rPr>
                <w:sz w:val="18"/>
              </w:rPr>
              <w:t>07:21</w:t>
            </w:r>
          </w:p>
        </w:tc>
        <w:tc>
          <w:tcPr>
            <w:tcW w:w="1561" w:type="dxa"/>
          </w:tcPr>
          <w:p w14:paraId="71D6D64D" w14:textId="77777777" w:rsidR="00540B47" w:rsidRDefault="00A32617">
            <w:r>
              <w:rPr>
                <w:sz w:val="18"/>
              </w:rPr>
              <w:t>Pablo L. Tubaro</w:t>
            </w:r>
          </w:p>
        </w:tc>
      </w:tr>
      <w:tr w:rsidR="00540B47" w14:paraId="73C7B26F" w14:textId="77777777" w:rsidTr="00DD565D">
        <w:tc>
          <w:tcPr>
            <w:tcW w:w="942" w:type="dxa"/>
          </w:tcPr>
          <w:p w14:paraId="3C6297E9" w14:textId="77777777" w:rsidR="00540B47" w:rsidRDefault="00A32617">
            <w:r>
              <w:rPr>
                <w:sz w:val="18"/>
              </w:rPr>
              <w:t>3625</w:t>
            </w:r>
          </w:p>
        </w:tc>
        <w:tc>
          <w:tcPr>
            <w:tcW w:w="1156" w:type="dxa"/>
          </w:tcPr>
          <w:p w14:paraId="2D6A8FFA" w14:textId="77777777" w:rsidR="00540B47" w:rsidRDefault="00A32617">
            <w:r>
              <w:rPr>
                <w:sz w:val="18"/>
              </w:rPr>
              <w:t>MACN</w:t>
            </w:r>
          </w:p>
        </w:tc>
        <w:tc>
          <w:tcPr>
            <w:tcW w:w="1126" w:type="dxa"/>
          </w:tcPr>
          <w:p w14:paraId="6C22247D" w14:textId="77777777" w:rsidR="00540B47" w:rsidRDefault="00A32617">
            <w:r>
              <w:rPr>
                <w:i/>
                <w:sz w:val="18"/>
              </w:rPr>
              <w:t>Z. capensis</w:t>
            </w:r>
          </w:p>
        </w:tc>
        <w:tc>
          <w:tcPr>
            <w:tcW w:w="977" w:type="dxa"/>
          </w:tcPr>
          <w:p w14:paraId="74DEB1DD" w14:textId="77777777" w:rsidR="00540B47" w:rsidRDefault="00A32617">
            <w:r>
              <w:rPr>
                <w:sz w:val="18"/>
              </w:rPr>
              <w:t>-46.1570</w:t>
            </w:r>
          </w:p>
        </w:tc>
        <w:tc>
          <w:tcPr>
            <w:tcW w:w="1107" w:type="dxa"/>
          </w:tcPr>
          <w:p w14:paraId="1E5A5F34" w14:textId="77777777" w:rsidR="00540B47" w:rsidRDefault="00A32617">
            <w:r>
              <w:rPr>
                <w:sz w:val="18"/>
              </w:rPr>
              <w:t>-67.6300</w:t>
            </w:r>
          </w:p>
        </w:tc>
        <w:tc>
          <w:tcPr>
            <w:tcW w:w="1156" w:type="dxa"/>
          </w:tcPr>
          <w:p w14:paraId="0C03015F" w14:textId="77777777" w:rsidR="00540B47" w:rsidRDefault="00A32617">
            <w:r>
              <w:rPr>
                <w:sz w:val="18"/>
              </w:rPr>
              <w:t>2025-11-09</w:t>
            </w:r>
          </w:p>
        </w:tc>
        <w:tc>
          <w:tcPr>
            <w:tcW w:w="727" w:type="dxa"/>
          </w:tcPr>
          <w:p w14:paraId="6A5844D1" w14:textId="77777777" w:rsidR="00540B47" w:rsidRDefault="00A32617">
            <w:r>
              <w:rPr>
                <w:sz w:val="18"/>
              </w:rPr>
              <w:t>07:25</w:t>
            </w:r>
          </w:p>
        </w:tc>
        <w:tc>
          <w:tcPr>
            <w:tcW w:w="1561" w:type="dxa"/>
          </w:tcPr>
          <w:p w14:paraId="575505AD" w14:textId="77777777" w:rsidR="00540B47" w:rsidRDefault="00A32617">
            <w:r>
              <w:rPr>
                <w:sz w:val="18"/>
              </w:rPr>
              <w:t>Pablo L. Tubaro</w:t>
            </w:r>
          </w:p>
        </w:tc>
      </w:tr>
      <w:tr w:rsidR="00540B47" w14:paraId="152CDE8E" w14:textId="77777777" w:rsidTr="00DD565D">
        <w:tc>
          <w:tcPr>
            <w:tcW w:w="942" w:type="dxa"/>
          </w:tcPr>
          <w:p w14:paraId="4F153E70" w14:textId="77777777" w:rsidR="00540B47" w:rsidRDefault="00A32617">
            <w:r>
              <w:rPr>
                <w:sz w:val="18"/>
              </w:rPr>
              <w:t>3626</w:t>
            </w:r>
          </w:p>
        </w:tc>
        <w:tc>
          <w:tcPr>
            <w:tcW w:w="1156" w:type="dxa"/>
          </w:tcPr>
          <w:p w14:paraId="7D094119" w14:textId="77777777" w:rsidR="00540B47" w:rsidRDefault="00A32617">
            <w:r>
              <w:rPr>
                <w:sz w:val="18"/>
              </w:rPr>
              <w:t>MACN</w:t>
            </w:r>
          </w:p>
        </w:tc>
        <w:tc>
          <w:tcPr>
            <w:tcW w:w="1126" w:type="dxa"/>
          </w:tcPr>
          <w:p w14:paraId="67136A4B" w14:textId="77777777" w:rsidR="00540B47" w:rsidRDefault="00A32617">
            <w:r>
              <w:rPr>
                <w:i/>
                <w:sz w:val="18"/>
              </w:rPr>
              <w:t>Z. capensis</w:t>
            </w:r>
          </w:p>
        </w:tc>
        <w:tc>
          <w:tcPr>
            <w:tcW w:w="977" w:type="dxa"/>
          </w:tcPr>
          <w:p w14:paraId="6EE1B628" w14:textId="77777777" w:rsidR="00540B47" w:rsidRDefault="00A32617">
            <w:r>
              <w:rPr>
                <w:sz w:val="18"/>
              </w:rPr>
              <w:t>-46.2770</w:t>
            </w:r>
          </w:p>
        </w:tc>
        <w:tc>
          <w:tcPr>
            <w:tcW w:w="1107" w:type="dxa"/>
          </w:tcPr>
          <w:p w14:paraId="6416007C" w14:textId="77777777" w:rsidR="00540B47" w:rsidRDefault="00A32617">
            <w:r>
              <w:rPr>
                <w:sz w:val="18"/>
              </w:rPr>
              <w:t>-67.6000</w:t>
            </w:r>
          </w:p>
        </w:tc>
        <w:tc>
          <w:tcPr>
            <w:tcW w:w="1156" w:type="dxa"/>
          </w:tcPr>
          <w:p w14:paraId="3B1D7AE0" w14:textId="77777777" w:rsidR="00540B47" w:rsidRDefault="00A32617">
            <w:r>
              <w:rPr>
                <w:sz w:val="18"/>
              </w:rPr>
              <w:t>2025-11-09</w:t>
            </w:r>
          </w:p>
        </w:tc>
        <w:tc>
          <w:tcPr>
            <w:tcW w:w="727" w:type="dxa"/>
          </w:tcPr>
          <w:p w14:paraId="74FFB771" w14:textId="77777777" w:rsidR="00540B47" w:rsidRDefault="00A32617">
            <w:r>
              <w:rPr>
                <w:sz w:val="18"/>
              </w:rPr>
              <w:t>07:36</w:t>
            </w:r>
          </w:p>
        </w:tc>
        <w:tc>
          <w:tcPr>
            <w:tcW w:w="1561" w:type="dxa"/>
          </w:tcPr>
          <w:p w14:paraId="112D629D" w14:textId="77777777" w:rsidR="00540B47" w:rsidRDefault="00A32617">
            <w:r>
              <w:rPr>
                <w:sz w:val="18"/>
              </w:rPr>
              <w:t>Pablo L. Tubaro</w:t>
            </w:r>
          </w:p>
        </w:tc>
      </w:tr>
      <w:tr w:rsidR="00540B47" w14:paraId="1232A8A7" w14:textId="77777777" w:rsidTr="00DD565D">
        <w:tc>
          <w:tcPr>
            <w:tcW w:w="942" w:type="dxa"/>
          </w:tcPr>
          <w:p w14:paraId="7562A5EE" w14:textId="77777777" w:rsidR="00540B47" w:rsidRDefault="00A32617">
            <w:r>
              <w:rPr>
                <w:sz w:val="18"/>
              </w:rPr>
              <w:t>3627</w:t>
            </w:r>
          </w:p>
        </w:tc>
        <w:tc>
          <w:tcPr>
            <w:tcW w:w="1156" w:type="dxa"/>
          </w:tcPr>
          <w:p w14:paraId="64848C14" w14:textId="77777777" w:rsidR="00540B47" w:rsidRDefault="00A32617">
            <w:r>
              <w:rPr>
                <w:sz w:val="18"/>
              </w:rPr>
              <w:t>MACN</w:t>
            </w:r>
          </w:p>
        </w:tc>
        <w:tc>
          <w:tcPr>
            <w:tcW w:w="1126" w:type="dxa"/>
          </w:tcPr>
          <w:p w14:paraId="4BFEB567" w14:textId="77777777" w:rsidR="00540B47" w:rsidRDefault="00A32617">
            <w:r>
              <w:rPr>
                <w:i/>
                <w:sz w:val="18"/>
              </w:rPr>
              <w:t>Z. capensis</w:t>
            </w:r>
          </w:p>
        </w:tc>
        <w:tc>
          <w:tcPr>
            <w:tcW w:w="977" w:type="dxa"/>
          </w:tcPr>
          <w:p w14:paraId="05821DF8" w14:textId="77777777" w:rsidR="00540B47" w:rsidRDefault="00A32617">
            <w:r>
              <w:rPr>
                <w:sz w:val="18"/>
              </w:rPr>
              <w:t>-46.2770</w:t>
            </w:r>
          </w:p>
        </w:tc>
        <w:tc>
          <w:tcPr>
            <w:tcW w:w="1107" w:type="dxa"/>
          </w:tcPr>
          <w:p w14:paraId="6BC455A2" w14:textId="77777777" w:rsidR="00540B47" w:rsidRDefault="00A32617">
            <w:r>
              <w:rPr>
                <w:sz w:val="18"/>
              </w:rPr>
              <w:t>-67.6000</w:t>
            </w:r>
          </w:p>
        </w:tc>
        <w:tc>
          <w:tcPr>
            <w:tcW w:w="1156" w:type="dxa"/>
          </w:tcPr>
          <w:p w14:paraId="66161DF0" w14:textId="77777777" w:rsidR="00540B47" w:rsidRDefault="00A32617">
            <w:r>
              <w:rPr>
                <w:sz w:val="18"/>
              </w:rPr>
              <w:t>2025-11-09</w:t>
            </w:r>
          </w:p>
        </w:tc>
        <w:tc>
          <w:tcPr>
            <w:tcW w:w="727" w:type="dxa"/>
          </w:tcPr>
          <w:p w14:paraId="79876437" w14:textId="77777777" w:rsidR="00540B47" w:rsidRDefault="00A32617">
            <w:r>
              <w:rPr>
                <w:sz w:val="18"/>
              </w:rPr>
              <w:t>07:41</w:t>
            </w:r>
          </w:p>
        </w:tc>
        <w:tc>
          <w:tcPr>
            <w:tcW w:w="1561" w:type="dxa"/>
          </w:tcPr>
          <w:p w14:paraId="5A1C7EA0" w14:textId="77777777" w:rsidR="00540B47" w:rsidRDefault="00A32617">
            <w:r>
              <w:rPr>
                <w:sz w:val="18"/>
              </w:rPr>
              <w:t>Pablo L. Tubaro</w:t>
            </w:r>
          </w:p>
        </w:tc>
      </w:tr>
      <w:tr w:rsidR="00540B47" w14:paraId="2663B78A" w14:textId="77777777" w:rsidTr="00DD565D">
        <w:tc>
          <w:tcPr>
            <w:tcW w:w="942" w:type="dxa"/>
          </w:tcPr>
          <w:p w14:paraId="3C7CD10E" w14:textId="77777777" w:rsidR="00540B47" w:rsidRDefault="00A32617">
            <w:r>
              <w:rPr>
                <w:sz w:val="18"/>
              </w:rPr>
              <w:t>3628</w:t>
            </w:r>
          </w:p>
        </w:tc>
        <w:tc>
          <w:tcPr>
            <w:tcW w:w="1156" w:type="dxa"/>
          </w:tcPr>
          <w:p w14:paraId="1B6CDD61" w14:textId="77777777" w:rsidR="00540B47" w:rsidRDefault="00A32617">
            <w:r>
              <w:rPr>
                <w:sz w:val="18"/>
              </w:rPr>
              <w:t>MACN</w:t>
            </w:r>
          </w:p>
        </w:tc>
        <w:tc>
          <w:tcPr>
            <w:tcW w:w="1126" w:type="dxa"/>
          </w:tcPr>
          <w:p w14:paraId="3A759D2B" w14:textId="77777777" w:rsidR="00540B47" w:rsidRDefault="00A32617">
            <w:r>
              <w:rPr>
                <w:i/>
                <w:sz w:val="18"/>
              </w:rPr>
              <w:t>Z. capensis</w:t>
            </w:r>
          </w:p>
        </w:tc>
        <w:tc>
          <w:tcPr>
            <w:tcW w:w="977" w:type="dxa"/>
          </w:tcPr>
          <w:p w14:paraId="4D1B46AC" w14:textId="77777777" w:rsidR="00540B47" w:rsidRDefault="00A32617">
            <w:r>
              <w:rPr>
                <w:sz w:val="18"/>
              </w:rPr>
              <w:t>-46.2770</w:t>
            </w:r>
          </w:p>
        </w:tc>
        <w:tc>
          <w:tcPr>
            <w:tcW w:w="1107" w:type="dxa"/>
          </w:tcPr>
          <w:p w14:paraId="2A731C56" w14:textId="77777777" w:rsidR="00540B47" w:rsidRDefault="00A32617">
            <w:r>
              <w:rPr>
                <w:sz w:val="18"/>
              </w:rPr>
              <w:t>-67.6000</w:t>
            </w:r>
          </w:p>
        </w:tc>
        <w:tc>
          <w:tcPr>
            <w:tcW w:w="1156" w:type="dxa"/>
          </w:tcPr>
          <w:p w14:paraId="1D12DFA5" w14:textId="77777777" w:rsidR="00540B47" w:rsidRDefault="00A32617">
            <w:r>
              <w:rPr>
                <w:sz w:val="18"/>
              </w:rPr>
              <w:t>2025-11-09</w:t>
            </w:r>
          </w:p>
        </w:tc>
        <w:tc>
          <w:tcPr>
            <w:tcW w:w="727" w:type="dxa"/>
          </w:tcPr>
          <w:p w14:paraId="781A6C98" w14:textId="77777777" w:rsidR="00540B47" w:rsidRDefault="00A32617">
            <w:r>
              <w:rPr>
                <w:sz w:val="18"/>
              </w:rPr>
              <w:t>07:43</w:t>
            </w:r>
          </w:p>
        </w:tc>
        <w:tc>
          <w:tcPr>
            <w:tcW w:w="1561" w:type="dxa"/>
          </w:tcPr>
          <w:p w14:paraId="28C4F124" w14:textId="77777777" w:rsidR="00540B47" w:rsidRDefault="00A32617">
            <w:r>
              <w:rPr>
                <w:sz w:val="18"/>
              </w:rPr>
              <w:t>Pablo L. Tubaro</w:t>
            </w:r>
          </w:p>
        </w:tc>
      </w:tr>
      <w:tr w:rsidR="00540B47" w14:paraId="1ABC2D1D" w14:textId="77777777" w:rsidTr="00DD565D">
        <w:tc>
          <w:tcPr>
            <w:tcW w:w="942" w:type="dxa"/>
          </w:tcPr>
          <w:p w14:paraId="5A84EB38" w14:textId="77777777" w:rsidR="00540B47" w:rsidRDefault="00A32617">
            <w:r>
              <w:rPr>
                <w:sz w:val="18"/>
              </w:rPr>
              <w:t>3629</w:t>
            </w:r>
          </w:p>
        </w:tc>
        <w:tc>
          <w:tcPr>
            <w:tcW w:w="1156" w:type="dxa"/>
          </w:tcPr>
          <w:p w14:paraId="3840A520" w14:textId="77777777" w:rsidR="00540B47" w:rsidRDefault="00A32617">
            <w:r>
              <w:rPr>
                <w:sz w:val="18"/>
              </w:rPr>
              <w:t>MACN</w:t>
            </w:r>
          </w:p>
        </w:tc>
        <w:tc>
          <w:tcPr>
            <w:tcW w:w="1126" w:type="dxa"/>
          </w:tcPr>
          <w:p w14:paraId="230B980A" w14:textId="77777777" w:rsidR="00540B47" w:rsidRDefault="00A32617">
            <w:r>
              <w:rPr>
                <w:i/>
                <w:sz w:val="18"/>
              </w:rPr>
              <w:t>Z. capensis</w:t>
            </w:r>
          </w:p>
        </w:tc>
        <w:tc>
          <w:tcPr>
            <w:tcW w:w="977" w:type="dxa"/>
          </w:tcPr>
          <w:p w14:paraId="0ED48231" w14:textId="77777777" w:rsidR="00540B47" w:rsidRDefault="00A32617">
            <w:r>
              <w:rPr>
                <w:sz w:val="18"/>
              </w:rPr>
              <w:t>-46.4069</w:t>
            </w:r>
          </w:p>
        </w:tc>
        <w:tc>
          <w:tcPr>
            <w:tcW w:w="1107" w:type="dxa"/>
          </w:tcPr>
          <w:p w14:paraId="09933B04" w14:textId="77777777" w:rsidR="00540B47" w:rsidRDefault="00A32617">
            <w:r>
              <w:rPr>
                <w:sz w:val="18"/>
              </w:rPr>
              <w:t>-67.5334</w:t>
            </w:r>
          </w:p>
        </w:tc>
        <w:tc>
          <w:tcPr>
            <w:tcW w:w="1156" w:type="dxa"/>
          </w:tcPr>
          <w:p w14:paraId="704BB82E" w14:textId="77777777" w:rsidR="00540B47" w:rsidRDefault="00A32617">
            <w:r>
              <w:rPr>
                <w:sz w:val="18"/>
              </w:rPr>
              <w:t>2025-11-09</w:t>
            </w:r>
          </w:p>
        </w:tc>
        <w:tc>
          <w:tcPr>
            <w:tcW w:w="727" w:type="dxa"/>
          </w:tcPr>
          <w:p w14:paraId="23E5B19A" w14:textId="77777777" w:rsidR="00540B47" w:rsidRDefault="00A32617">
            <w:r>
              <w:rPr>
                <w:sz w:val="18"/>
              </w:rPr>
              <w:t>08:04</w:t>
            </w:r>
          </w:p>
        </w:tc>
        <w:tc>
          <w:tcPr>
            <w:tcW w:w="1561" w:type="dxa"/>
          </w:tcPr>
          <w:p w14:paraId="3DDB2235" w14:textId="77777777" w:rsidR="00540B47" w:rsidRDefault="00A32617">
            <w:r>
              <w:rPr>
                <w:sz w:val="18"/>
              </w:rPr>
              <w:t>Agustin I. Casale</w:t>
            </w:r>
          </w:p>
        </w:tc>
      </w:tr>
      <w:tr w:rsidR="00540B47" w14:paraId="7FF32268" w14:textId="77777777" w:rsidTr="00DD565D">
        <w:tc>
          <w:tcPr>
            <w:tcW w:w="942" w:type="dxa"/>
          </w:tcPr>
          <w:p w14:paraId="401B6D8E" w14:textId="77777777" w:rsidR="00540B47" w:rsidRDefault="00A32617">
            <w:r>
              <w:rPr>
                <w:sz w:val="18"/>
              </w:rPr>
              <w:t>3630</w:t>
            </w:r>
          </w:p>
        </w:tc>
        <w:tc>
          <w:tcPr>
            <w:tcW w:w="1156" w:type="dxa"/>
          </w:tcPr>
          <w:p w14:paraId="7746A704" w14:textId="77777777" w:rsidR="00540B47" w:rsidRDefault="00A32617">
            <w:r>
              <w:rPr>
                <w:sz w:val="18"/>
              </w:rPr>
              <w:t>MACN</w:t>
            </w:r>
          </w:p>
        </w:tc>
        <w:tc>
          <w:tcPr>
            <w:tcW w:w="1126" w:type="dxa"/>
          </w:tcPr>
          <w:p w14:paraId="6C823AC3" w14:textId="77777777" w:rsidR="00540B47" w:rsidRDefault="00A32617">
            <w:r>
              <w:rPr>
                <w:i/>
                <w:sz w:val="18"/>
              </w:rPr>
              <w:t>Z. capensis</w:t>
            </w:r>
          </w:p>
        </w:tc>
        <w:tc>
          <w:tcPr>
            <w:tcW w:w="977" w:type="dxa"/>
          </w:tcPr>
          <w:p w14:paraId="5B1543D9" w14:textId="77777777" w:rsidR="00540B47" w:rsidRDefault="00A32617">
            <w:r>
              <w:rPr>
                <w:sz w:val="18"/>
              </w:rPr>
              <w:t>-46.4902</w:t>
            </w:r>
          </w:p>
        </w:tc>
        <w:tc>
          <w:tcPr>
            <w:tcW w:w="1107" w:type="dxa"/>
          </w:tcPr>
          <w:p w14:paraId="59D8C328" w14:textId="77777777" w:rsidR="00540B47" w:rsidRDefault="00A32617">
            <w:r>
              <w:rPr>
                <w:sz w:val="18"/>
              </w:rPr>
              <w:t>-67.4817</w:t>
            </w:r>
          </w:p>
        </w:tc>
        <w:tc>
          <w:tcPr>
            <w:tcW w:w="1156" w:type="dxa"/>
          </w:tcPr>
          <w:p w14:paraId="6BC3C1E0" w14:textId="77777777" w:rsidR="00540B47" w:rsidRDefault="00A32617">
            <w:r>
              <w:rPr>
                <w:sz w:val="18"/>
              </w:rPr>
              <w:t>2025-11-09</w:t>
            </w:r>
          </w:p>
        </w:tc>
        <w:tc>
          <w:tcPr>
            <w:tcW w:w="727" w:type="dxa"/>
          </w:tcPr>
          <w:p w14:paraId="4FF1A13D" w14:textId="77777777" w:rsidR="00540B47" w:rsidRDefault="00A32617">
            <w:r>
              <w:rPr>
                <w:sz w:val="18"/>
              </w:rPr>
              <w:t>08:40</w:t>
            </w:r>
          </w:p>
        </w:tc>
        <w:tc>
          <w:tcPr>
            <w:tcW w:w="1561" w:type="dxa"/>
          </w:tcPr>
          <w:p w14:paraId="03C38C89" w14:textId="77777777" w:rsidR="00540B47" w:rsidRDefault="00A32617">
            <w:r>
              <w:rPr>
                <w:sz w:val="18"/>
              </w:rPr>
              <w:t>Pablo L. Tubaro</w:t>
            </w:r>
          </w:p>
        </w:tc>
      </w:tr>
      <w:tr w:rsidR="00540B47" w14:paraId="1D90C633" w14:textId="77777777" w:rsidTr="00DD565D">
        <w:tc>
          <w:tcPr>
            <w:tcW w:w="942" w:type="dxa"/>
          </w:tcPr>
          <w:p w14:paraId="2D7BEA4A" w14:textId="77777777" w:rsidR="00540B47" w:rsidRDefault="00A32617">
            <w:r>
              <w:rPr>
                <w:sz w:val="18"/>
              </w:rPr>
              <w:t>3631</w:t>
            </w:r>
          </w:p>
        </w:tc>
        <w:tc>
          <w:tcPr>
            <w:tcW w:w="1156" w:type="dxa"/>
          </w:tcPr>
          <w:p w14:paraId="05D7F220" w14:textId="77777777" w:rsidR="00540B47" w:rsidRDefault="00A32617">
            <w:r>
              <w:rPr>
                <w:sz w:val="18"/>
              </w:rPr>
              <w:t>MACN</w:t>
            </w:r>
          </w:p>
        </w:tc>
        <w:tc>
          <w:tcPr>
            <w:tcW w:w="1126" w:type="dxa"/>
          </w:tcPr>
          <w:p w14:paraId="487075EA" w14:textId="77777777" w:rsidR="00540B47" w:rsidRDefault="00A32617">
            <w:r>
              <w:rPr>
                <w:i/>
                <w:sz w:val="18"/>
              </w:rPr>
              <w:t>Z. capensis</w:t>
            </w:r>
          </w:p>
        </w:tc>
        <w:tc>
          <w:tcPr>
            <w:tcW w:w="977" w:type="dxa"/>
          </w:tcPr>
          <w:p w14:paraId="1D686601" w14:textId="77777777" w:rsidR="00540B47" w:rsidRDefault="00A32617">
            <w:r>
              <w:rPr>
                <w:sz w:val="18"/>
              </w:rPr>
              <w:t>-46.5790</w:t>
            </w:r>
          </w:p>
        </w:tc>
        <w:tc>
          <w:tcPr>
            <w:tcW w:w="1107" w:type="dxa"/>
          </w:tcPr>
          <w:p w14:paraId="491DFF97" w14:textId="77777777" w:rsidR="00540B47" w:rsidRDefault="00A32617">
            <w:r>
              <w:rPr>
                <w:sz w:val="18"/>
              </w:rPr>
              <w:t>-67.4160</w:t>
            </w:r>
          </w:p>
        </w:tc>
        <w:tc>
          <w:tcPr>
            <w:tcW w:w="1156" w:type="dxa"/>
          </w:tcPr>
          <w:p w14:paraId="1EE32BC9" w14:textId="77777777" w:rsidR="00540B47" w:rsidRDefault="00A32617">
            <w:r>
              <w:rPr>
                <w:sz w:val="18"/>
              </w:rPr>
              <w:t>2025-11-09</w:t>
            </w:r>
          </w:p>
        </w:tc>
        <w:tc>
          <w:tcPr>
            <w:tcW w:w="727" w:type="dxa"/>
          </w:tcPr>
          <w:p w14:paraId="0C136F07" w14:textId="77777777" w:rsidR="00540B47" w:rsidRDefault="00A32617">
            <w:r>
              <w:rPr>
                <w:sz w:val="18"/>
              </w:rPr>
              <w:t>08:55</w:t>
            </w:r>
          </w:p>
        </w:tc>
        <w:tc>
          <w:tcPr>
            <w:tcW w:w="1561" w:type="dxa"/>
          </w:tcPr>
          <w:p w14:paraId="60970B13" w14:textId="77777777" w:rsidR="00540B47" w:rsidRDefault="00A32617">
            <w:r>
              <w:rPr>
                <w:sz w:val="18"/>
              </w:rPr>
              <w:t>Pablo L. Tubaro</w:t>
            </w:r>
          </w:p>
        </w:tc>
      </w:tr>
      <w:tr w:rsidR="00540B47" w14:paraId="07A94C71" w14:textId="77777777" w:rsidTr="00DD565D">
        <w:tc>
          <w:tcPr>
            <w:tcW w:w="942" w:type="dxa"/>
          </w:tcPr>
          <w:p w14:paraId="56105463" w14:textId="77777777" w:rsidR="00540B47" w:rsidRDefault="00A32617">
            <w:r>
              <w:rPr>
                <w:sz w:val="18"/>
              </w:rPr>
              <w:t>3632</w:t>
            </w:r>
          </w:p>
        </w:tc>
        <w:tc>
          <w:tcPr>
            <w:tcW w:w="1156" w:type="dxa"/>
          </w:tcPr>
          <w:p w14:paraId="4B824D34" w14:textId="77777777" w:rsidR="00540B47" w:rsidRDefault="00A32617">
            <w:r>
              <w:rPr>
                <w:sz w:val="18"/>
              </w:rPr>
              <w:t>MACN</w:t>
            </w:r>
          </w:p>
        </w:tc>
        <w:tc>
          <w:tcPr>
            <w:tcW w:w="1126" w:type="dxa"/>
          </w:tcPr>
          <w:p w14:paraId="60D8ABAA" w14:textId="77777777" w:rsidR="00540B47" w:rsidRDefault="00A32617">
            <w:r>
              <w:rPr>
                <w:i/>
                <w:sz w:val="18"/>
              </w:rPr>
              <w:t>Z. capensis</w:t>
            </w:r>
          </w:p>
        </w:tc>
        <w:tc>
          <w:tcPr>
            <w:tcW w:w="977" w:type="dxa"/>
          </w:tcPr>
          <w:p w14:paraId="733E888C" w14:textId="77777777" w:rsidR="00540B47" w:rsidRDefault="00A32617">
            <w:r>
              <w:rPr>
                <w:sz w:val="18"/>
              </w:rPr>
              <w:t>-46.6012</w:t>
            </w:r>
          </w:p>
        </w:tc>
        <w:tc>
          <w:tcPr>
            <w:tcW w:w="1107" w:type="dxa"/>
          </w:tcPr>
          <w:p w14:paraId="4109635D" w14:textId="77777777" w:rsidR="00540B47" w:rsidRDefault="00A32617">
            <w:r>
              <w:rPr>
                <w:sz w:val="18"/>
              </w:rPr>
              <w:t>-67.4016</w:t>
            </w:r>
          </w:p>
        </w:tc>
        <w:tc>
          <w:tcPr>
            <w:tcW w:w="1156" w:type="dxa"/>
          </w:tcPr>
          <w:p w14:paraId="2035AE0B" w14:textId="77777777" w:rsidR="00540B47" w:rsidRDefault="00A32617">
            <w:r>
              <w:rPr>
                <w:sz w:val="18"/>
              </w:rPr>
              <w:t>2025-11-09</w:t>
            </w:r>
          </w:p>
        </w:tc>
        <w:tc>
          <w:tcPr>
            <w:tcW w:w="727" w:type="dxa"/>
          </w:tcPr>
          <w:p w14:paraId="4662ABDF" w14:textId="77777777" w:rsidR="00540B47" w:rsidRDefault="00A32617">
            <w:r>
              <w:rPr>
                <w:sz w:val="18"/>
              </w:rPr>
              <w:t>09:02</w:t>
            </w:r>
          </w:p>
        </w:tc>
        <w:tc>
          <w:tcPr>
            <w:tcW w:w="1561" w:type="dxa"/>
          </w:tcPr>
          <w:p w14:paraId="5268559D" w14:textId="77777777" w:rsidR="00540B47" w:rsidRDefault="00A32617">
            <w:r>
              <w:rPr>
                <w:sz w:val="18"/>
              </w:rPr>
              <w:t>Agustin I. Casale</w:t>
            </w:r>
          </w:p>
        </w:tc>
      </w:tr>
      <w:tr w:rsidR="00540B47" w14:paraId="4792FDF4" w14:textId="77777777" w:rsidTr="00DD565D">
        <w:tc>
          <w:tcPr>
            <w:tcW w:w="942" w:type="dxa"/>
          </w:tcPr>
          <w:p w14:paraId="04E64DD1" w14:textId="77777777" w:rsidR="00540B47" w:rsidRDefault="00A32617">
            <w:r>
              <w:rPr>
                <w:sz w:val="18"/>
              </w:rPr>
              <w:t>3633</w:t>
            </w:r>
          </w:p>
        </w:tc>
        <w:tc>
          <w:tcPr>
            <w:tcW w:w="1156" w:type="dxa"/>
          </w:tcPr>
          <w:p w14:paraId="1243F856" w14:textId="77777777" w:rsidR="00540B47" w:rsidRDefault="00A32617">
            <w:r>
              <w:rPr>
                <w:sz w:val="18"/>
              </w:rPr>
              <w:t>MACN</w:t>
            </w:r>
          </w:p>
        </w:tc>
        <w:tc>
          <w:tcPr>
            <w:tcW w:w="1126" w:type="dxa"/>
          </w:tcPr>
          <w:p w14:paraId="549AB190" w14:textId="77777777" w:rsidR="00540B47" w:rsidRDefault="00A32617">
            <w:r>
              <w:rPr>
                <w:i/>
                <w:sz w:val="18"/>
              </w:rPr>
              <w:t>Z. capensis</w:t>
            </w:r>
          </w:p>
        </w:tc>
        <w:tc>
          <w:tcPr>
            <w:tcW w:w="977" w:type="dxa"/>
          </w:tcPr>
          <w:p w14:paraId="4D9AD59A" w14:textId="77777777" w:rsidR="00540B47" w:rsidRDefault="00A32617">
            <w:r>
              <w:rPr>
                <w:sz w:val="18"/>
              </w:rPr>
              <w:t>-46.6442</w:t>
            </w:r>
          </w:p>
        </w:tc>
        <w:tc>
          <w:tcPr>
            <w:tcW w:w="1107" w:type="dxa"/>
          </w:tcPr>
          <w:p w14:paraId="48014B30" w14:textId="77777777" w:rsidR="00540B47" w:rsidRDefault="00A32617">
            <w:r>
              <w:rPr>
                <w:sz w:val="18"/>
              </w:rPr>
              <w:t>-67.3769</w:t>
            </w:r>
          </w:p>
        </w:tc>
        <w:tc>
          <w:tcPr>
            <w:tcW w:w="1156" w:type="dxa"/>
          </w:tcPr>
          <w:p w14:paraId="74AE4CE5" w14:textId="77777777" w:rsidR="00540B47" w:rsidRDefault="00A32617">
            <w:r>
              <w:rPr>
                <w:sz w:val="18"/>
              </w:rPr>
              <w:t>2025-11-09</w:t>
            </w:r>
          </w:p>
        </w:tc>
        <w:tc>
          <w:tcPr>
            <w:tcW w:w="727" w:type="dxa"/>
          </w:tcPr>
          <w:p w14:paraId="5DC8F2F0" w14:textId="77777777" w:rsidR="00540B47" w:rsidRDefault="00A32617">
            <w:r>
              <w:rPr>
                <w:sz w:val="18"/>
              </w:rPr>
              <w:t>09:30</w:t>
            </w:r>
          </w:p>
        </w:tc>
        <w:tc>
          <w:tcPr>
            <w:tcW w:w="1561" w:type="dxa"/>
          </w:tcPr>
          <w:p w14:paraId="011CC3DF" w14:textId="77777777" w:rsidR="00540B47" w:rsidRDefault="00A32617">
            <w:r>
              <w:rPr>
                <w:sz w:val="18"/>
              </w:rPr>
              <w:t>Agustin I. Casale</w:t>
            </w:r>
          </w:p>
        </w:tc>
      </w:tr>
      <w:tr w:rsidR="00540B47" w14:paraId="0EF2D401" w14:textId="77777777" w:rsidTr="00DD565D">
        <w:tc>
          <w:tcPr>
            <w:tcW w:w="942" w:type="dxa"/>
          </w:tcPr>
          <w:p w14:paraId="6D255F78" w14:textId="77777777" w:rsidR="00540B47" w:rsidRDefault="00A32617">
            <w:r>
              <w:rPr>
                <w:sz w:val="18"/>
              </w:rPr>
              <w:t>3634</w:t>
            </w:r>
          </w:p>
        </w:tc>
        <w:tc>
          <w:tcPr>
            <w:tcW w:w="1156" w:type="dxa"/>
          </w:tcPr>
          <w:p w14:paraId="4DCC5E20" w14:textId="77777777" w:rsidR="00540B47" w:rsidRDefault="00A32617">
            <w:r>
              <w:rPr>
                <w:sz w:val="18"/>
              </w:rPr>
              <w:t>MACN</w:t>
            </w:r>
          </w:p>
        </w:tc>
        <w:tc>
          <w:tcPr>
            <w:tcW w:w="1126" w:type="dxa"/>
          </w:tcPr>
          <w:p w14:paraId="3443E23E" w14:textId="77777777" w:rsidR="00540B47" w:rsidRDefault="00A32617">
            <w:r>
              <w:rPr>
                <w:i/>
                <w:sz w:val="18"/>
              </w:rPr>
              <w:t>Z. capensis</w:t>
            </w:r>
          </w:p>
        </w:tc>
        <w:tc>
          <w:tcPr>
            <w:tcW w:w="977" w:type="dxa"/>
          </w:tcPr>
          <w:p w14:paraId="2B4B3E97" w14:textId="77777777" w:rsidR="00540B47" w:rsidRDefault="00A32617">
            <w:r>
              <w:rPr>
                <w:sz w:val="18"/>
              </w:rPr>
              <w:t>-46.6020</w:t>
            </w:r>
          </w:p>
        </w:tc>
        <w:tc>
          <w:tcPr>
            <w:tcW w:w="1107" w:type="dxa"/>
          </w:tcPr>
          <w:p w14:paraId="00ACE713" w14:textId="77777777" w:rsidR="00540B47" w:rsidRDefault="00A32617">
            <w:r>
              <w:rPr>
                <w:sz w:val="18"/>
              </w:rPr>
              <w:t>-67.4020</w:t>
            </w:r>
          </w:p>
        </w:tc>
        <w:tc>
          <w:tcPr>
            <w:tcW w:w="1156" w:type="dxa"/>
          </w:tcPr>
          <w:p w14:paraId="04296A92" w14:textId="77777777" w:rsidR="00540B47" w:rsidRDefault="00A32617">
            <w:r>
              <w:rPr>
                <w:sz w:val="18"/>
              </w:rPr>
              <w:t>2025-11-09</w:t>
            </w:r>
          </w:p>
        </w:tc>
        <w:tc>
          <w:tcPr>
            <w:tcW w:w="727" w:type="dxa"/>
          </w:tcPr>
          <w:p w14:paraId="43EA0C07" w14:textId="77777777" w:rsidR="00540B47" w:rsidRDefault="00A32617">
            <w:r>
              <w:rPr>
                <w:sz w:val="18"/>
              </w:rPr>
              <w:t>09:11</w:t>
            </w:r>
          </w:p>
        </w:tc>
        <w:tc>
          <w:tcPr>
            <w:tcW w:w="1561" w:type="dxa"/>
          </w:tcPr>
          <w:p w14:paraId="04DC353B" w14:textId="77777777" w:rsidR="00540B47" w:rsidRDefault="00A32617">
            <w:r>
              <w:rPr>
                <w:sz w:val="18"/>
              </w:rPr>
              <w:t>Pablo L. Tubaro</w:t>
            </w:r>
          </w:p>
        </w:tc>
      </w:tr>
      <w:tr w:rsidR="00540B47" w14:paraId="573B80DD" w14:textId="77777777" w:rsidTr="00DD565D">
        <w:tc>
          <w:tcPr>
            <w:tcW w:w="942" w:type="dxa"/>
          </w:tcPr>
          <w:p w14:paraId="14BBED5A" w14:textId="77777777" w:rsidR="00540B47" w:rsidRDefault="00A32617">
            <w:r>
              <w:rPr>
                <w:sz w:val="18"/>
              </w:rPr>
              <w:t>3635</w:t>
            </w:r>
          </w:p>
        </w:tc>
        <w:tc>
          <w:tcPr>
            <w:tcW w:w="1156" w:type="dxa"/>
          </w:tcPr>
          <w:p w14:paraId="088D5803" w14:textId="77777777" w:rsidR="00540B47" w:rsidRDefault="00A32617">
            <w:r>
              <w:rPr>
                <w:sz w:val="18"/>
              </w:rPr>
              <w:t>MACN</w:t>
            </w:r>
          </w:p>
        </w:tc>
        <w:tc>
          <w:tcPr>
            <w:tcW w:w="1126" w:type="dxa"/>
          </w:tcPr>
          <w:p w14:paraId="3176150D" w14:textId="77777777" w:rsidR="00540B47" w:rsidRDefault="00A32617">
            <w:r>
              <w:rPr>
                <w:i/>
                <w:sz w:val="18"/>
              </w:rPr>
              <w:t>Z. capensis</w:t>
            </w:r>
          </w:p>
        </w:tc>
        <w:tc>
          <w:tcPr>
            <w:tcW w:w="977" w:type="dxa"/>
          </w:tcPr>
          <w:p w14:paraId="1A1262C6" w14:textId="77777777" w:rsidR="00540B47" w:rsidRDefault="00A32617">
            <w:r>
              <w:rPr>
                <w:sz w:val="18"/>
              </w:rPr>
              <w:t>-46.6440</w:t>
            </w:r>
          </w:p>
        </w:tc>
        <w:tc>
          <w:tcPr>
            <w:tcW w:w="1107" w:type="dxa"/>
          </w:tcPr>
          <w:p w14:paraId="4E64119B" w14:textId="77777777" w:rsidR="00540B47" w:rsidRDefault="00A32617">
            <w:r>
              <w:rPr>
                <w:sz w:val="18"/>
              </w:rPr>
              <w:t>-67.3770</w:t>
            </w:r>
          </w:p>
        </w:tc>
        <w:tc>
          <w:tcPr>
            <w:tcW w:w="1156" w:type="dxa"/>
          </w:tcPr>
          <w:p w14:paraId="700452AE" w14:textId="77777777" w:rsidR="00540B47" w:rsidRDefault="00A32617">
            <w:r>
              <w:rPr>
                <w:sz w:val="18"/>
              </w:rPr>
              <w:t>2025-11-09</w:t>
            </w:r>
          </w:p>
        </w:tc>
        <w:tc>
          <w:tcPr>
            <w:tcW w:w="727" w:type="dxa"/>
          </w:tcPr>
          <w:p w14:paraId="70E4C236" w14:textId="77777777" w:rsidR="00540B47" w:rsidRDefault="00A32617">
            <w:r>
              <w:rPr>
                <w:sz w:val="18"/>
              </w:rPr>
              <w:t>09:30</w:t>
            </w:r>
          </w:p>
        </w:tc>
        <w:tc>
          <w:tcPr>
            <w:tcW w:w="1561" w:type="dxa"/>
          </w:tcPr>
          <w:p w14:paraId="12FB8C21" w14:textId="77777777" w:rsidR="00540B47" w:rsidRDefault="00A32617">
            <w:r>
              <w:rPr>
                <w:sz w:val="18"/>
              </w:rPr>
              <w:t>Pablo L. Tubaro</w:t>
            </w:r>
          </w:p>
        </w:tc>
      </w:tr>
      <w:tr w:rsidR="00540B47" w14:paraId="2489CFFB" w14:textId="77777777" w:rsidTr="00DD565D">
        <w:tc>
          <w:tcPr>
            <w:tcW w:w="942" w:type="dxa"/>
          </w:tcPr>
          <w:p w14:paraId="20CB84F0" w14:textId="77777777" w:rsidR="00540B47" w:rsidRDefault="00A32617">
            <w:r>
              <w:rPr>
                <w:sz w:val="18"/>
              </w:rPr>
              <w:t>3636</w:t>
            </w:r>
          </w:p>
        </w:tc>
        <w:tc>
          <w:tcPr>
            <w:tcW w:w="1156" w:type="dxa"/>
          </w:tcPr>
          <w:p w14:paraId="3AB7BF2F" w14:textId="77777777" w:rsidR="00540B47" w:rsidRDefault="00A32617">
            <w:r>
              <w:rPr>
                <w:sz w:val="18"/>
              </w:rPr>
              <w:t>MACN</w:t>
            </w:r>
          </w:p>
        </w:tc>
        <w:tc>
          <w:tcPr>
            <w:tcW w:w="1126" w:type="dxa"/>
          </w:tcPr>
          <w:p w14:paraId="362E394E" w14:textId="77777777" w:rsidR="00540B47" w:rsidRDefault="00A32617">
            <w:r>
              <w:rPr>
                <w:i/>
                <w:sz w:val="18"/>
              </w:rPr>
              <w:t>Z. capensis</w:t>
            </w:r>
          </w:p>
        </w:tc>
        <w:tc>
          <w:tcPr>
            <w:tcW w:w="977" w:type="dxa"/>
          </w:tcPr>
          <w:p w14:paraId="265926E6" w14:textId="77777777" w:rsidR="00540B47" w:rsidRDefault="00A32617">
            <w:r>
              <w:rPr>
                <w:sz w:val="18"/>
              </w:rPr>
              <w:t>-47.0291</w:t>
            </w:r>
          </w:p>
        </w:tc>
        <w:tc>
          <w:tcPr>
            <w:tcW w:w="1107" w:type="dxa"/>
          </w:tcPr>
          <w:p w14:paraId="45361CEC" w14:textId="77777777" w:rsidR="00540B47" w:rsidRDefault="00A32617">
            <w:r>
              <w:rPr>
                <w:sz w:val="18"/>
              </w:rPr>
              <w:t>-67.2399</w:t>
            </w:r>
          </w:p>
        </w:tc>
        <w:tc>
          <w:tcPr>
            <w:tcW w:w="1156" w:type="dxa"/>
          </w:tcPr>
          <w:p w14:paraId="48005BA1" w14:textId="77777777" w:rsidR="00540B47" w:rsidRDefault="00A32617">
            <w:r>
              <w:rPr>
                <w:sz w:val="18"/>
              </w:rPr>
              <w:t>2025-11-09</w:t>
            </w:r>
          </w:p>
        </w:tc>
        <w:tc>
          <w:tcPr>
            <w:tcW w:w="727" w:type="dxa"/>
          </w:tcPr>
          <w:p w14:paraId="50C81DC8" w14:textId="77777777" w:rsidR="00540B47" w:rsidRDefault="00A32617">
            <w:r>
              <w:rPr>
                <w:sz w:val="18"/>
              </w:rPr>
              <w:t>10:19</w:t>
            </w:r>
          </w:p>
        </w:tc>
        <w:tc>
          <w:tcPr>
            <w:tcW w:w="1561" w:type="dxa"/>
          </w:tcPr>
          <w:p w14:paraId="282B69E2" w14:textId="77777777" w:rsidR="00540B47" w:rsidRDefault="00A32617">
            <w:r>
              <w:rPr>
                <w:sz w:val="18"/>
              </w:rPr>
              <w:t>Pablo L. Tubaro</w:t>
            </w:r>
          </w:p>
        </w:tc>
      </w:tr>
      <w:tr w:rsidR="00540B47" w14:paraId="0E71CED9" w14:textId="77777777" w:rsidTr="00DD565D">
        <w:tc>
          <w:tcPr>
            <w:tcW w:w="942" w:type="dxa"/>
          </w:tcPr>
          <w:p w14:paraId="55FC9198" w14:textId="77777777" w:rsidR="00540B47" w:rsidRDefault="00A32617">
            <w:r>
              <w:rPr>
                <w:sz w:val="18"/>
              </w:rPr>
              <w:t>3637</w:t>
            </w:r>
          </w:p>
        </w:tc>
        <w:tc>
          <w:tcPr>
            <w:tcW w:w="1156" w:type="dxa"/>
          </w:tcPr>
          <w:p w14:paraId="556A6403" w14:textId="77777777" w:rsidR="00540B47" w:rsidRDefault="00A32617">
            <w:r>
              <w:rPr>
                <w:sz w:val="18"/>
              </w:rPr>
              <w:t>MACN</w:t>
            </w:r>
          </w:p>
        </w:tc>
        <w:tc>
          <w:tcPr>
            <w:tcW w:w="1126" w:type="dxa"/>
          </w:tcPr>
          <w:p w14:paraId="6D8BA13A" w14:textId="77777777" w:rsidR="00540B47" w:rsidRDefault="00A32617">
            <w:r>
              <w:rPr>
                <w:i/>
                <w:sz w:val="18"/>
              </w:rPr>
              <w:t>Z. capensis</w:t>
            </w:r>
          </w:p>
        </w:tc>
        <w:tc>
          <w:tcPr>
            <w:tcW w:w="977" w:type="dxa"/>
          </w:tcPr>
          <w:p w14:paraId="20B51B9E" w14:textId="77777777" w:rsidR="00540B47" w:rsidRDefault="00A32617">
            <w:r>
              <w:rPr>
                <w:sz w:val="18"/>
              </w:rPr>
              <w:t>-47.0291</w:t>
            </w:r>
          </w:p>
        </w:tc>
        <w:tc>
          <w:tcPr>
            <w:tcW w:w="1107" w:type="dxa"/>
          </w:tcPr>
          <w:p w14:paraId="5EF14574" w14:textId="77777777" w:rsidR="00540B47" w:rsidRDefault="00A32617">
            <w:r>
              <w:rPr>
                <w:sz w:val="18"/>
              </w:rPr>
              <w:t>-67.2399</w:t>
            </w:r>
          </w:p>
        </w:tc>
        <w:tc>
          <w:tcPr>
            <w:tcW w:w="1156" w:type="dxa"/>
          </w:tcPr>
          <w:p w14:paraId="690250CC" w14:textId="77777777" w:rsidR="00540B47" w:rsidRDefault="00A32617">
            <w:r>
              <w:rPr>
                <w:sz w:val="18"/>
              </w:rPr>
              <w:t>2025-11-09</w:t>
            </w:r>
          </w:p>
        </w:tc>
        <w:tc>
          <w:tcPr>
            <w:tcW w:w="727" w:type="dxa"/>
          </w:tcPr>
          <w:p w14:paraId="18E2A443" w14:textId="77777777" w:rsidR="00540B47" w:rsidRDefault="00A32617">
            <w:r>
              <w:rPr>
                <w:sz w:val="18"/>
              </w:rPr>
              <w:t>10:23</w:t>
            </w:r>
          </w:p>
        </w:tc>
        <w:tc>
          <w:tcPr>
            <w:tcW w:w="1561" w:type="dxa"/>
          </w:tcPr>
          <w:p w14:paraId="49C4655F" w14:textId="77777777" w:rsidR="00540B47" w:rsidRDefault="00A32617">
            <w:r>
              <w:rPr>
                <w:sz w:val="18"/>
              </w:rPr>
              <w:t>Pablo L. Tubaro</w:t>
            </w:r>
          </w:p>
        </w:tc>
      </w:tr>
      <w:tr w:rsidR="00540B47" w14:paraId="588A650D" w14:textId="77777777" w:rsidTr="00DD565D">
        <w:tc>
          <w:tcPr>
            <w:tcW w:w="942" w:type="dxa"/>
          </w:tcPr>
          <w:p w14:paraId="3F190C6F" w14:textId="77777777" w:rsidR="00540B47" w:rsidRDefault="00A32617">
            <w:r>
              <w:rPr>
                <w:sz w:val="18"/>
              </w:rPr>
              <w:t>3638</w:t>
            </w:r>
          </w:p>
        </w:tc>
        <w:tc>
          <w:tcPr>
            <w:tcW w:w="1156" w:type="dxa"/>
          </w:tcPr>
          <w:p w14:paraId="3EFEE19B" w14:textId="77777777" w:rsidR="00540B47" w:rsidRDefault="00A32617">
            <w:r>
              <w:rPr>
                <w:sz w:val="18"/>
              </w:rPr>
              <w:t>MACN</w:t>
            </w:r>
          </w:p>
        </w:tc>
        <w:tc>
          <w:tcPr>
            <w:tcW w:w="1126" w:type="dxa"/>
          </w:tcPr>
          <w:p w14:paraId="5321C4A2" w14:textId="77777777" w:rsidR="00540B47" w:rsidRDefault="00A32617">
            <w:r>
              <w:rPr>
                <w:i/>
                <w:sz w:val="18"/>
              </w:rPr>
              <w:t>Z. capensis</w:t>
            </w:r>
          </w:p>
        </w:tc>
        <w:tc>
          <w:tcPr>
            <w:tcW w:w="977" w:type="dxa"/>
          </w:tcPr>
          <w:p w14:paraId="51816613" w14:textId="77777777" w:rsidR="00540B47" w:rsidRDefault="00A32617">
            <w:r>
              <w:rPr>
                <w:sz w:val="18"/>
              </w:rPr>
              <w:t>-47.1851</w:t>
            </w:r>
          </w:p>
        </w:tc>
        <w:tc>
          <w:tcPr>
            <w:tcW w:w="1107" w:type="dxa"/>
          </w:tcPr>
          <w:p w14:paraId="6C35BDF7" w14:textId="77777777" w:rsidR="00540B47" w:rsidRDefault="00A32617">
            <w:r>
              <w:rPr>
                <w:sz w:val="18"/>
              </w:rPr>
              <w:t>-67.2513</w:t>
            </w:r>
          </w:p>
        </w:tc>
        <w:tc>
          <w:tcPr>
            <w:tcW w:w="1156" w:type="dxa"/>
          </w:tcPr>
          <w:p w14:paraId="64C5AF7A" w14:textId="77777777" w:rsidR="00540B47" w:rsidRDefault="00A32617">
            <w:r>
              <w:rPr>
                <w:sz w:val="18"/>
              </w:rPr>
              <w:t>2025-11-09</w:t>
            </w:r>
          </w:p>
        </w:tc>
        <w:tc>
          <w:tcPr>
            <w:tcW w:w="727" w:type="dxa"/>
          </w:tcPr>
          <w:p w14:paraId="0EE9DA2D" w14:textId="77777777" w:rsidR="00540B47" w:rsidRDefault="00A32617">
            <w:r>
              <w:rPr>
                <w:sz w:val="18"/>
              </w:rPr>
              <w:t>10:46</w:t>
            </w:r>
          </w:p>
        </w:tc>
        <w:tc>
          <w:tcPr>
            <w:tcW w:w="1561" w:type="dxa"/>
          </w:tcPr>
          <w:p w14:paraId="3C63B7AE" w14:textId="77777777" w:rsidR="00540B47" w:rsidRDefault="00A32617">
            <w:r>
              <w:rPr>
                <w:sz w:val="18"/>
              </w:rPr>
              <w:t>Pablo L. Tubaro</w:t>
            </w:r>
          </w:p>
        </w:tc>
      </w:tr>
      <w:tr w:rsidR="00540B47" w14:paraId="6471E801" w14:textId="77777777" w:rsidTr="00DD565D">
        <w:tc>
          <w:tcPr>
            <w:tcW w:w="942" w:type="dxa"/>
          </w:tcPr>
          <w:p w14:paraId="50539191" w14:textId="77777777" w:rsidR="00540B47" w:rsidRDefault="00A32617">
            <w:r>
              <w:rPr>
                <w:sz w:val="18"/>
              </w:rPr>
              <w:lastRenderedPageBreak/>
              <w:t>3639</w:t>
            </w:r>
          </w:p>
        </w:tc>
        <w:tc>
          <w:tcPr>
            <w:tcW w:w="1156" w:type="dxa"/>
          </w:tcPr>
          <w:p w14:paraId="31044C75" w14:textId="77777777" w:rsidR="00540B47" w:rsidRDefault="00A32617">
            <w:r>
              <w:rPr>
                <w:sz w:val="18"/>
              </w:rPr>
              <w:t>MACN</w:t>
            </w:r>
          </w:p>
        </w:tc>
        <w:tc>
          <w:tcPr>
            <w:tcW w:w="1126" w:type="dxa"/>
          </w:tcPr>
          <w:p w14:paraId="0CF5E3BF" w14:textId="77777777" w:rsidR="00540B47" w:rsidRDefault="00A32617">
            <w:r>
              <w:rPr>
                <w:i/>
                <w:sz w:val="18"/>
              </w:rPr>
              <w:t>Z. capensis</w:t>
            </w:r>
          </w:p>
        </w:tc>
        <w:tc>
          <w:tcPr>
            <w:tcW w:w="977" w:type="dxa"/>
          </w:tcPr>
          <w:p w14:paraId="502ED58D" w14:textId="77777777" w:rsidR="00540B47" w:rsidRDefault="00A32617">
            <w:r>
              <w:rPr>
                <w:sz w:val="18"/>
              </w:rPr>
              <w:t>-47.1851</w:t>
            </w:r>
          </w:p>
        </w:tc>
        <w:tc>
          <w:tcPr>
            <w:tcW w:w="1107" w:type="dxa"/>
          </w:tcPr>
          <w:p w14:paraId="2FC360C9" w14:textId="77777777" w:rsidR="00540B47" w:rsidRDefault="00A32617">
            <w:r>
              <w:rPr>
                <w:sz w:val="18"/>
              </w:rPr>
              <w:t>-67.2513</w:t>
            </w:r>
          </w:p>
        </w:tc>
        <w:tc>
          <w:tcPr>
            <w:tcW w:w="1156" w:type="dxa"/>
          </w:tcPr>
          <w:p w14:paraId="7564BB55" w14:textId="77777777" w:rsidR="00540B47" w:rsidRDefault="00A32617">
            <w:r>
              <w:rPr>
                <w:sz w:val="18"/>
              </w:rPr>
              <w:t>2025-11-09</w:t>
            </w:r>
          </w:p>
        </w:tc>
        <w:tc>
          <w:tcPr>
            <w:tcW w:w="727" w:type="dxa"/>
          </w:tcPr>
          <w:p w14:paraId="3473B48D" w14:textId="77777777" w:rsidR="00540B47" w:rsidRDefault="00A32617">
            <w:r>
              <w:rPr>
                <w:sz w:val="18"/>
              </w:rPr>
              <w:t>10:50</w:t>
            </w:r>
          </w:p>
        </w:tc>
        <w:tc>
          <w:tcPr>
            <w:tcW w:w="1561" w:type="dxa"/>
          </w:tcPr>
          <w:p w14:paraId="55E244B0" w14:textId="77777777" w:rsidR="00540B47" w:rsidRDefault="00A32617">
            <w:r>
              <w:rPr>
                <w:sz w:val="18"/>
              </w:rPr>
              <w:t>Pablo L. Tubaro</w:t>
            </w:r>
          </w:p>
        </w:tc>
      </w:tr>
      <w:tr w:rsidR="00540B47" w14:paraId="478898CF" w14:textId="77777777" w:rsidTr="00DD565D">
        <w:tc>
          <w:tcPr>
            <w:tcW w:w="942" w:type="dxa"/>
          </w:tcPr>
          <w:p w14:paraId="00DE66ED" w14:textId="77777777" w:rsidR="00540B47" w:rsidRDefault="00A32617">
            <w:r>
              <w:rPr>
                <w:sz w:val="18"/>
              </w:rPr>
              <w:t>3640</w:t>
            </w:r>
          </w:p>
        </w:tc>
        <w:tc>
          <w:tcPr>
            <w:tcW w:w="1156" w:type="dxa"/>
          </w:tcPr>
          <w:p w14:paraId="6F1F4F89" w14:textId="77777777" w:rsidR="00540B47" w:rsidRDefault="00A32617">
            <w:r>
              <w:rPr>
                <w:sz w:val="18"/>
              </w:rPr>
              <w:t>MACN</w:t>
            </w:r>
          </w:p>
        </w:tc>
        <w:tc>
          <w:tcPr>
            <w:tcW w:w="1126" w:type="dxa"/>
          </w:tcPr>
          <w:p w14:paraId="1F3B38E1" w14:textId="77777777" w:rsidR="00540B47" w:rsidRDefault="00A32617">
            <w:r>
              <w:rPr>
                <w:i/>
                <w:sz w:val="18"/>
              </w:rPr>
              <w:t>Z. capensis</w:t>
            </w:r>
          </w:p>
        </w:tc>
        <w:tc>
          <w:tcPr>
            <w:tcW w:w="977" w:type="dxa"/>
          </w:tcPr>
          <w:p w14:paraId="3E01C35D" w14:textId="77777777" w:rsidR="00540B47" w:rsidRDefault="00A32617">
            <w:r>
              <w:rPr>
                <w:sz w:val="18"/>
              </w:rPr>
              <w:t>-47.1851</w:t>
            </w:r>
          </w:p>
        </w:tc>
        <w:tc>
          <w:tcPr>
            <w:tcW w:w="1107" w:type="dxa"/>
          </w:tcPr>
          <w:p w14:paraId="64B0A664" w14:textId="77777777" w:rsidR="00540B47" w:rsidRDefault="00A32617">
            <w:r>
              <w:rPr>
                <w:sz w:val="18"/>
              </w:rPr>
              <w:t>-67.2513</w:t>
            </w:r>
          </w:p>
        </w:tc>
        <w:tc>
          <w:tcPr>
            <w:tcW w:w="1156" w:type="dxa"/>
          </w:tcPr>
          <w:p w14:paraId="67EC41D6" w14:textId="77777777" w:rsidR="00540B47" w:rsidRDefault="00A32617">
            <w:r>
              <w:rPr>
                <w:sz w:val="18"/>
              </w:rPr>
              <w:t>2025-11-09</w:t>
            </w:r>
          </w:p>
        </w:tc>
        <w:tc>
          <w:tcPr>
            <w:tcW w:w="727" w:type="dxa"/>
          </w:tcPr>
          <w:p w14:paraId="6DA6A414" w14:textId="77777777" w:rsidR="00540B47" w:rsidRDefault="00A32617">
            <w:r>
              <w:rPr>
                <w:sz w:val="18"/>
              </w:rPr>
              <w:t>10:51</w:t>
            </w:r>
          </w:p>
        </w:tc>
        <w:tc>
          <w:tcPr>
            <w:tcW w:w="1561" w:type="dxa"/>
          </w:tcPr>
          <w:p w14:paraId="2CF17E57" w14:textId="77777777" w:rsidR="00540B47" w:rsidRDefault="00A32617">
            <w:r>
              <w:rPr>
                <w:sz w:val="18"/>
              </w:rPr>
              <w:t>Pablo L. Tubaro</w:t>
            </w:r>
          </w:p>
        </w:tc>
      </w:tr>
      <w:tr w:rsidR="00540B47" w14:paraId="673F6FCC" w14:textId="77777777" w:rsidTr="00DD565D">
        <w:tc>
          <w:tcPr>
            <w:tcW w:w="942" w:type="dxa"/>
          </w:tcPr>
          <w:p w14:paraId="5E5B28CB" w14:textId="77777777" w:rsidR="00540B47" w:rsidRDefault="00A32617">
            <w:r>
              <w:rPr>
                <w:sz w:val="18"/>
              </w:rPr>
              <w:t>3641</w:t>
            </w:r>
          </w:p>
        </w:tc>
        <w:tc>
          <w:tcPr>
            <w:tcW w:w="1156" w:type="dxa"/>
          </w:tcPr>
          <w:p w14:paraId="6A38EDA7" w14:textId="77777777" w:rsidR="00540B47" w:rsidRDefault="00A32617">
            <w:r>
              <w:rPr>
                <w:sz w:val="18"/>
              </w:rPr>
              <w:t>MACN</w:t>
            </w:r>
          </w:p>
        </w:tc>
        <w:tc>
          <w:tcPr>
            <w:tcW w:w="1126" w:type="dxa"/>
          </w:tcPr>
          <w:p w14:paraId="25020DD1" w14:textId="77777777" w:rsidR="00540B47" w:rsidRDefault="00A32617">
            <w:r>
              <w:rPr>
                <w:i/>
                <w:sz w:val="18"/>
              </w:rPr>
              <w:t>Z. capensis</w:t>
            </w:r>
          </w:p>
        </w:tc>
        <w:tc>
          <w:tcPr>
            <w:tcW w:w="977" w:type="dxa"/>
          </w:tcPr>
          <w:p w14:paraId="5AD8BEDA" w14:textId="77777777" w:rsidR="00540B47" w:rsidRDefault="00A32617">
            <w:r>
              <w:rPr>
                <w:sz w:val="18"/>
              </w:rPr>
              <w:t>-47.5582</w:t>
            </w:r>
          </w:p>
        </w:tc>
        <w:tc>
          <w:tcPr>
            <w:tcW w:w="1107" w:type="dxa"/>
          </w:tcPr>
          <w:p w14:paraId="481E8650" w14:textId="77777777" w:rsidR="00540B47" w:rsidRDefault="00A32617">
            <w:r>
              <w:rPr>
                <w:sz w:val="18"/>
              </w:rPr>
              <w:t>-67.2846</w:t>
            </w:r>
          </w:p>
        </w:tc>
        <w:tc>
          <w:tcPr>
            <w:tcW w:w="1156" w:type="dxa"/>
          </w:tcPr>
          <w:p w14:paraId="56139216" w14:textId="77777777" w:rsidR="00540B47" w:rsidRDefault="00A32617">
            <w:r>
              <w:rPr>
                <w:sz w:val="18"/>
              </w:rPr>
              <w:t>2025-11-09</w:t>
            </w:r>
          </w:p>
        </w:tc>
        <w:tc>
          <w:tcPr>
            <w:tcW w:w="727" w:type="dxa"/>
          </w:tcPr>
          <w:p w14:paraId="47D84CD4" w14:textId="77777777" w:rsidR="00540B47" w:rsidRDefault="00A32617">
            <w:r>
              <w:rPr>
                <w:sz w:val="18"/>
              </w:rPr>
              <w:t>11:22</w:t>
            </w:r>
          </w:p>
        </w:tc>
        <w:tc>
          <w:tcPr>
            <w:tcW w:w="1561" w:type="dxa"/>
          </w:tcPr>
          <w:p w14:paraId="50083E00" w14:textId="77777777" w:rsidR="00540B47" w:rsidRDefault="00A32617">
            <w:r>
              <w:rPr>
                <w:sz w:val="18"/>
              </w:rPr>
              <w:t>Agustin I. Casale</w:t>
            </w:r>
          </w:p>
        </w:tc>
      </w:tr>
      <w:tr w:rsidR="00540B47" w14:paraId="5EE8A403" w14:textId="77777777" w:rsidTr="00DD565D">
        <w:tc>
          <w:tcPr>
            <w:tcW w:w="942" w:type="dxa"/>
          </w:tcPr>
          <w:p w14:paraId="07B0D13C" w14:textId="77777777" w:rsidR="00540B47" w:rsidRDefault="00A32617">
            <w:r>
              <w:rPr>
                <w:sz w:val="18"/>
              </w:rPr>
              <w:t>3642</w:t>
            </w:r>
          </w:p>
        </w:tc>
        <w:tc>
          <w:tcPr>
            <w:tcW w:w="1156" w:type="dxa"/>
          </w:tcPr>
          <w:p w14:paraId="2557A265" w14:textId="77777777" w:rsidR="00540B47" w:rsidRDefault="00A32617">
            <w:r>
              <w:rPr>
                <w:sz w:val="18"/>
              </w:rPr>
              <w:t>MACN</w:t>
            </w:r>
          </w:p>
        </w:tc>
        <w:tc>
          <w:tcPr>
            <w:tcW w:w="1126" w:type="dxa"/>
          </w:tcPr>
          <w:p w14:paraId="2DFDCDFD" w14:textId="77777777" w:rsidR="00540B47" w:rsidRDefault="00A32617">
            <w:r>
              <w:rPr>
                <w:i/>
                <w:sz w:val="18"/>
              </w:rPr>
              <w:t>Z. capensis</w:t>
            </w:r>
          </w:p>
        </w:tc>
        <w:tc>
          <w:tcPr>
            <w:tcW w:w="977" w:type="dxa"/>
          </w:tcPr>
          <w:p w14:paraId="7CD43FD1" w14:textId="77777777" w:rsidR="00540B47" w:rsidRDefault="00A32617">
            <w:r>
              <w:rPr>
                <w:sz w:val="18"/>
              </w:rPr>
              <w:t>-47.5580</w:t>
            </w:r>
          </w:p>
        </w:tc>
        <w:tc>
          <w:tcPr>
            <w:tcW w:w="1107" w:type="dxa"/>
          </w:tcPr>
          <w:p w14:paraId="75A13E1E" w14:textId="77777777" w:rsidR="00540B47" w:rsidRDefault="00A32617">
            <w:r>
              <w:rPr>
                <w:sz w:val="18"/>
              </w:rPr>
              <w:t>-67.2850</w:t>
            </w:r>
          </w:p>
        </w:tc>
        <w:tc>
          <w:tcPr>
            <w:tcW w:w="1156" w:type="dxa"/>
          </w:tcPr>
          <w:p w14:paraId="45D8F537" w14:textId="77777777" w:rsidR="00540B47" w:rsidRDefault="00A32617">
            <w:r>
              <w:rPr>
                <w:sz w:val="18"/>
              </w:rPr>
              <w:t>2025-11-09</w:t>
            </w:r>
          </w:p>
        </w:tc>
        <w:tc>
          <w:tcPr>
            <w:tcW w:w="727" w:type="dxa"/>
          </w:tcPr>
          <w:p w14:paraId="2F44239C" w14:textId="77777777" w:rsidR="00540B47" w:rsidRDefault="00A32617">
            <w:r>
              <w:rPr>
                <w:sz w:val="18"/>
              </w:rPr>
              <w:t>11:23</w:t>
            </w:r>
          </w:p>
        </w:tc>
        <w:tc>
          <w:tcPr>
            <w:tcW w:w="1561" w:type="dxa"/>
          </w:tcPr>
          <w:p w14:paraId="6416EF56" w14:textId="77777777" w:rsidR="00540B47" w:rsidRDefault="00A32617">
            <w:r>
              <w:rPr>
                <w:sz w:val="18"/>
              </w:rPr>
              <w:t>Pablo L. Tubaro</w:t>
            </w:r>
          </w:p>
        </w:tc>
      </w:tr>
      <w:tr w:rsidR="00540B47" w14:paraId="4EB515AF" w14:textId="77777777" w:rsidTr="00DD565D">
        <w:tc>
          <w:tcPr>
            <w:tcW w:w="942" w:type="dxa"/>
          </w:tcPr>
          <w:p w14:paraId="1DE8E4E7" w14:textId="77777777" w:rsidR="00540B47" w:rsidRDefault="00A32617">
            <w:r>
              <w:rPr>
                <w:sz w:val="18"/>
              </w:rPr>
              <w:t>3643</w:t>
            </w:r>
          </w:p>
        </w:tc>
        <w:tc>
          <w:tcPr>
            <w:tcW w:w="1156" w:type="dxa"/>
          </w:tcPr>
          <w:p w14:paraId="0AA23548" w14:textId="77777777" w:rsidR="00540B47" w:rsidRDefault="00A32617">
            <w:r>
              <w:rPr>
                <w:sz w:val="18"/>
              </w:rPr>
              <w:t>MACN</w:t>
            </w:r>
          </w:p>
        </w:tc>
        <w:tc>
          <w:tcPr>
            <w:tcW w:w="1126" w:type="dxa"/>
          </w:tcPr>
          <w:p w14:paraId="0BE2C9F3" w14:textId="77777777" w:rsidR="00540B47" w:rsidRDefault="00A32617">
            <w:r>
              <w:rPr>
                <w:i/>
                <w:sz w:val="18"/>
              </w:rPr>
              <w:t>Z. capensis</w:t>
            </w:r>
          </w:p>
        </w:tc>
        <w:tc>
          <w:tcPr>
            <w:tcW w:w="977" w:type="dxa"/>
          </w:tcPr>
          <w:p w14:paraId="166A2B00" w14:textId="77777777" w:rsidR="00540B47" w:rsidRDefault="00A32617">
            <w:r>
              <w:rPr>
                <w:sz w:val="18"/>
              </w:rPr>
              <w:t>-47.5580</w:t>
            </w:r>
          </w:p>
        </w:tc>
        <w:tc>
          <w:tcPr>
            <w:tcW w:w="1107" w:type="dxa"/>
          </w:tcPr>
          <w:p w14:paraId="02004990" w14:textId="77777777" w:rsidR="00540B47" w:rsidRDefault="00A32617">
            <w:r>
              <w:rPr>
                <w:sz w:val="18"/>
              </w:rPr>
              <w:t>-67.2850</w:t>
            </w:r>
          </w:p>
        </w:tc>
        <w:tc>
          <w:tcPr>
            <w:tcW w:w="1156" w:type="dxa"/>
          </w:tcPr>
          <w:p w14:paraId="6012D361" w14:textId="77777777" w:rsidR="00540B47" w:rsidRDefault="00A32617">
            <w:r>
              <w:rPr>
                <w:sz w:val="18"/>
              </w:rPr>
              <w:t>2025-11-09</w:t>
            </w:r>
          </w:p>
        </w:tc>
        <w:tc>
          <w:tcPr>
            <w:tcW w:w="727" w:type="dxa"/>
          </w:tcPr>
          <w:p w14:paraId="4D4427AD" w14:textId="77777777" w:rsidR="00540B47" w:rsidRDefault="00A32617">
            <w:r>
              <w:rPr>
                <w:sz w:val="18"/>
              </w:rPr>
              <w:t>11:24</w:t>
            </w:r>
          </w:p>
        </w:tc>
        <w:tc>
          <w:tcPr>
            <w:tcW w:w="1561" w:type="dxa"/>
          </w:tcPr>
          <w:p w14:paraId="4AB2F6DB" w14:textId="77777777" w:rsidR="00540B47" w:rsidRDefault="00A32617">
            <w:r>
              <w:rPr>
                <w:sz w:val="18"/>
              </w:rPr>
              <w:t>Pablo L. Tubaro</w:t>
            </w:r>
          </w:p>
        </w:tc>
      </w:tr>
      <w:tr w:rsidR="00540B47" w14:paraId="436D30B0" w14:textId="77777777" w:rsidTr="00DD565D">
        <w:tc>
          <w:tcPr>
            <w:tcW w:w="942" w:type="dxa"/>
          </w:tcPr>
          <w:p w14:paraId="140DCA85" w14:textId="77777777" w:rsidR="00540B47" w:rsidRDefault="00A32617">
            <w:r>
              <w:rPr>
                <w:sz w:val="18"/>
              </w:rPr>
              <w:t>3644</w:t>
            </w:r>
          </w:p>
        </w:tc>
        <w:tc>
          <w:tcPr>
            <w:tcW w:w="1156" w:type="dxa"/>
          </w:tcPr>
          <w:p w14:paraId="701F1207" w14:textId="77777777" w:rsidR="00540B47" w:rsidRDefault="00A32617">
            <w:r>
              <w:rPr>
                <w:sz w:val="18"/>
              </w:rPr>
              <w:t>MACN</w:t>
            </w:r>
          </w:p>
        </w:tc>
        <w:tc>
          <w:tcPr>
            <w:tcW w:w="1126" w:type="dxa"/>
          </w:tcPr>
          <w:p w14:paraId="73037BD8" w14:textId="77777777" w:rsidR="00540B47" w:rsidRDefault="00A32617">
            <w:r>
              <w:rPr>
                <w:i/>
                <w:sz w:val="18"/>
              </w:rPr>
              <w:t>Z. capensis</w:t>
            </w:r>
          </w:p>
        </w:tc>
        <w:tc>
          <w:tcPr>
            <w:tcW w:w="977" w:type="dxa"/>
          </w:tcPr>
          <w:p w14:paraId="67B2FD7C" w14:textId="77777777" w:rsidR="00540B47" w:rsidRDefault="00A32617">
            <w:r>
              <w:rPr>
                <w:sz w:val="18"/>
              </w:rPr>
              <w:t>-47.5580</w:t>
            </w:r>
          </w:p>
        </w:tc>
        <w:tc>
          <w:tcPr>
            <w:tcW w:w="1107" w:type="dxa"/>
          </w:tcPr>
          <w:p w14:paraId="58B36D2A" w14:textId="77777777" w:rsidR="00540B47" w:rsidRDefault="00A32617">
            <w:r>
              <w:rPr>
                <w:sz w:val="18"/>
              </w:rPr>
              <w:t>-67.2850</w:t>
            </w:r>
          </w:p>
        </w:tc>
        <w:tc>
          <w:tcPr>
            <w:tcW w:w="1156" w:type="dxa"/>
          </w:tcPr>
          <w:p w14:paraId="766FCC68" w14:textId="77777777" w:rsidR="00540B47" w:rsidRDefault="00A32617">
            <w:r>
              <w:rPr>
                <w:sz w:val="18"/>
              </w:rPr>
              <w:t>2025-11-09</w:t>
            </w:r>
          </w:p>
        </w:tc>
        <w:tc>
          <w:tcPr>
            <w:tcW w:w="727" w:type="dxa"/>
          </w:tcPr>
          <w:p w14:paraId="3A019E0E" w14:textId="77777777" w:rsidR="00540B47" w:rsidRDefault="00A32617">
            <w:r>
              <w:rPr>
                <w:sz w:val="18"/>
              </w:rPr>
              <w:t>11:26</w:t>
            </w:r>
          </w:p>
        </w:tc>
        <w:tc>
          <w:tcPr>
            <w:tcW w:w="1561" w:type="dxa"/>
          </w:tcPr>
          <w:p w14:paraId="6B1944B1" w14:textId="77777777" w:rsidR="00540B47" w:rsidRDefault="00A32617">
            <w:r>
              <w:rPr>
                <w:sz w:val="18"/>
              </w:rPr>
              <w:t>Pablo L. Tubaro</w:t>
            </w:r>
          </w:p>
        </w:tc>
      </w:tr>
      <w:tr w:rsidR="00540B47" w14:paraId="158EAF2B" w14:textId="77777777" w:rsidTr="00DD565D">
        <w:tc>
          <w:tcPr>
            <w:tcW w:w="942" w:type="dxa"/>
          </w:tcPr>
          <w:p w14:paraId="4EF1A97A" w14:textId="77777777" w:rsidR="00540B47" w:rsidRDefault="00A32617">
            <w:r>
              <w:rPr>
                <w:sz w:val="18"/>
              </w:rPr>
              <w:t>3645</w:t>
            </w:r>
          </w:p>
        </w:tc>
        <w:tc>
          <w:tcPr>
            <w:tcW w:w="1156" w:type="dxa"/>
          </w:tcPr>
          <w:p w14:paraId="27FF897C" w14:textId="77777777" w:rsidR="00540B47" w:rsidRDefault="00A32617">
            <w:r>
              <w:rPr>
                <w:sz w:val="18"/>
              </w:rPr>
              <w:t>MACN</w:t>
            </w:r>
          </w:p>
        </w:tc>
        <w:tc>
          <w:tcPr>
            <w:tcW w:w="1126" w:type="dxa"/>
          </w:tcPr>
          <w:p w14:paraId="114A1D8F" w14:textId="77777777" w:rsidR="00540B47" w:rsidRDefault="00A32617">
            <w:r>
              <w:rPr>
                <w:i/>
                <w:sz w:val="18"/>
              </w:rPr>
              <w:t>Z. capensis</w:t>
            </w:r>
          </w:p>
        </w:tc>
        <w:tc>
          <w:tcPr>
            <w:tcW w:w="977" w:type="dxa"/>
          </w:tcPr>
          <w:p w14:paraId="635CC3AD" w14:textId="77777777" w:rsidR="00540B47" w:rsidRDefault="00A32617">
            <w:r>
              <w:rPr>
                <w:sz w:val="18"/>
              </w:rPr>
              <w:t>-48.0117</w:t>
            </w:r>
          </w:p>
        </w:tc>
        <w:tc>
          <w:tcPr>
            <w:tcW w:w="1107" w:type="dxa"/>
          </w:tcPr>
          <w:p w14:paraId="78CB9DAF" w14:textId="77777777" w:rsidR="00540B47" w:rsidRDefault="00A32617">
            <w:r>
              <w:rPr>
                <w:sz w:val="18"/>
              </w:rPr>
              <w:t>-67.5884</w:t>
            </w:r>
          </w:p>
        </w:tc>
        <w:tc>
          <w:tcPr>
            <w:tcW w:w="1156" w:type="dxa"/>
          </w:tcPr>
          <w:p w14:paraId="366D3A9C" w14:textId="77777777" w:rsidR="00540B47" w:rsidRDefault="00A32617">
            <w:r>
              <w:rPr>
                <w:sz w:val="18"/>
              </w:rPr>
              <w:t>2025-11-09</w:t>
            </w:r>
          </w:p>
        </w:tc>
        <w:tc>
          <w:tcPr>
            <w:tcW w:w="727" w:type="dxa"/>
          </w:tcPr>
          <w:p w14:paraId="176E4C37" w14:textId="77777777" w:rsidR="00540B47" w:rsidRDefault="00A32617">
            <w:r>
              <w:rPr>
                <w:sz w:val="18"/>
              </w:rPr>
              <w:t>12:05</w:t>
            </w:r>
          </w:p>
        </w:tc>
        <w:tc>
          <w:tcPr>
            <w:tcW w:w="1561" w:type="dxa"/>
          </w:tcPr>
          <w:p w14:paraId="7D6E8FC7" w14:textId="77777777" w:rsidR="00540B47" w:rsidRDefault="00A32617">
            <w:r>
              <w:rPr>
                <w:sz w:val="18"/>
              </w:rPr>
              <w:t>Agustin I. Casale</w:t>
            </w:r>
          </w:p>
        </w:tc>
      </w:tr>
      <w:tr w:rsidR="00540B47" w14:paraId="374E0BD0" w14:textId="77777777" w:rsidTr="00DD565D">
        <w:tc>
          <w:tcPr>
            <w:tcW w:w="942" w:type="dxa"/>
          </w:tcPr>
          <w:p w14:paraId="1DE2D16D" w14:textId="77777777" w:rsidR="00540B47" w:rsidRDefault="00A32617">
            <w:r>
              <w:rPr>
                <w:sz w:val="18"/>
              </w:rPr>
              <w:t>3646</w:t>
            </w:r>
          </w:p>
        </w:tc>
        <w:tc>
          <w:tcPr>
            <w:tcW w:w="1156" w:type="dxa"/>
          </w:tcPr>
          <w:p w14:paraId="2188FD0B" w14:textId="77777777" w:rsidR="00540B47" w:rsidRDefault="00A32617">
            <w:r>
              <w:rPr>
                <w:sz w:val="18"/>
              </w:rPr>
              <w:t>MACN</w:t>
            </w:r>
          </w:p>
        </w:tc>
        <w:tc>
          <w:tcPr>
            <w:tcW w:w="1126" w:type="dxa"/>
          </w:tcPr>
          <w:p w14:paraId="1F605C8D" w14:textId="77777777" w:rsidR="00540B47" w:rsidRDefault="00A32617">
            <w:r>
              <w:rPr>
                <w:i/>
                <w:sz w:val="18"/>
              </w:rPr>
              <w:t>Z. capensis</w:t>
            </w:r>
          </w:p>
        </w:tc>
        <w:tc>
          <w:tcPr>
            <w:tcW w:w="977" w:type="dxa"/>
          </w:tcPr>
          <w:p w14:paraId="4ECB409F" w14:textId="77777777" w:rsidR="00540B47" w:rsidRDefault="00A32617">
            <w:r>
              <w:rPr>
                <w:sz w:val="18"/>
              </w:rPr>
              <w:t>-48.4477</w:t>
            </w:r>
          </w:p>
        </w:tc>
        <w:tc>
          <w:tcPr>
            <w:tcW w:w="1107" w:type="dxa"/>
          </w:tcPr>
          <w:p w14:paraId="667B04D4" w14:textId="77777777" w:rsidR="00540B47" w:rsidRDefault="00A32617">
            <w:r>
              <w:rPr>
                <w:sz w:val="18"/>
              </w:rPr>
              <w:t>-67.7320</w:t>
            </w:r>
          </w:p>
        </w:tc>
        <w:tc>
          <w:tcPr>
            <w:tcW w:w="1156" w:type="dxa"/>
          </w:tcPr>
          <w:p w14:paraId="18751687" w14:textId="77777777" w:rsidR="00540B47" w:rsidRDefault="00A32617">
            <w:r>
              <w:rPr>
                <w:sz w:val="18"/>
              </w:rPr>
              <w:t>2025-11-09</w:t>
            </w:r>
          </w:p>
        </w:tc>
        <w:tc>
          <w:tcPr>
            <w:tcW w:w="727" w:type="dxa"/>
          </w:tcPr>
          <w:p w14:paraId="5EEE06E4" w14:textId="77777777" w:rsidR="00540B47" w:rsidRDefault="00A32617">
            <w:r>
              <w:rPr>
                <w:sz w:val="18"/>
              </w:rPr>
              <w:t>12:48</w:t>
            </w:r>
          </w:p>
        </w:tc>
        <w:tc>
          <w:tcPr>
            <w:tcW w:w="1561" w:type="dxa"/>
          </w:tcPr>
          <w:p w14:paraId="6C8B4E77" w14:textId="77777777" w:rsidR="00540B47" w:rsidRDefault="00A32617">
            <w:r>
              <w:rPr>
                <w:sz w:val="18"/>
              </w:rPr>
              <w:t>Agustin I. Casale</w:t>
            </w:r>
          </w:p>
        </w:tc>
      </w:tr>
      <w:tr w:rsidR="00540B47" w14:paraId="4A66D5A8" w14:textId="77777777" w:rsidTr="00DD565D">
        <w:tc>
          <w:tcPr>
            <w:tcW w:w="942" w:type="dxa"/>
          </w:tcPr>
          <w:p w14:paraId="482809A5" w14:textId="77777777" w:rsidR="00540B47" w:rsidRDefault="00A32617">
            <w:r>
              <w:rPr>
                <w:sz w:val="18"/>
              </w:rPr>
              <w:t>3647</w:t>
            </w:r>
          </w:p>
        </w:tc>
        <w:tc>
          <w:tcPr>
            <w:tcW w:w="1156" w:type="dxa"/>
          </w:tcPr>
          <w:p w14:paraId="4306EC0A" w14:textId="77777777" w:rsidR="00540B47" w:rsidRDefault="00A32617">
            <w:r>
              <w:rPr>
                <w:sz w:val="18"/>
              </w:rPr>
              <w:t>MACN</w:t>
            </w:r>
          </w:p>
        </w:tc>
        <w:tc>
          <w:tcPr>
            <w:tcW w:w="1126" w:type="dxa"/>
          </w:tcPr>
          <w:p w14:paraId="7B9A0117" w14:textId="77777777" w:rsidR="00540B47" w:rsidRDefault="00A32617">
            <w:r>
              <w:rPr>
                <w:i/>
                <w:sz w:val="18"/>
              </w:rPr>
              <w:t>Z. capensis</w:t>
            </w:r>
          </w:p>
        </w:tc>
        <w:tc>
          <w:tcPr>
            <w:tcW w:w="977" w:type="dxa"/>
          </w:tcPr>
          <w:p w14:paraId="5E28B7CE" w14:textId="77777777" w:rsidR="00540B47" w:rsidRDefault="00A32617">
            <w:r>
              <w:rPr>
                <w:sz w:val="18"/>
              </w:rPr>
              <w:t>-48.0110</w:t>
            </w:r>
          </w:p>
        </w:tc>
        <w:tc>
          <w:tcPr>
            <w:tcW w:w="1107" w:type="dxa"/>
          </w:tcPr>
          <w:p w14:paraId="5B203BC4" w14:textId="77777777" w:rsidR="00540B47" w:rsidRDefault="00A32617">
            <w:r>
              <w:rPr>
                <w:sz w:val="18"/>
              </w:rPr>
              <w:t>-67.5890</w:t>
            </w:r>
          </w:p>
        </w:tc>
        <w:tc>
          <w:tcPr>
            <w:tcW w:w="1156" w:type="dxa"/>
          </w:tcPr>
          <w:p w14:paraId="7EA1B78C" w14:textId="77777777" w:rsidR="00540B47" w:rsidRDefault="00A32617">
            <w:r>
              <w:rPr>
                <w:sz w:val="18"/>
              </w:rPr>
              <w:t>2025-11-09</w:t>
            </w:r>
          </w:p>
        </w:tc>
        <w:tc>
          <w:tcPr>
            <w:tcW w:w="727" w:type="dxa"/>
          </w:tcPr>
          <w:p w14:paraId="1D0B84E6" w14:textId="77777777" w:rsidR="00540B47" w:rsidRDefault="00A32617">
            <w:r>
              <w:rPr>
                <w:sz w:val="18"/>
              </w:rPr>
              <w:t>12:06</w:t>
            </w:r>
          </w:p>
        </w:tc>
        <w:tc>
          <w:tcPr>
            <w:tcW w:w="1561" w:type="dxa"/>
          </w:tcPr>
          <w:p w14:paraId="5DF63BF4" w14:textId="77777777" w:rsidR="00540B47" w:rsidRDefault="00A32617">
            <w:r>
              <w:rPr>
                <w:sz w:val="18"/>
              </w:rPr>
              <w:t>Pablo L. Tubaro</w:t>
            </w:r>
          </w:p>
        </w:tc>
      </w:tr>
      <w:tr w:rsidR="00540B47" w14:paraId="3F75D84A" w14:textId="77777777" w:rsidTr="00DD565D">
        <w:tc>
          <w:tcPr>
            <w:tcW w:w="942" w:type="dxa"/>
          </w:tcPr>
          <w:p w14:paraId="661F7BF3" w14:textId="77777777" w:rsidR="00540B47" w:rsidRDefault="00A32617">
            <w:r>
              <w:rPr>
                <w:sz w:val="18"/>
              </w:rPr>
              <w:t>3648</w:t>
            </w:r>
          </w:p>
        </w:tc>
        <w:tc>
          <w:tcPr>
            <w:tcW w:w="1156" w:type="dxa"/>
          </w:tcPr>
          <w:p w14:paraId="60E30506" w14:textId="77777777" w:rsidR="00540B47" w:rsidRDefault="00A32617">
            <w:r>
              <w:rPr>
                <w:sz w:val="18"/>
              </w:rPr>
              <w:t>MACN</w:t>
            </w:r>
          </w:p>
        </w:tc>
        <w:tc>
          <w:tcPr>
            <w:tcW w:w="1126" w:type="dxa"/>
          </w:tcPr>
          <w:p w14:paraId="004498AA" w14:textId="77777777" w:rsidR="00540B47" w:rsidRDefault="00A32617">
            <w:r>
              <w:rPr>
                <w:i/>
                <w:sz w:val="18"/>
              </w:rPr>
              <w:t>Z. capensis</w:t>
            </w:r>
          </w:p>
        </w:tc>
        <w:tc>
          <w:tcPr>
            <w:tcW w:w="977" w:type="dxa"/>
          </w:tcPr>
          <w:p w14:paraId="62A1714C" w14:textId="77777777" w:rsidR="00540B47" w:rsidRDefault="00A32617">
            <w:r>
              <w:rPr>
                <w:sz w:val="18"/>
              </w:rPr>
              <w:t>-48.0110</w:t>
            </w:r>
          </w:p>
        </w:tc>
        <w:tc>
          <w:tcPr>
            <w:tcW w:w="1107" w:type="dxa"/>
          </w:tcPr>
          <w:p w14:paraId="66844BA6" w14:textId="77777777" w:rsidR="00540B47" w:rsidRDefault="00A32617">
            <w:r>
              <w:rPr>
                <w:sz w:val="18"/>
              </w:rPr>
              <w:t>-67.5890</w:t>
            </w:r>
          </w:p>
        </w:tc>
        <w:tc>
          <w:tcPr>
            <w:tcW w:w="1156" w:type="dxa"/>
          </w:tcPr>
          <w:p w14:paraId="7C56FBC3" w14:textId="77777777" w:rsidR="00540B47" w:rsidRDefault="00A32617">
            <w:r>
              <w:rPr>
                <w:sz w:val="18"/>
              </w:rPr>
              <w:t>2025-11-09</w:t>
            </w:r>
          </w:p>
        </w:tc>
        <w:tc>
          <w:tcPr>
            <w:tcW w:w="727" w:type="dxa"/>
          </w:tcPr>
          <w:p w14:paraId="30056D97" w14:textId="77777777" w:rsidR="00540B47" w:rsidRDefault="00A32617">
            <w:r>
              <w:rPr>
                <w:sz w:val="18"/>
              </w:rPr>
              <w:t>12:07</w:t>
            </w:r>
          </w:p>
        </w:tc>
        <w:tc>
          <w:tcPr>
            <w:tcW w:w="1561" w:type="dxa"/>
          </w:tcPr>
          <w:p w14:paraId="5B49F62C" w14:textId="77777777" w:rsidR="00540B47" w:rsidRDefault="00A32617">
            <w:r>
              <w:rPr>
                <w:sz w:val="18"/>
              </w:rPr>
              <w:t>Pablo L. Tubaro</w:t>
            </w:r>
          </w:p>
        </w:tc>
      </w:tr>
      <w:tr w:rsidR="00540B47" w14:paraId="700FE517" w14:textId="77777777" w:rsidTr="00DD565D">
        <w:tc>
          <w:tcPr>
            <w:tcW w:w="942" w:type="dxa"/>
          </w:tcPr>
          <w:p w14:paraId="26F774B6" w14:textId="77777777" w:rsidR="00540B47" w:rsidRDefault="00A32617">
            <w:r>
              <w:rPr>
                <w:sz w:val="18"/>
              </w:rPr>
              <w:t>3649</w:t>
            </w:r>
          </w:p>
        </w:tc>
        <w:tc>
          <w:tcPr>
            <w:tcW w:w="1156" w:type="dxa"/>
          </w:tcPr>
          <w:p w14:paraId="7E453E2F" w14:textId="77777777" w:rsidR="00540B47" w:rsidRDefault="00A32617">
            <w:r>
              <w:rPr>
                <w:sz w:val="18"/>
              </w:rPr>
              <w:t>MACN</w:t>
            </w:r>
          </w:p>
        </w:tc>
        <w:tc>
          <w:tcPr>
            <w:tcW w:w="1126" w:type="dxa"/>
          </w:tcPr>
          <w:p w14:paraId="416F89A2" w14:textId="77777777" w:rsidR="00540B47" w:rsidRDefault="00A32617">
            <w:r>
              <w:rPr>
                <w:i/>
                <w:sz w:val="18"/>
              </w:rPr>
              <w:t>Z. capensis</w:t>
            </w:r>
          </w:p>
        </w:tc>
        <w:tc>
          <w:tcPr>
            <w:tcW w:w="977" w:type="dxa"/>
          </w:tcPr>
          <w:p w14:paraId="6EFFEFBA" w14:textId="77777777" w:rsidR="00540B47" w:rsidRDefault="00A32617">
            <w:r>
              <w:rPr>
                <w:sz w:val="18"/>
              </w:rPr>
              <w:t>-48.1840</w:t>
            </w:r>
          </w:p>
        </w:tc>
        <w:tc>
          <w:tcPr>
            <w:tcW w:w="1107" w:type="dxa"/>
          </w:tcPr>
          <w:p w14:paraId="6B9CB7A4" w14:textId="77777777" w:rsidR="00540B47" w:rsidRDefault="00A32617">
            <w:r>
              <w:rPr>
                <w:sz w:val="18"/>
              </w:rPr>
              <w:t>-67.6690</w:t>
            </w:r>
          </w:p>
        </w:tc>
        <w:tc>
          <w:tcPr>
            <w:tcW w:w="1156" w:type="dxa"/>
          </w:tcPr>
          <w:p w14:paraId="763DFF31" w14:textId="77777777" w:rsidR="00540B47" w:rsidRDefault="00A32617">
            <w:r>
              <w:rPr>
                <w:sz w:val="18"/>
              </w:rPr>
              <w:t>2025-11-09</w:t>
            </w:r>
          </w:p>
        </w:tc>
        <w:tc>
          <w:tcPr>
            <w:tcW w:w="727" w:type="dxa"/>
          </w:tcPr>
          <w:p w14:paraId="4373FB4E" w14:textId="77777777" w:rsidR="00540B47" w:rsidRDefault="00A32617">
            <w:r>
              <w:rPr>
                <w:sz w:val="18"/>
              </w:rPr>
              <w:t>12:51</w:t>
            </w:r>
          </w:p>
        </w:tc>
        <w:tc>
          <w:tcPr>
            <w:tcW w:w="1561" w:type="dxa"/>
          </w:tcPr>
          <w:p w14:paraId="537CA698" w14:textId="77777777" w:rsidR="00540B47" w:rsidRDefault="00A32617">
            <w:r>
              <w:rPr>
                <w:sz w:val="18"/>
              </w:rPr>
              <w:t>Pablo L. Tubaro</w:t>
            </w:r>
          </w:p>
        </w:tc>
      </w:tr>
      <w:tr w:rsidR="00540B47" w14:paraId="75F30C46" w14:textId="77777777" w:rsidTr="00DD565D">
        <w:tc>
          <w:tcPr>
            <w:tcW w:w="942" w:type="dxa"/>
          </w:tcPr>
          <w:p w14:paraId="2CD49553" w14:textId="77777777" w:rsidR="00540B47" w:rsidRDefault="00A32617">
            <w:r>
              <w:rPr>
                <w:sz w:val="18"/>
              </w:rPr>
              <w:t>3650</w:t>
            </w:r>
          </w:p>
        </w:tc>
        <w:tc>
          <w:tcPr>
            <w:tcW w:w="1156" w:type="dxa"/>
          </w:tcPr>
          <w:p w14:paraId="72714F44" w14:textId="77777777" w:rsidR="00540B47" w:rsidRDefault="00A32617">
            <w:r>
              <w:rPr>
                <w:sz w:val="18"/>
              </w:rPr>
              <w:t>MACN</w:t>
            </w:r>
          </w:p>
        </w:tc>
        <w:tc>
          <w:tcPr>
            <w:tcW w:w="1126" w:type="dxa"/>
          </w:tcPr>
          <w:p w14:paraId="7FFAD3CB" w14:textId="77777777" w:rsidR="00540B47" w:rsidRDefault="00A32617">
            <w:r>
              <w:rPr>
                <w:i/>
                <w:sz w:val="18"/>
              </w:rPr>
              <w:t>Z. capensis</w:t>
            </w:r>
          </w:p>
        </w:tc>
        <w:tc>
          <w:tcPr>
            <w:tcW w:w="977" w:type="dxa"/>
          </w:tcPr>
          <w:p w14:paraId="549C08C2" w14:textId="77777777" w:rsidR="00540B47" w:rsidRDefault="00A32617">
            <w:r>
              <w:rPr>
                <w:sz w:val="18"/>
              </w:rPr>
              <w:t>-48.4470</w:t>
            </w:r>
          </w:p>
        </w:tc>
        <w:tc>
          <w:tcPr>
            <w:tcW w:w="1107" w:type="dxa"/>
          </w:tcPr>
          <w:p w14:paraId="0108D79E" w14:textId="77777777" w:rsidR="00540B47" w:rsidRDefault="00A32617">
            <w:r>
              <w:rPr>
                <w:sz w:val="18"/>
              </w:rPr>
              <w:t>-67.7330</w:t>
            </w:r>
          </w:p>
        </w:tc>
        <w:tc>
          <w:tcPr>
            <w:tcW w:w="1156" w:type="dxa"/>
          </w:tcPr>
          <w:p w14:paraId="4B447368" w14:textId="77777777" w:rsidR="00540B47" w:rsidRDefault="00A32617">
            <w:r>
              <w:rPr>
                <w:sz w:val="18"/>
              </w:rPr>
              <w:t>2025-11-09</w:t>
            </w:r>
          </w:p>
        </w:tc>
        <w:tc>
          <w:tcPr>
            <w:tcW w:w="727" w:type="dxa"/>
          </w:tcPr>
          <w:p w14:paraId="1C0C40AA" w14:textId="77777777" w:rsidR="00540B47" w:rsidRDefault="00A32617">
            <w:r>
              <w:rPr>
                <w:sz w:val="18"/>
              </w:rPr>
              <w:t>12:57</w:t>
            </w:r>
          </w:p>
        </w:tc>
        <w:tc>
          <w:tcPr>
            <w:tcW w:w="1561" w:type="dxa"/>
          </w:tcPr>
          <w:p w14:paraId="1D197D92" w14:textId="77777777" w:rsidR="00540B47" w:rsidRDefault="00A32617">
            <w:r>
              <w:rPr>
                <w:sz w:val="18"/>
              </w:rPr>
              <w:t>Pablo L. Tubaro</w:t>
            </w:r>
          </w:p>
        </w:tc>
      </w:tr>
      <w:tr w:rsidR="00540B47" w14:paraId="6BF70A98" w14:textId="77777777" w:rsidTr="00DD565D">
        <w:tc>
          <w:tcPr>
            <w:tcW w:w="942" w:type="dxa"/>
          </w:tcPr>
          <w:p w14:paraId="082AC927" w14:textId="77777777" w:rsidR="00540B47" w:rsidRDefault="00A32617">
            <w:r>
              <w:rPr>
                <w:sz w:val="18"/>
              </w:rPr>
              <w:t>3651</w:t>
            </w:r>
          </w:p>
        </w:tc>
        <w:tc>
          <w:tcPr>
            <w:tcW w:w="1156" w:type="dxa"/>
          </w:tcPr>
          <w:p w14:paraId="6C738A0C" w14:textId="77777777" w:rsidR="00540B47" w:rsidRDefault="00A32617">
            <w:r>
              <w:rPr>
                <w:sz w:val="18"/>
              </w:rPr>
              <w:t>MACN</w:t>
            </w:r>
          </w:p>
        </w:tc>
        <w:tc>
          <w:tcPr>
            <w:tcW w:w="1126" w:type="dxa"/>
          </w:tcPr>
          <w:p w14:paraId="2783E6FF" w14:textId="77777777" w:rsidR="00540B47" w:rsidRDefault="00A32617">
            <w:r>
              <w:rPr>
                <w:i/>
                <w:sz w:val="18"/>
              </w:rPr>
              <w:t>Z. capensis</w:t>
            </w:r>
          </w:p>
        </w:tc>
        <w:tc>
          <w:tcPr>
            <w:tcW w:w="977" w:type="dxa"/>
          </w:tcPr>
          <w:p w14:paraId="0A418933" w14:textId="77777777" w:rsidR="00540B47" w:rsidRDefault="00A32617">
            <w:r>
              <w:rPr>
                <w:sz w:val="18"/>
              </w:rPr>
              <w:t>-48.9001</w:t>
            </w:r>
          </w:p>
        </w:tc>
        <w:tc>
          <w:tcPr>
            <w:tcW w:w="1107" w:type="dxa"/>
          </w:tcPr>
          <w:p w14:paraId="0F3924B9" w14:textId="77777777" w:rsidR="00540B47" w:rsidRDefault="00A32617">
            <w:r>
              <w:rPr>
                <w:sz w:val="18"/>
              </w:rPr>
              <w:t>-67.6696</w:t>
            </w:r>
          </w:p>
        </w:tc>
        <w:tc>
          <w:tcPr>
            <w:tcW w:w="1156" w:type="dxa"/>
          </w:tcPr>
          <w:p w14:paraId="1E4293B8" w14:textId="77777777" w:rsidR="00540B47" w:rsidRDefault="00A32617">
            <w:r>
              <w:rPr>
                <w:sz w:val="18"/>
              </w:rPr>
              <w:t>2025-11-09</w:t>
            </w:r>
          </w:p>
        </w:tc>
        <w:tc>
          <w:tcPr>
            <w:tcW w:w="727" w:type="dxa"/>
          </w:tcPr>
          <w:p w14:paraId="7B29AA65" w14:textId="77777777" w:rsidR="00540B47" w:rsidRDefault="00A32617">
            <w:r>
              <w:rPr>
                <w:sz w:val="18"/>
              </w:rPr>
              <w:t>13:28</w:t>
            </w:r>
          </w:p>
        </w:tc>
        <w:tc>
          <w:tcPr>
            <w:tcW w:w="1561" w:type="dxa"/>
          </w:tcPr>
          <w:p w14:paraId="087AD982" w14:textId="77777777" w:rsidR="00540B47" w:rsidRDefault="00A32617">
            <w:r>
              <w:rPr>
                <w:sz w:val="18"/>
              </w:rPr>
              <w:t>Agustin I. Casale</w:t>
            </w:r>
          </w:p>
        </w:tc>
      </w:tr>
      <w:tr w:rsidR="00540B47" w14:paraId="07DB994F" w14:textId="77777777" w:rsidTr="00DD565D">
        <w:tc>
          <w:tcPr>
            <w:tcW w:w="942" w:type="dxa"/>
          </w:tcPr>
          <w:p w14:paraId="7F5E5629" w14:textId="77777777" w:rsidR="00540B47" w:rsidRDefault="00A32617">
            <w:r>
              <w:rPr>
                <w:sz w:val="18"/>
              </w:rPr>
              <w:t>3652</w:t>
            </w:r>
          </w:p>
        </w:tc>
        <w:tc>
          <w:tcPr>
            <w:tcW w:w="1156" w:type="dxa"/>
          </w:tcPr>
          <w:p w14:paraId="611C674B" w14:textId="77777777" w:rsidR="00540B47" w:rsidRDefault="00A32617">
            <w:r>
              <w:rPr>
                <w:sz w:val="18"/>
              </w:rPr>
              <w:t>MACN</w:t>
            </w:r>
          </w:p>
        </w:tc>
        <w:tc>
          <w:tcPr>
            <w:tcW w:w="1126" w:type="dxa"/>
          </w:tcPr>
          <w:p w14:paraId="19B38097" w14:textId="77777777" w:rsidR="00540B47" w:rsidRDefault="00A32617">
            <w:r>
              <w:rPr>
                <w:i/>
                <w:sz w:val="18"/>
              </w:rPr>
              <w:t>Z. capensis</w:t>
            </w:r>
          </w:p>
        </w:tc>
        <w:tc>
          <w:tcPr>
            <w:tcW w:w="977" w:type="dxa"/>
          </w:tcPr>
          <w:p w14:paraId="1658DA41" w14:textId="77777777" w:rsidR="00540B47" w:rsidRDefault="00A32617">
            <w:r>
              <w:rPr>
                <w:sz w:val="18"/>
              </w:rPr>
              <w:t>-48.9000</w:t>
            </w:r>
          </w:p>
        </w:tc>
        <w:tc>
          <w:tcPr>
            <w:tcW w:w="1107" w:type="dxa"/>
          </w:tcPr>
          <w:p w14:paraId="69B9A855" w14:textId="77777777" w:rsidR="00540B47" w:rsidRDefault="00A32617">
            <w:r>
              <w:rPr>
                <w:sz w:val="18"/>
              </w:rPr>
              <w:t>-67.6710</w:t>
            </w:r>
          </w:p>
        </w:tc>
        <w:tc>
          <w:tcPr>
            <w:tcW w:w="1156" w:type="dxa"/>
          </w:tcPr>
          <w:p w14:paraId="127BB1FA" w14:textId="77777777" w:rsidR="00540B47" w:rsidRDefault="00A32617">
            <w:r>
              <w:rPr>
                <w:sz w:val="18"/>
              </w:rPr>
              <w:t>2025-11-09</w:t>
            </w:r>
          </w:p>
        </w:tc>
        <w:tc>
          <w:tcPr>
            <w:tcW w:w="727" w:type="dxa"/>
          </w:tcPr>
          <w:p w14:paraId="2E678948" w14:textId="77777777" w:rsidR="00540B47" w:rsidRDefault="00A32617">
            <w:r>
              <w:rPr>
                <w:sz w:val="18"/>
              </w:rPr>
              <w:t>13:36</w:t>
            </w:r>
          </w:p>
        </w:tc>
        <w:tc>
          <w:tcPr>
            <w:tcW w:w="1561" w:type="dxa"/>
          </w:tcPr>
          <w:p w14:paraId="550A513E" w14:textId="77777777" w:rsidR="00540B47" w:rsidRDefault="00A32617">
            <w:r>
              <w:rPr>
                <w:sz w:val="18"/>
              </w:rPr>
              <w:t>Pablo L. Tubaro</w:t>
            </w:r>
          </w:p>
        </w:tc>
      </w:tr>
      <w:tr w:rsidR="00540B47" w14:paraId="356AF139" w14:textId="77777777" w:rsidTr="00DD565D">
        <w:tc>
          <w:tcPr>
            <w:tcW w:w="942" w:type="dxa"/>
          </w:tcPr>
          <w:p w14:paraId="0E9520C0" w14:textId="77777777" w:rsidR="00540B47" w:rsidRDefault="00A32617">
            <w:r>
              <w:rPr>
                <w:sz w:val="18"/>
              </w:rPr>
              <w:t>3653</w:t>
            </w:r>
          </w:p>
        </w:tc>
        <w:tc>
          <w:tcPr>
            <w:tcW w:w="1156" w:type="dxa"/>
          </w:tcPr>
          <w:p w14:paraId="0A16304F" w14:textId="77777777" w:rsidR="00540B47" w:rsidRDefault="00A32617">
            <w:r>
              <w:rPr>
                <w:sz w:val="18"/>
              </w:rPr>
              <w:t>MACN</w:t>
            </w:r>
          </w:p>
        </w:tc>
        <w:tc>
          <w:tcPr>
            <w:tcW w:w="1126" w:type="dxa"/>
          </w:tcPr>
          <w:p w14:paraId="1047EFEA" w14:textId="77777777" w:rsidR="00540B47" w:rsidRDefault="00A32617">
            <w:r>
              <w:rPr>
                <w:i/>
                <w:sz w:val="18"/>
              </w:rPr>
              <w:t>Z. capensis</w:t>
            </w:r>
          </w:p>
        </w:tc>
        <w:tc>
          <w:tcPr>
            <w:tcW w:w="977" w:type="dxa"/>
          </w:tcPr>
          <w:p w14:paraId="32CB93BD" w14:textId="77777777" w:rsidR="00540B47" w:rsidRDefault="00A32617">
            <w:r>
              <w:rPr>
                <w:sz w:val="18"/>
              </w:rPr>
              <w:t>-48.9000</w:t>
            </w:r>
          </w:p>
        </w:tc>
        <w:tc>
          <w:tcPr>
            <w:tcW w:w="1107" w:type="dxa"/>
          </w:tcPr>
          <w:p w14:paraId="46EF882F" w14:textId="77777777" w:rsidR="00540B47" w:rsidRDefault="00A32617">
            <w:r>
              <w:rPr>
                <w:sz w:val="18"/>
              </w:rPr>
              <w:t>-67.6710</w:t>
            </w:r>
          </w:p>
        </w:tc>
        <w:tc>
          <w:tcPr>
            <w:tcW w:w="1156" w:type="dxa"/>
          </w:tcPr>
          <w:p w14:paraId="6E485AB3" w14:textId="77777777" w:rsidR="00540B47" w:rsidRDefault="00A32617">
            <w:r>
              <w:rPr>
                <w:sz w:val="18"/>
              </w:rPr>
              <w:t>2025-11-09</w:t>
            </w:r>
          </w:p>
        </w:tc>
        <w:tc>
          <w:tcPr>
            <w:tcW w:w="727" w:type="dxa"/>
          </w:tcPr>
          <w:p w14:paraId="68CC66E2" w14:textId="77777777" w:rsidR="00540B47" w:rsidRDefault="00A32617">
            <w:r>
              <w:rPr>
                <w:sz w:val="18"/>
              </w:rPr>
              <w:t>13:39</w:t>
            </w:r>
          </w:p>
        </w:tc>
        <w:tc>
          <w:tcPr>
            <w:tcW w:w="1561" w:type="dxa"/>
          </w:tcPr>
          <w:p w14:paraId="0493CEA3" w14:textId="77777777" w:rsidR="00540B47" w:rsidRDefault="00A32617">
            <w:r>
              <w:rPr>
                <w:sz w:val="18"/>
              </w:rPr>
              <w:t>Pablo L. Tubaro</w:t>
            </w:r>
          </w:p>
        </w:tc>
      </w:tr>
      <w:tr w:rsidR="00540B47" w14:paraId="137F9266" w14:textId="77777777" w:rsidTr="00DD565D">
        <w:tc>
          <w:tcPr>
            <w:tcW w:w="942" w:type="dxa"/>
          </w:tcPr>
          <w:p w14:paraId="62B4DF69" w14:textId="77777777" w:rsidR="00540B47" w:rsidRDefault="00A32617">
            <w:r>
              <w:rPr>
                <w:sz w:val="18"/>
              </w:rPr>
              <w:t>3654</w:t>
            </w:r>
          </w:p>
        </w:tc>
        <w:tc>
          <w:tcPr>
            <w:tcW w:w="1156" w:type="dxa"/>
          </w:tcPr>
          <w:p w14:paraId="4FEBB8D4" w14:textId="77777777" w:rsidR="00540B47" w:rsidRDefault="00A32617">
            <w:r>
              <w:rPr>
                <w:sz w:val="18"/>
              </w:rPr>
              <w:t>MACN</w:t>
            </w:r>
          </w:p>
        </w:tc>
        <w:tc>
          <w:tcPr>
            <w:tcW w:w="1126" w:type="dxa"/>
          </w:tcPr>
          <w:p w14:paraId="211E7642" w14:textId="77777777" w:rsidR="00540B47" w:rsidRDefault="00A32617">
            <w:r>
              <w:rPr>
                <w:i/>
                <w:sz w:val="18"/>
              </w:rPr>
              <w:t>Z. capensis</w:t>
            </w:r>
          </w:p>
        </w:tc>
        <w:tc>
          <w:tcPr>
            <w:tcW w:w="977" w:type="dxa"/>
          </w:tcPr>
          <w:p w14:paraId="28AB8244" w14:textId="77777777" w:rsidR="00540B47" w:rsidRDefault="00A32617">
            <w:r>
              <w:rPr>
                <w:sz w:val="18"/>
              </w:rPr>
              <w:t>-48.9000</w:t>
            </w:r>
          </w:p>
        </w:tc>
        <w:tc>
          <w:tcPr>
            <w:tcW w:w="1107" w:type="dxa"/>
          </w:tcPr>
          <w:p w14:paraId="56B13EB2" w14:textId="77777777" w:rsidR="00540B47" w:rsidRDefault="00A32617">
            <w:r>
              <w:rPr>
                <w:sz w:val="18"/>
              </w:rPr>
              <w:t>-67.6710</w:t>
            </w:r>
          </w:p>
        </w:tc>
        <w:tc>
          <w:tcPr>
            <w:tcW w:w="1156" w:type="dxa"/>
          </w:tcPr>
          <w:p w14:paraId="68BF2441" w14:textId="77777777" w:rsidR="00540B47" w:rsidRDefault="00A32617">
            <w:r>
              <w:rPr>
                <w:sz w:val="18"/>
              </w:rPr>
              <w:t>2025-11-09</w:t>
            </w:r>
          </w:p>
        </w:tc>
        <w:tc>
          <w:tcPr>
            <w:tcW w:w="727" w:type="dxa"/>
          </w:tcPr>
          <w:p w14:paraId="07DEB98B" w14:textId="77777777" w:rsidR="00540B47" w:rsidRDefault="00A32617">
            <w:r>
              <w:rPr>
                <w:sz w:val="18"/>
              </w:rPr>
              <w:t>13:40</w:t>
            </w:r>
          </w:p>
        </w:tc>
        <w:tc>
          <w:tcPr>
            <w:tcW w:w="1561" w:type="dxa"/>
          </w:tcPr>
          <w:p w14:paraId="0680BA81" w14:textId="77777777" w:rsidR="00540B47" w:rsidRDefault="00A32617">
            <w:r>
              <w:rPr>
                <w:sz w:val="18"/>
              </w:rPr>
              <w:t>Pablo L. Tubaro</w:t>
            </w:r>
          </w:p>
        </w:tc>
      </w:tr>
      <w:tr w:rsidR="00540B47" w14:paraId="600AAEC3" w14:textId="77777777" w:rsidTr="00DD565D">
        <w:tc>
          <w:tcPr>
            <w:tcW w:w="942" w:type="dxa"/>
          </w:tcPr>
          <w:p w14:paraId="20201AFD" w14:textId="77777777" w:rsidR="00540B47" w:rsidRDefault="00A32617">
            <w:r>
              <w:rPr>
                <w:sz w:val="18"/>
              </w:rPr>
              <w:t>3655</w:t>
            </w:r>
          </w:p>
        </w:tc>
        <w:tc>
          <w:tcPr>
            <w:tcW w:w="1156" w:type="dxa"/>
          </w:tcPr>
          <w:p w14:paraId="0AB81DC7" w14:textId="77777777" w:rsidR="00540B47" w:rsidRDefault="00A32617">
            <w:r>
              <w:rPr>
                <w:sz w:val="18"/>
              </w:rPr>
              <w:t>MACN</w:t>
            </w:r>
          </w:p>
        </w:tc>
        <w:tc>
          <w:tcPr>
            <w:tcW w:w="1126" w:type="dxa"/>
          </w:tcPr>
          <w:p w14:paraId="545B01CE" w14:textId="77777777" w:rsidR="00540B47" w:rsidRDefault="00A32617">
            <w:r>
              <w:rPr>
                <w:i/>
                <w:sz w:val="18"/>
              </w:rPr>
              <w:t>Z. capensis</w:t>
            </w:r>
          </w:p>
        </w:tc>
        <w:tc>
          <w:tcPr>
            <w:tcW w:w="977" w:type="dxa"/>
          </w:tcPr>
          <w:p w14:paraId="4261239D" w14:textId="77777777" w:rsidR="00540B47" w:rsidRDefault="00A32617">
            <w:r>
              <w:rPr>
                <w:sz w:val="18"/>
              </w:rPr>
              <w:t>-49.2726</w:t>
            </w:r>
          </w:p>
        </w:tc>
        <w:tc>
          <w:tcPr>
            <w:tcW w:w="1107" w:type="dxa"/>
          </w:tcPr>
          <w:p w14:paraId="23A00778" w14:textId="77777777" w:rsidR="00540B47" w:rsidRDefault="00A32617">
            <w:r>
              <w:rPr>
                <w:sz w:val="18"/>
              </w:rPr>
              <w:t>-67.7783</w:t>
            </w:r>
          </w:p>
        </w:tc>
        <w:tc>
          <w:tcPr>
            <w:tcW w:w="1156" w:type="dxa"/>
          </w:tcPr>
          <w:p w14:paraId="4D4B3A5E" w14:textId="77777777" w:rsidR="00540B47" w:rsidRDefault="00A32617">
            <w:r>
              <w:rPr>
                <w:sz w:val="18"/>
              </w:rPr>
              <w:t>2025-11-09</w:t>
            </w:r>
          </w:p>
        </w:tc>
        <w:tc>
          <w:tcPr>
            <w:tcW w:w="727" w:type="dxa"/>
          </w:tcPr>
          <w:p w14:paraId="5A0B15B1" w14:textId="77777777" w:rsidR="00540B47" w:rsidRDefault="00A32617">
            <w:r>
              <w:rPr>
                <w:sz w:val="18"/>
              </w:rPr>
              <w:t>14:15</w:t>
            </w:r>
          </w:p>
        </w:tc>
        <w:tc>
          <w:tcPr>
            <w:tcW w:w="1561" w:type="dxa"/>
          </w:tcPr>
          <w:p w14:paraId="764C1691" w14:textId="77777777" w:rsidR="00540B47" w:rsidRDefault="00A32617">
            <w:r>
              <w:rPr>
                <w:sz w:val="18"/>
              </w:rPr>
              <w:t>Agustin I. Casale</w:t>
            </w:r>
          </w:p>
        </w:tc>
      </w:tr>
      <w:tr w:rsidR="00540B47" w14:paraId="3EEEAEA3" w14:textId="77777777" w:rsidTr="00DD565D">
        <w:tc>
          <w:tcPr>
            <w:tcW w:w="942" w:type="dxa"/>
          </w:tcPr>
          <w:p w14:paraId="14DF52DF" w14:textId="77777777" w:rsidR="00540B47" w:rsidRDefault="00A32617">
            <w:r>
              <w:rPr>
                <w:sz w:val="18"/>
              </w:rPr>
              <w:t>3656</w:t>
            </w:r>
          </w:p>
        </w:tc>
        <w:tc>
          <w:tcPr>
            <w:tcW w:w="1156" w:type="dxa"/>
          </w:tcPr>
          <w:p w14:paraId="567AFB4B" w14:textId="77777777" w:rsidR="00540B47" w:rsidRDefault="00A32617">
            <w:r>
              <w:rPr>
                <w:sz w:val="18"/>
              </w:rPr>
              <w:t>MACN</w:t>
            </w:r>
          </w:p>
        </w:tc>
        <w:tc>
          <w:tcPr>
            <w:tcW w:w="1126" w:type="dxa"/>
          </w:tcPr>
          <w:p w14:paraId="4707549F" w14:textId="77777777" w:rsidR="00540B47" w:rsidRDefault="00A32617">
            <w:r>
              <w:rPr>
                <w:i/>
                <w:sz w:val="18"/>
              </w:rPr>
              <w:t>Z. capensis</w:t>
            </w:r>
          </w:p>
        </w:tc>
        <w:tc>
          <w:tcPr>
            <w:tcW w:w="977" w:type="dxa"/>
          </w:tcPr>
          <w:p w14:paraId="7F463292" w14:textId="77777777" w:rsidR="00540B47" w:rsidRDefault="00A32617">
            <w:r>
              <w:rPr>
                <w:sz w:val="18"/>
              </w:rPr>
              <w:t>-49.3309</w:t>
            </w:r>
          </w:p>
        </w:tc>
        <w:tc>
          <w:tcPr>
            <w:tcW w:w="1107" w:type="dxa"/>
          </w:tcPr>
          <w:p w14:paraId="430F10F0" w14:textId="77777777" w:rsidR="00540B47" w:rsidRDefault="00A32617">
            <w:r>
              <w:rPr>
                <w:sz w:val="18"/>
              </w:rPr>
              <w:t>-67.8049</w:t>
            </w:r>
          </w:p>
        </w:tc>
        <w:tc>
          <w:tcPr>
            <w:tcW w:w="1156" w:type="dxa"/>
          </w:tcPr>
          <w:p w14:paraId="34099171" w14:textId="77777777" w:rsidR="00540B47" w:rsidRDefault="00A32617">
            <w:r>
              <w:rPr>
                <w:sz w:val="18"/>
              </w:rPr>
              <w:t>2025-11-09</w:t>
            </w:r>
          </w:p>
        </w:tc>
        <w:tc>
          <w:tcPr>
            <w:tcW w:w="727" w:type="dxa"/>
          </w:tcPr>
          <w:p w14:paraId="6E1D761D" w14:textId="77777777" w:rsidR="00540B47" w:rsidRDefault="00A32617">
            <w:r>
              <w:rPr>
                <w:sz w:val="18"/>
              </w:rPr>
              <w:t>14:32</w:t>
            </w:r>
          </w:p>
        </w:tc>
        <w:tc>
          <w:tcPr>
            <w:tcW w:w="1561" w:type="dxa"/>
          </w:tcPr>
          <w:p w14:paraId="7B491D1C" w14:textId="77777777" w:rsidR="00540B47" w:rsidRDefault="00A32617">
            <w:r>
              <w:rPr>
                <w:sz w:val="18"/>
              </w:rPr>
              <w:t>Agustin I. Casale</w:t>
            </w:r>
          </w:p>
        </w:tc>
      </w:tr>
      <w:tr w:rsidR="00540B47" w14:paraId="2DDE3270" w14:textId="77777777" w:rsidTr="00DD565D">
        <w:tc>
          <w:tcPr>
            <w:tcW w:w="942" w:type="dxa"/>
          </w:tcPr>
          <w:p w14:paraId="65AE799B" w14:textId="77777777" w:rsidR="00540B47" w:rsidRDefault="00A32617">
            <w:r>
              <w:rPr>
                <w:sz w:val="18"/>
              </w:rPr>
              <w:t>3657</w:t>
            </w:r>
          </w:p>
        </w:tc>
        <w:tc>
          <w:tcPr>
            <w:tcW w:w="1156" w:type="dxa"/>
          </w:tcPr>
          <w:p w14:paraId="717C19B4" w14:textId="77777777" w:rsidR="00540B47" w:rsidRDefault="00A32617">
            <w:r>
              <w:rPr>
                <w:sz w:val="18"/>
              </w:rPr>
              <w:t>MACN</w:t>
            </w:r>
          </w:p>
        </w:tc>
        <w:tc>
          <w:tcPr>
            <w:tcW w:w="1126" w:type="dxa"/>
          </w:tcPr>
          <w:p w14:paraId="40F30BE5" w14:textId="77777777" w:rsidR="00540B47" w:rsidRDefault="00A32617">
            <w:r>
              <w:rPr>
                <w:i/>
                <w:sz w:val="18"/>
              </w:rPr>
              <w:t>Z. capensis</w:t>
            </w:r>
          </w:p>
        </w:tc>
        <w:tc>
          <w:tcPr>
            <w:tcW w:w="977" w:type="dxa"/>
          </w:tcPr>
          <w:p w14:paraId="471C339F" w14:textId="77777777" w:rsidR="00540B47" w:rsidRDefault="00A32617">
            <w:r>
              <w:rPr>
                <w:sz w:val="18"/>
              </w:rPr>
              <w:t>-49.2756</w:t>
            </w:r>
          </w:p>
        </w:tc>
        <w:tc>
          <w:tcPr>
            <w:tcW w:w="1107" w:type="dxa"/>
          </w:tcPr>
          <w:p w14:paraId="1FF53607" w14:textId="77777777" w:rsidR="00540B47" w:rsidRDefault="00A32617">
            <w:r>
              <w:rPr>
                <w:sz w:val="18"/>
              </w:rPr>
              <w:t>-67.7767</w:t>
            </w:r>
          </w:p>
        </w:tc>
        <w:tc>
          <w:tcPr>
            <w:tcW w:w="1156" w:type="dxa"/>
          </w:tcPr>
          <w:p w14:paraId="1D26672A" w14:textId="77777777" w:rsidR="00540B47" w:rsidRDefault="00A32617">
            <w:r>
              <w:rPr>
                <w:sz w:val="18"/>
              </w:rPr>
              <w:t>2025-11-09</w:t>
            </w:r>
          </w:p>
        </w:tc>
        <w:tc>
          <w:tcPr>
            <w:tcW w:w="727" w:type="dxa"/>
          </w:tcPr>
          <w:p w14:paraId="655067B5" w14:textId="77777777" w:rsidR="00540B47" w:rsidRDefault="00A32617">
            <w:r>
              <w:rPr>
                <w:sz w:val="18"/>
              </w:rPr>
              <w:t>14:09</w:t>
            </w:r>
          </w:p>
        </w:tc>
        <w:tc>
          <w:tcPr>
            <w:tcW w:w="1561" w:type="dxa"/>
          </w:tcPr>
          <w:p w14:paraId="58A78676" w14:textId="77777777" w:rsidR="00540B47" w:rsidRDefault="00A32617">
            <w:r>
              <w:rPr>
                <w:sz w:val="18"/>
              </w:rPr>
              <w:t>Pablo L. Tubaro</w:t>
            </w:r>
          </w:p>
        </w:tc>
      </w:tr>
      <w:tr w:rsidR="00540B47" w14:paraId="36B3DBD4" w14:textId="77777777" w:rsidTr="00DD565D">
        <w:tc>
          <w:tcPr>
            <w:tcW w:w="942" w:type="dxa"/>
          </w:tcPr>
          <w:p w14:paraId="4041B6CC" w14:textId="77777777" w:rsidR="00540B47" w:rsidRDefault="00A32617">
            <w:r>
              <w:rPr>
                <w:sz w:val="18"/>
              </w:rPr>
              <w:t>3658</w:t>
            </w:r>
          </w:p>
        </w:tc>
        <w:tc>
          <w:tcPr>
            <w:tcW w:w="1156" w:type="dxa"/>
          </w:tcPr>
          <w:p w14:paraId="340E8E38" w14:textId="77777777" w:rsidR="00540B47" w:rsidRDefault="00A32617">
            <w:r>
              <w:rPr>
                <w:sz w:val="18"/>
              </w:rPr>
              <w:t>MACN</w:t>
            </w:r>
          </w:p>
        </w:tc>
        <w:tc>
          <w:tcPr>
            <w:tcW w:w="1126" w:type="dxa"/>
          </w:tcPr>
          <w:p w14:paraId="2D72D994" w14:textId="77777777" w:rsidR="00540B47" w:rsidRDefault="00A32617">
            <w:r>
              <w:rPr>
                <w:i/>
                <w:sz w:val="18"/>
              </w:rPr>
              <w:t>Z. capensis</w:t>
            </w:r>
          </w:p>
        </w:tc>
        <w:tc>
          <w:tcPr>
            <w:tcW w:w="977" w:type="dxa"/>
          </w:tcPr>
          <w:p w14:paraId="2A11D770" w14:textId="77777777" w:rsidR="00540B47" w:rsidRDefault="00A32617">
            <w:r>
              <w:rPr>
                <w:sz w:val="18"/>
              </w:rPr>
              <w:t>-49.2756</w:t>
            </w:r>
          </w:p>
        </w:tc>
        <w:tc>
          <w:tcPr>
            <w:tcW w:w="1107" w:type="dxa"/>
          </w:tcPr>
          <w:p w14:paraId="0982A0E8" w14:textId="77777777" w:rsidR="00540B47" w:rsidRDefault="00A32617">
            <w:r>
              <w:rPr>
                <w:sz w:val="18"/>
              </w:rPr>
              <w:t>-67.7767</w:t>
            </w:r>
          </w:p>
        </w:tc>
        <w:tc>
          <w:tcPr>
            <w:tcW w:w="1156" w:type="dxa"/>
          </w:tcPr>
          <w:p w14:paraId="7363A71D" w14:textId="77777777" w:rsidR="00540B47" w:rsidRDefault="00A32617">
            <w:r>
              <w:rPr>
                <w:sz w:val="18"/>
              </w:rPr>
              <w:t>2025-11-09</w:t>
            </w:r>
          </w:p>
        </w:tc>
        <w:tc>
          <w:tcPr>
            <w:tcW w:w="727" w:type="dxa"/>
          </w:tcPr>
          <w:p w14:paraId="510F04A3" w14:textId="77777777" w:rsidR="00540B47" w:rsidRDefault="00A32617">
            <w:r>
              <w:rPr>
                <w:sz w:val="18"/>
              </w:rPr>
              <w:t>14:12</w:t>
            </w:r>
          </w:p>
        </w:tc>
        <w:tc>
          <w:tcPr>
            <w:tcW w:w="1561" w:type="dxa"/>
          </w:tcPr>
          <w:p w14:paraId="4831B9DB" w14:textId="77777777" w:rsidR="00540B47" w:rsidRDefault="00A32617">
            <w:r>
              <w:rPr>
                <w:sz w:val="18"/>
              </w:rPr>
              <w:t>Pablo L. Tubaro</w:t>
            </w:r>
          </w:p>
        </w:tc>
      </w:tr>
      <w:tr w:rsidR="00540B47" w14:paraId="4CB1BDA1" w14:textId="77777777" w:rsidTr="00DD565D">
        <w:tc>
          <w:tcPr>
            <w:tcW w:w="942" w:type="dxa"/>
          </w:tcPr>
          <w:p w14:paraId="2D05229E" w14:textId="77777777" w:rsidR="00540B47" w:rsidRDefault="00A32617">
            <w:r>
              <w:rPr>
                <w:sz w:val="18"/>
              </w:rPr>
              <w:t>3659</w:t>
            </w:r>
          </w:p>
        </w:tc>
        <w:tc>
          <w:tcPr>
            <w:tcW w:w="1156" w:type="dxa"/>
          </w:tcPr>
          <w:p w14:paraId="390DCFA1" w14:textId="77777777" w:rsidR="00540B47" w:rsidRDefault="00A32617">
            <w:r>
              <w:rPr>
                <w:sz w:val="18"/>
              </w:rPr>
              <w:t>MACN</w:t>
            </w:r>
          </w:p>
        </w:tc>
        <w:tc>
          <w:tcPr>
            <w:tcW w:w="1126" w:type="dxa"/>
          </w:tcPr>
          <w:p w14:paraId="61E33139" w14:textId="77777777" w:rsidR="00540B47" w:rsidRDefault="00A32617">
            <w:r>
              <w:rPr>
                <w:i/>
                <w:sz w:val="18"/>
              </w:rPr>
              <w:t>Z. capensis</w:t>
            </w:r>
          </w:p>
        </w:tc>
        <w:tc>
          <w:tcPr>
            <w:tcW w:w="977" w:type="dxa"/>
          </w:tcPr>
          <w:p w14:paraId="63E43A76" w14:textId="77777777" w:rsidR="00540B47" w:rsidRDefault="00A32617">
            <w:r>
              <w:rPr>
                <w:sz w:val="18"/>
              </w:rPr>
              <w:t>-49.2756</w:t>
            </w:r>
          </w:p>
        </w:tc>
        <w:tc>
          <w:tcPr>
            <w:tcW w:w="1107" w:type="dxa"/>
          </w:tcPr>
          <w:p w14:paraId="45A3AA24" w14:textId="77777777" w:rsidR="00540B47" w:rsidRDefault="00A32617">
            <w:r>
              <w:rPr>
                <w:sz w:val="18"/>
              </w:rPr>
              <w:t>-67.7767</w:t>
            </w:r>
          </w:p>
        </w:tc>
        <w:tc>
          <w:tcPr>
            <w:tcW w:w="1156" w:type="dxa"/>
          </w:tcPr>
          <w:p w14:paraId="32C308C9" w14:textId="77777777" w:rsidR="00540B47" w:rsidRDefault="00A32617">
            <w:r>
              <w:rPr>
                <w:sz w:val="18"/>
              </w:rPr>
              <w:t>2025-11-09</w:t>
            </w:r>
          </w:p>
        </w:tc>
        <w:tc>
          <w:tcPr>
            <w:tcW w:w="727" w:type="dxa"/>
          </w:tcPr>
          <w:p w14:paraId="7F34DB76" w14:textId="77777777" w:rsidR="00540B47" w:rsidRDefault="00A32617">
            <w:r>
              <w:rPr>
                <w:sz w:val="18"/>
              </w:rPr>
              <w:t>14:18</w:t>
            </w:r>
          </w:p>
        </w:tc>
        <w:tc>
          <w:tcPr>
            <w:tcW w:w="1561" w:type="dxa"/>
          </w:tcPr>
          <w:p w14:paraId="29D432E8" w14:textId="77777777" w:rsidR="00540B47" w:rsidRDefault="00A32617">
            <w:r>
              <w:rPr>
                <w:sz w:val="18"/>
              </w:rPr>
              <w:t>Pablo L. Tubaro</w:t>
            </w:r>
          </w:p>
        </w:tc>
      </w:tr>
      <w:tr w:rsidR="00540B47" w14:paraId="2B20A155" w14:textId="77777777" w:rsidTr="00DD565D">
        <w:tc>
          <w:tcPr>
            <w:tcW w:w="942" w:type="dxa"/>
          </w:tcPr>
          <w:p w14:paraId="59C4B10A" w14:textId="77777777" w:rsidR="00540B47" w:rsidRDefault="00A32617">
            <w:r>
              <w:rPr>
                <w:sz w:val="18"/>
              </w:rPr>
              <w:t>3660</w:t>
            </w:r>
          </w:p>
        </w:tc>
        <w:tc>
          <w:tcPr>
            <w:tcW w:w="1156" w:type="dxa"/>
          </w:tcPr>
          <w:p w14:paraId="69C8A785" w14:textId="77777777" w:rsidR="00540B47" w:rsidRDefault="00A32617">
            <w:r>
              <w:rPr>
                <w:sz w:val="18"/>
              </w:rPr>
              <w:t>MACN</w:t>
            </w:r>
          </w:p>
        </w:tc>
        <w:tc>
          <w:tcPr>
            <w:tcW w:w="1126" w:type="dxa"/>
          </w:tcPr>
          <w:p w14:paraId="51CF7FD1" w14:textId="77777777" w:rsidR="00540B47" w:rsidRDefault="00A32617">
            <w:r>
              <w:rPr>
                <w:i/>
                <w:sz w:val="18"/>
              </w:rPr>
              <w:t>Z. capensis</w:t>
            </w:r>
          </w:p>
        </w:tc>
        <w:tc>
          <w:tcPr>
            <w:tcW w:w="977" w:type="dxa"/>
          </w:tcPr>
          <w:p w14:paraId="20676159" w14:textId="77777777" w:rsidR="00540B47" w:rsidRDefault="00A32617">
            <w:r>
              <w:rPr>
                <w:sz w:val="18"/>
              </w:rPr>
              <w:t>-49.3309</w:t>
            </w:r>
          </w:p>
        </w:tc>
        <w:tc>
          <w:tcPr>
            <w:tcW w:w="1107" w:type="dxa"/>
          </w:tcPr>
          <w:p w14:paraId="390E66CE" w14:textId="77777777" w:rsidR="00540B47" w:rsidRDefault="00A32617">
            <w:r>
              <w:rPr>
                <w:sz w:val="18"/>
              </w:rPr>
              <w:t>-67.8057</w:t>
            </w:r>
          </w:p>
        </w:tc>
        <w:tc>
          <w:tcPr>
            <w:tcW w:w="1156" w:type="dxa"/>
          </w:tcPr>
          <w:p w14:paraId="788AADA5" w14:textId="77777777" w:rsidR="00540B47" w:rsidRDefault="00A32617">
            <w:r>
              <w:rPr>
                <w:sz w:val="18"/>
              </w:rPr>
              <w:t>2025-11-09</w:t>
            </w:r>
          </w:p>
        </w:tc>
        <w:tc>
          <w:tcPr>
            <w:tcW w:w="727" w:type="dxa"/>
          </w:tcPr>
          <w:p w14:paraId="7B3497B6" w14:textId="77777777" w:rsidR="00540B47" w:rsidRDefault="00A32617">
            <w:r>
              <w:rPr>
                <w:sz w:val="18"/>
              </w:rPr>
              <w:t>14:33</w:t>
            </w:r>
          </w:p>
        </w:tc>
        <w:tc>
          <w:tcPr>
            <w:tcW w:w="1561" w:type="dxa"/>
          </w:tcPr>
          <w:p w14:paraId="2BAD1C3A" w14:textId="77777777" w:rsidR="00540B47" w:rsidRDefault="00A32617">
            <w:r>
              <w:rPr>
                <w:sz w:val="18"/>
              </w:rPr>
              <w:t>Pablo L. Tubaro</w:t>
            </w:r>
          </w:p>
        </w:tc>
      </w:tr>
      <w:tr w:rsidR="00540B47" w14:paraId="3E2EF387" w14:textId="77777777" w:rsidTr="00DD565D">
        <w:tc>
          <w:tcPr>
            <w:tcW w:w="942" w:type="dxa"/>
          </w:tcPr>
          <w:p w14:paraId="1DD9FF91" w14:textId="77777777" w:rsidR="00540B47" w:rsidRDefault="00A32617">
            <w:r>
              <w:rPr>
                <w:sz w:val="18"/>
              </w:rPr>
              <w:t>3661</w:t>
            </w:r>
          </w:p>
        </w:tc>
        <w:tc>
          <w:tcPr>
            <w:tcW w:w="1156" w:type="dxa"/>
          </w:tcPr>
          <w:p w14:paraId="4F2E0E4E" w14:textId="77777777" w:rsidR="00540B47" w:rsidRDefault="00A32617">
            <w:r>
              <w:rPr>
                <w:sz w:val="18"/>
              </w:rPr>
              <w:t>MACN</w:t>
            </w:r>
          </w:p>
        </w:tc>
        <w:tc>
          <w:tcPr>
            <w:tcW w:w="1126" w:type="dxa"/>
          </w:tcPr>
          <w:p w14:paraId="34E79BC1" w14:textId="77777777" w:rsidR="00540B47" w:rsidRDefault="00A32617">
            <w:r>
              <w:rPr>
                <w:i/>
                <w:sz w:val="18"/>
              </w:rPr>
              <w:t>Z. capensis</w:t>
            </w:r>
          </w:p>
        </w:tc>
        <w:tc>
          <w:tcPr>
            <w:tcW w:w="977" w:type="dxa"/>
          </w:tcPr>
          <w:p w14:paraId="344F17A7" w14:textId="77777777" w:rsidR="00540B47" w:rsidRDefault="00A32617">
            <w:r>
              <w:rPr>
                <w:sz w:val="18"/>
              </w:rPr>
              <w:t>-49.3309</w:t>
            </w:r>
          </w:p>
        </w:tc>
        <w:tc>
          <w:tcPr>
            <w:tcW w:w="1107" w:type="dxa"/>
          </w:tcPr>
          <w:p w14:paraId="594B21A8" w14:textId="77777777" w:rsidR="00540B47" w:rsidRDefault="00A32617">
            <w:r>
              <w:rPr>
                <w:sz w:val="18"/>
              </w:rPr>
              <w:t>-67.8057</w:t>
            </w:r>
          </w:p>
        </w:tc>
        <w:tc>
          <w:tcPr>
            <w:tcW w:w="1156" w:type="dxa"/>
          </w:tcPr>
          <w:p w14:paraId="32570884" w14:textId="77777777" w:rsidR="00540B47" w:rsidRDefault="00A32617">
            <w:r>
              <w:rPr>
                <w:sz w:val="18"/>
              </w:rPr>
              <w:t>2025-11-09</w:t>
            </w:r>
          </w:p>
        </w:tc>
        <w:tc>
          <w:tcPr>
            <w:tcW w:w="727" w:type="dxa"/>
          </w:tcPr>
          <w:p w14:paraId="4FEE8BAA" w14:textId="77777777" w:rsidR="00540B47" w:rsidRDefault="00A32617">
            <w:r>
              <w:rPr>
                <w:sz w:val="18"/>
              </w:rPr>
              <w:t>14:35</w:t>
            </w:r>
          </w:p>
        </w:tc>
        <w:tc>
          <w:tcPr>
            <w:tcW w:w="1561" w:type="dxa"/>
          </w:tcPr>
          <w:p w14:paraId="0D70DF30" w14:textId="77777777" w:rsidR="00540B47" w:rsidRDefault="00A32617">
            <w:r>
              <w:rPr>
                <w:sz w:val="18"/>
              </w:rPr>
              <w:t>Pablo L. Tubaro</w:t>
            </w:r>
          </w:p>
        </w:tc>
      </w:tr>
      <w:tr w:rsidR="00540B47" w14:paraId="1B5B4FA0" w14:textId="77777777" w:rsidTr="00DD565D">
        <w:tc>
          <w:tcPr>
            <w:tcW w:w="942" w:type="dxa"/>
          </w:tcPr>
          <w:p w14:paraId="2A4159A3" w14:textId="77777777" w:rsidR="00540B47" w:rsidRDefault="00A32617">
            <w:r>
              <w:rPr>
                <w:sz w:val="18"/>
              </w:rPr>
              <w:t>3662</w:t>
            </w:r>
          </w:p>
        </w:tc>
        <w:tc>
          <w:tcPr>
            <w:tcW w:w="1156" w:type="dxa"/>
          </w:tcPr>
          <w:p w14:paraId="281882A8" w14:textId="77777777" w:rsidR="00540B47" w:rsidRDefault="00A32617">
            <w:r>
              <w:rPr>
                <w:sz w:val="18"/>
              </w:rPr>
              <w:t>MACN</w:t>
            </w:r>
          </w:p>
        </w:tc>
        <w:tc>
          <w:tcPr>
            <w:tcW w:w="1126" w:type="dxa"/>
          </w:tcPr>
          <w:p w14:paraId="4F592299" w14:textId="77777777" w:rsidR="00540B47" w:rsidRDefault="00A32617">
            <w:r>
              <w:rPr>
                <w:i/>
                <w:sz w:val="18"/>
              </w:rPr>
              <w:t>Z. capensis</w:t>
            </w:r>
          </w:p>
        </w:tc>
        <w:tc>
          <w:tcPr>
            <w:tcW w:w="977" w:type="dxa"/>
          </w:tcPr>
          <w:p w14:paraId="299130EF" w14:textId="77777777" w:rsidR="00540B47" w:rsidRDefault="00A32617">
            <w:r>
              <w:rPr>
                <w:sz w:val="18"/>
              </w:rPr>
              <w:t>-49.3309</w:t>
            </w:r>
          </w:p>
        </w:tc>
        <w:tc>
          <w:tcPr>
            <w:tcW w:w="1107" w:type="dxa"/>
          </w:tcPr>
          <w:p w14:paraId="420F0323" w14:textId="77777777" w:rsidR="00540B47" w:rsidRDefault="00A32617">
            <w:r>
              <w:rPr>
                <w:sz w:val="18"/>
              </w:rPr>
              <w:t>-67.8057</w:t>
            </w:r>
          </w:p>
        </w:tc>
        <w:tc>
          <w:tcPr>
            <w:tcW w:w="1156" w:type="dxa"/>
          </w:tcPr>
          <w:p w14:paraId="54F82609" w14:textId="77777777" w:rsidR="00540B47" w:rsidRDefault="00A32617">
            <w:r>
              <w:rPr>
                <w:sz w:val="18"/>
              </w:rPr>
              <w:t>2025-11-09</w:t>
            </w:r>
          </w:p>
        </w:tc>
        <w:tc>
          <w:tcPr>
            <w:tcW w:w="727" w:type="dxa"/>
          </w:tcPr>
          <w:p w14:paraId="4ED81CAE" w14:textId="77777777" w:rsidR="00540B47" w:rsidRDefault="00A32617">
            <w:r>
              <w:rPr>
                <w:sz w:val="18"/>
              </w:rPr>
              <w:t>14:35</w:t>
            </w:r>
          </w:p>
        </w:tc>
        <w:tc>
          <w:tcPr>
            <w:tcW w:w="1561" w:type="dxa"/>
          </w:tcPr>
          <w:p w14:paraId="53D13140" w14:textId="77777777" w:rsidR="00540B47" w:rsidRDefault="00A32617">
            <w:r>
              <w:rPr>
                <w:sz w:val="18"/>
              </w:rPr>
              <w:t>Pablo L. Tubaro</w:t>
            </w:r>
          </w:p>
        </w:tc>
      </w:tr>
      <w:tr w:rsidR="00540B47" w14:paraId="5F500C85" w14:textId="77777777" w:rsidTr="00DD565D">
        <w:tc>
          <w:tcPr>
            <w:tcW w:w="942" w:type="dxa"/>
          </w:tcPr>
          <w:p w14:paraId="190A6BC5" w14:textId="77777777" w:rsidR="00540B47" w:rsidRDefault="00A32617">
            <w:r>
              <w:rPr>
                <w:sz w:val="18"/>
              </w:rPr>
              <w:t>3663</w:t>
            </w:r>
          </w:p>
        </w:tc>
        <w:tc>
          <w:tcPr>
            <w:tcW w:w="1156" w:type="dxa"/>
          </w:tcPr>
          <w:p w14:paraId="3FD51259" w14:textId="77777777" w:rsidR="00540B47" w:rsidRDefault="00A32617">
            <w:r>
              <w:rPr>
                <w:sz w:val="18"/>
              </w:rPr>
              <w:t>MACN</w:t>
            </w:r>
          </w:p>
        </w:tc>
        <w:tc>
          <w:tcPr>
            <w:tcW w:w="1126" w:type="dxa"/>
          </w:tcPr>
          <w:p w14:paraId="6C2DB97F" w14:textId="77777777" w:rsidR="00540B47" w:rsidRDefault="00A32617">
            <w:r>
              <w:rPr>
                <w:i/>
                <w:sz w:val="18"/>
              </w:rPr>
              <w:t>Z. capensis</w:t>
            </w:r>
          </w:p>
        </w:tc>
        <w:tc>
          <w:tcPr>
            <w:tcW w:w="977" w:type="dxa"/>
          </w:tcPr>
          <w:p w14:paraId="31321CD2" w14:textId="77777777" w:rsidR="00540B47" w:rsidRDefault="00A32617">
            <w:r>
              <w:rPr>
                <w:sz w:val="18"/>
              </w:rPr>
              <w:t>-49.3286</w:t>
            </w:r>
          </w:p>
        </w:tc>
        <w:tc>
          <w:tcPr>
            <w:tcW w:w="1107" w:type="dxa"/>
          </w:tcPr>
          <w:p w14:paraId="6A887C7A" w14:textId="77777777" w:rsidR="00540B47" w:rsidRDefault="00A32617">
            <w:r>
              <w:rPr>
                <w:sz w:val="18"/>
              </w:rPr>
              <w:t>-67.8048</w:t>
            </w:r>
          </w:p>
        </w:tc>
        <w:tc>
          <w:tcPr>
            <w:tcW w:w="1156" w:type="dxa"/>
          </w:tcPr>
          <w:p w14:paraId="111C4C82" w14:textId="77777777" w:rsidR="00540B47" w:rsidRDefault="00A32617">
            <w:r>
              <w:rPr>
                <w:sz w:val="18"/>
              </w:rPr>
              <w:t>2025-11-09</w:t>
            </w:r>
          </w:p>
        </w:tc>
        <w:tc>
          <w:tcPr>
            <w:tcW w:w="727" w:type="dxa"/>
          </w:tcPr>
          <w:p w14:paraId="05AFD831" w14:textId="77777777" w:rsidR="00540B47" w:rsidRDefault="00A32617">
            <w:r>
              <w:rPr>
                <w:sz w:val="18"/>
              </w:rPr>
              <w:t>14:38</w:t>
            </w:r>
          </w:p>
        </w:tc>
        <w:tc>
          <w:tcPr>
            <w:tcW w:w="1561" w:type="dxa"/>
          </w:tcPr>
          <w:p w14:paraId="460595C9" w14:textId="77777777" w:rsidR="00540B47" w:rsidRDefault="00A32617">
            <w:r>
              <w:rPr>
                <w:sz w:val="18"/>
              </w:rPr>
              <w:t>Pablo L. Tubaro</w:t>
            </w:r>
          </w:p>
        </w:tc>
      </w:tr>
      <w:tr w:rsidR="00540B47" w14:paraId="56356879" w14:textId="77777777" w:rsidTr="00DD565D">
        <w:tc>
          <w:tcPr>
            <w:tcW w:w="942" w:type="dxa"/>
          </w:tcPr>
          <w:p w14:paraId="1CFD359E" w14:textId="77777777" w:rsidR="00540B47" w:rsidRDefault="00A32617">
            <w:r>
              <w:rPr>
                <w:sz w:val="18"/>
              </w:rPr>
              <w:t>3664</w:t>
            </w:r>
          </w:p>
        </w:tc>
        <w:tc>
          <w:tcPr>
            <w:tcW w:w="1156" w:type="dxa"/>
          </w:tcPr>
          <w:p w14:paraId="38FEA612" w14:textId="77777777" w:rsidR="00540B47" w:rsidRDefault="00A32617">
            <w:r>
              <w:rPr>
                <w:sz w:val="18"/>
              </w:rPr>
              <w:t>MACN</w:t>
            </w:r>
          </w:p>
        </w:tc>
        <w:tc>
          <w:tcPr>
            <w:tcW w:w="1126" w:type="dxa"/>
          </w:tcPr>
          <w:p w14:paraId="1C35D8CF" w14:textId="77777777" w:rsidR="00540B47" w:rsidRDefault="00A32617">
            <w:r>
              <w:rPr>
                <w:i/>
                <w:sz w:val="18"/>
              </w:rPr>
              <w:t>Z. capensis</w:t>
            </w:r>
          </w:p>
        </w:tc>
        <w:tc>
          <w:tcPr>
            <w:tcW w:w="977" w:type="dxa"/>
          </w:tcPr>
          <w:p w14:paraId="58CB2FA0" w14:textId="77777777" w:rsidR="00540B47" w:rsidRDefault="00A32617">
            <w:r>
              <w:rPr>
                <w:sz w:val="18"/>
              </w:rPr>
              <w:t>-49.3286</w:t>
            </w:r>
          </w:p>
        </w:tc>
        <w:tc>
          <w:tcPr>
            <w:tcW w:w="1107" w:type="dxa"/>
          </w:tcPr>
          <w:p w14:paraId="05EEF055" w14:textId="77777777" w:rsidR="00540B47" w:rsidRDefault="00A32617">
            <w:r>
              <w:rPr>
                <w:sz w:val="18"/>
              </w:rPr>
              <w:t>-67.8048</w:t>
            </w:r>
          </w:p>
        </w:tc>
        <w:tc>
          <w:tcPr>
            <w:tcW w:w="1156" w:type="dxa"/>
          </w:tcPr>
          <w:p w14:paraId="3A86B33D" w14:textId="77777777" w:rsidR="00540B47" w:rsidRDefault="00A32617">
            <w:r>
              <w:rPr>
                <w:sz w:val="18"/>
              </w:rPr>
              <w:t>2025-11-09</w:t>
            </w:r>
          </w:p>
        </w:tc>
        <w:tc>
          <w:tcPr>
            <w:tcW w:w="727" w:type="dxa"/>
          </w:tcPr>
          <w:p w14:paraId="5C96F424" w14:textId="77777777" w:rsidR="00540B47" w:rsidRDefault="00A32617">
            <w:r>
              <w:rPr>
                <w:sz w:val="18"/>
              </w:rPr>
              <w:t>14:39</w:t>
            </w:r>
          </w:p>
        </w:tc>
        <w:tc>
          <w:tcPr>
            <w:tcW w:w="1561" w:type="dxa"/>
          </w:tcPr>
          <w:p w14:paraId="2620DFC6" w14:textId="77777777" w:rsidR="00540B47" w:rsidRDefault="00A32617">
            <w:r>
              <w:rPr>
                <w:sz w:val="18"/>
              </w:rPr>
              <w:t>Pablo L. Tubaro</w:t>
            </w:r>
          </w:p>
        </w:tc>
      </w:tr>
      <w:tr w:rsidR="00540B47" w14:paraId="01A0D3F8" w14:textId="77777777" w:rsidTr="00DD565D">
        <w:tc>
          <w:tcPr>
            <w:tcW w:w="942" w:type="dxa"/>
          </w:tcPr>
          <w:p w14:paraId="59F5D6FA" w14:textId="77777777" w:rsidR="00540B47" w:rsidRDefault="00A32617">
            <w:r>
              <w:rPr>
                <w:sz w:val="18"/>
              </w:rPr>
              <w:t>3665</w:t>
            </w:r>
          </w:p>
        </w:tc>
        <w:tc>
          <w:tcPr>
            <w:tcW w:w="1156" w:type="dxa"/>
          </w:tcPr>
          <w:p w14:paraId="474519AC" w14:textId="77777777" w:rsidR="00540B47" w:rsidRDefault="00A32617">
            <w:r>
              <w:rPr>
                <w:sz w:val="18"/>
              </w:rPr>
              <w:t>MACN</w:t>
            </w:r>
          </w:p>
        </w:tc>
        <w:tc>
          <w:tcPr>
            <w:tcW w:w="1126" w:type="dxa"/>
          </w:tcPr>
          <w:p w14:paraId="40F6C80E" w14:textId="77777777" w:rsidR="00540B47" w:rsidRDefault="00A32617">
            <w:r>
              <w:rPr>
                <w:i/>
                <w:sz w:val="18"/>
              </w:rPr>
              <w:t>Z. capensis</w:t>
            </w:r>
          </w:p>
        </w:tc>
        <w:tc>
          <w:tcPr>
            <w:tcW w:w="977" w:type="dxa"/>
          </w:tcPr>
          <w:p w14:paraId="5665A27E" w14:textId="77777777" w:rsidR="00540B47" w:rsidRDefault="00A32617">
            <w:r>
              <w:rPr>
                <w:sz w:val="18"/>
              </w:rPr>
              <w:t>-49.7711</w:t>
            </w:r>
          </w:p>
        </w:tc>
        <w:tc>
          <w:tcPr>
            <w:tcW w:w="1107" w:type="dxa"/>
          </w:tcPr>
          <w:p w14:paraId="14179AB6" w14:textId="77777777" w:rsidR="00540B47" w:rsidRDefault="00A32617">
            <w:r>
              <w:rPr>
                <w:sz w:val="18"/>
              </w:rPr>
              <w:t>-68.5861</w:t>
            </w:r>
          </w:p>
        </w:tc>
        <w:tc>
          <w:tcPr>
            <w:tcW w:w="1156" w:type="dxa"/>
          </w:tcPr>
          <w:p w14:paraId="6896F0E9" w14:textId="77777777" w:rsidR="00540B47" w:rsidRDefault="00A32617">
            <w:r>
              <w:rPr>
                <w:sz w:val="18"/>
              </w:rPr>
              <w:t>2025-11-09</w:t>
            </w:r>
          </w:p>
        </w:tc>
        <w:tc>
          <w:tcPr>
            <w:tcW w:w="727" w:type="dxa"/>
          </w:tcPr>
          <w:p w14:paraId="01A50EB6" w14:textId="77777777" w:rsidR="00540B47" w:rsidRDefault="00A32617">
            <w:r>
              <w:rPr>
                <w:sz w:val="18"/>
              </w:rPr>
              <w:t>15:26</w:t>
            </w:r>
          </w:p>
        </w:tc>
        <w:tc>
          <w:tcPr>
            <w:tcW w:w="1561" w:type="dxa"/>
          </w:tcPr>
          <w:p w14:paraId="34321D75" w14:textId="77777777" w:rsidR="00540B47" w:rsidRDefault="00A32617">
            <w:r>
              <w:rPr>
                <w:sz w:val="18"/>
              </w:rPr>
              <w:t>Agustin I. Casale</w:t>
            </w:r>
          </w:p>
        </w:tc>
      </w:tr>
      <w:tr w:rsidR="00540B47" w14:paraId="70F94BFD" w14:textId="77777777" w:rsidTr="00DD565D">
        <w:tc>
          <w:tcPr>
            <w:tcW w:w="942" w:type="dxa"/>
          </w:tcPr>
          <w:p w14:paraId="11F0947F" w14:textId="77777777" w:rsidR="00540B47" w:rsidRDefault="00A32617">
            <w:r>
              <w:rPr>
                <w:sz w:val="18"/>
              </w:rPr>
              <w:t>3666</w:t>
            </w:r>
          </w:p>
        </w:tc>
        <w:tc>
          <w:tcPr>
            <w:tcW w:w="1156" w:type="dxa"/>
          </w:tcPr>
          <w:p w14:paraId="557D7B3B" w14:textId="77777777" w:rsidR="00540B47" w:rsidRDefault="00A32617">
            <w:r>
              <w:rPr>
                <w:sz w:val="18"/>
              </w:rPr>
              <w:t>MACN</w:t>
            </w:r>
          </w:p>
        </w:tc>
        <w:tc>
          <w:tcPr>
            <w:tcW w:w="1126" w:type="dxa"/>
          </w:tcPr>
          <w:p w14:paraId="49ED5EC6" w14:textId="77777777" w:rsidR="00540B47" w:rsidRDefault="00A32617">
            <w:r>
              <w:rPr>
                <w:i/>
                <w:sz w:val="18"/>
              </w:rPr>
              <w:t>Z. capensis</w:t>
            </w:r>
          </w:p>
        </w:tc>
        <w:tc>
          <w:tcPr>
            <w:tcW w:w="977" w:type="dxa"/>
          </w:tcPr>
          <w:p w14:paraId="3259B1B0" w14:textId="77777777" w:rsidR="00540B47" w:rsidRDefault="00A32617">
            <w:r>
              <w:rPr>
                <w:sz w:val="18"/>
              </w:rPr>
              <w:t>-49.7710</w:t>
            </w:r>
          </w:p>
        </w:tc>
        <w:tc>
          <w:tcPr>
            <w:tcW w:w="1107" w:type="dxa"/>
          </w:tcPr>
          <w:p w14:paraId="36028C06" w14:textId="77777777" w:rsidR="00540B47" w:rsidRDefault="00A32617">
            <w:r>
              <w:rPr>
                <w:sz w:val="18"/>
              </w:rPr>
              <w:t>-68.5860</w:t>
            </w:r>
          </w:p>
        </w:tc>
        <w:tc>
          <w:tcPr>
            <w:tcW w:w="1156" w:type="dxa"/>
          </w:tcPr>
          <w:p w14:paraId="1AC288EA" w14:textId="77777777" w:rsidR="00540B47" w:rsidRDefault="00A32617">
            <w:r>
              <w:rPr>
                <w:sz w:val="18"/>
              </w:rPr>
              <w:t>2025-11-09</w:t>
            </w:r>
          </w:p>
        </w:tc>
        <w:tc>
          <w:tcPr>
            <w:tcW w:w="727" w:type="dxa"/>
          </w:tcPr>
          <w:p w14:paraId="340B3E78" w14:textId="77777777" w:rsidR="00540B47" w:rsidRDefault="00A32617">
            <w:r>
              <w:rPr>
                <w:sz w:val="18"/>
              </w:rPr>
              <w:t>15:30</w:t>
            </w:r>
          </w:p>
        </w:tc>
        <w:tc>
          <w:tcPr>
            <w:tcW w:w="1561" w:type="dxa"/>
          </w:tcPr>
          <w:p w14:paraId="2E6843AF" w14:textId="77777777" w:rsidR="00540B47" w:rsidRDefault="00A32617">
            <w:r>
              <w:rPr>
                <w:sz w:val="18"/>
              </w:rPr>
              <w:t>Pablo L. Tubaro</w:t>
            </w:r>
          </w:p>
        </w:tc>
      </w:tr>
      <w:tr w:rsidR="00540B47" w14:paraId="0C8DF16C" w14:textId="77777777" w:rsidTr="00DD565D">
        <w:tc>
          <w:tcPr>
            <w:tcW w:w="942" w:type="dxa"/>
          </w:tcPr>
          <w:p w14:paraId="26E52AB0" w14:textId="77777777" w:rsidR="00540B47" w:rsidRDefault="00A32617">
            <w:r>
              <w:rPr>
                <w:sz w:val="18"/>
              </w:rPr>
              <w:t>3667</w:t>
            </w:r>
          </w:p>
        </w:tc>
        <w:tc>
          <w:tcPr>
            <w:tcW w:w="1156" w:type="dxa"/>
          </w:tcPr>
          <w:p w14:paraId="40A36C7E" w14:textId="77777777" w:rsidR="00540B47" w:rsidRDefault="00A32617">
            <w:r>
              <w:rPr>
                <w:sz w:val="18"/>
              </w:rPr>
              <w:t>MACN</w:t>
            </w:r>
          </w:p>
        </w:tc>
        <w:tc>
          <w:tcPr>
            <w:tcW w:w="1126" w:type="dxa"/>
          </w:tcPr>
          <w:p w14:paraId="5885ED59" w14:textId="77777777" w:rsidR="00540B47" w:rsidRDefault="00A32617">
            <w:r>
              <w:rPr>
                <w:i/>
                <w:sz w:val="18"/>
              </w:rPr>
              <w:t>Z. capensis</w:t>
            </w:r>
          </w:p>
        </w:tc>
        <w:tc>
          <w:tcPr>
            <w:tcW w:w="977" w:type="dxa"/>
          </w:tcPr>
          <w:p w14:paraId="24EF456D" w14:textId="77777777" w:rsidR="00540B47" w:rsidRDefault="00A32617">
            <w:r>
              <w:rPr>
                <w:sz w:val="18"/>
              </w:rPr>
              <w:t>-49.7710</w:t>
            </w:r>
          </w:p>
        </w:tc>
        <w:tc>
          <w:tcPr>
            <w:tcW w:w="1107" w:type="dxa"/>
          </w:tcPr>
          <w:p w14:paraId="0A473520" w14:textId="77777777" w:rsidR="00540B47" w:rsidRDefault="00A32617">
            <w:r>
              <w:rPr>
                <w:sz w:val="18"/>
              </w:rPr>
              <w:t>-68.5860</w:t>
            </w:r>
          </w:p>
        </w:tc>
        <w:tc>
          <w:tcPr>
            <w:tcW w:w="1156" w:type="dxa"/>
          </w:tcPr>
          <w:p w14:paraId="68CDCDE3" w14:textId="77777777" w:rsidR="00540B47" w:rsidRDefault="00A32617">
            <w:r>
              <w:rPr>
                <w:sz w:val="18"/>
              </w:rPr>
              <w:t>2025-11-09</w:t>
            </w:r>
          </w:p>
        </w:tc>
        <w:tc>
          <w:tcPr>
            <w:tcW w:w="727" w:type="dxa"/>
          </w:tcPr>
          <w:p w14:paraId="3A605F52" w14:textId="77777777" w:rsidR="00540B47" w:rsidRDefault="00A32617">
            <w:r>
              <w:rPr>
                <w:sz w:val="18"/>
              </w:rPr>
              <w:t>15:33</w:t>
            </w:r>
          </w:p>
        </w:tc>
        <w:tc>
          <w:tcPr>
            <w:tcW w:w="1561" w:type="dxa"/>
          </w:tcPr>
          <w:p w14:paraId="1E35AF2C" w14:textId="77777777" w:rsidR="00540B47" w:rsidRDefault="00A32617">
            <w:r>
              <w:rPr>
                <w:sz w:val="18"/>
              </w:rPr>
              <w:t>Pablo L. Tubaro</w:t>
            </w:r>
          </w:p>
        </w:tc>
      </w:tr>
      <w:tr w:rsidR="00540B47" w14:paraId="29451893" w14:textId="77777777" w:rsidTr="00DD565D">
        <w:tc>
          <w:tcPr>
            <w:tcW w:w="942" w:type="dxa"/>
          </w:tcPr>
          <w:p w14:paraId="3C7365D2" w14:textId="77777777" w:rsidR="00540B47" w:rsidRDefault="00A32617">
            <w:r>
              <w:rPr>
                <w:sz w:val="18"/>
              </w:rPr>
              <w:t>3668</w:t>
            </w:r>
          </w:p>
        </w:tc>
        <w:tc>
          <w:tcPr>
            <w:tcW w:w="1156" w:type="dxa"/>
          </w:tcPr>
          <w:p w14:paraId="3215FBDC" w14:textId="77777777" w:rsidR="00540B47" w:rsidRDefault="00A32617">
            <w:r>
              <w:rPr>
                <w:sz w:val="18"/>
              </w:rPr>
              <w:t>MACN</w:t>
            </w:r>
          </w:p>
        </w:tc>
        <w:tc>
          <w:tcPr>
            <w:tcW w:w="1126" w:type="dxa"/>
          </w:tcPr>
          <w:p w14:paraId="106C0735" w14:textId="77777777" w:rsidR="00540B47" w:rsidRDefault="00A32617">
            <w:r>
              <w:rPr>
                <w:i/>
                <w:sz w:val="18"/>
              </w:rPr>
              <w:t>Z. capensis</w:t>
            </w:r>
          </w:p>
        </w:tc>
        <w:tc>
          <w:tcPr>
            <w:tcW w:w="977" w:type="dxa"/>
          </w:tcPr>
          <w:p w14:paraId="1B5D3F64" w14:textId="77777777" w:rsidR="00540B47" w:rsidRDefault="00A32617">
            <w:r>
              <w:rPr>
                <w:sz w:val="18"/>
              </w:rPr>
              <w:t>-49.9743</w:t>
            </w:r>
          </w:p>
        </w:tc>
        <w:tc>
          <w:tcPr>
            <w:tcW w:w="1107" w:type="dxa"/>
          </w:tcPr>
          <w:p w14:paraId="6355AF93" w14:textId="77777777" w:rsidR="00540B47" w:rsidRDefault="00A32617">
            <w:r>
              <w:rPr>
                <w:sz w:val="18"/>
              </w:rPr>
              <w:t>-68.9222</w:t>
            </w:r>
          </w:p>
        </w:tc>
        <w:tc>
          <w:tcPr>
            <w:tcW w:w="1156" w:type="dxa"/>
          </w:tcPr>
          <w:p w14:paraId="693D88D8" w14:textId="77777777" w:rsidR="00540B47" w:rsidRDefault="00A32617">
            <w:r>
              <w:rPr>
                <w:sz w:val="18"/>
              </w:rPr>
              <w:t>2025-11-09</w:t>
            </w:r>
          </w:p>
        </w:tc>
        <w:tc>
          <w:tcPr>
            <w:tcW w:w="727" w:type="dxa"/>
          </w:tcPr>
          <w:p w14:paraId="78B7BCA1" w14:textId="77777777" w:rsidR="00540B47" w:rsidRDefault="00A32617">
            <w:r>
              <w:rPr>
                <w:sz w:val="18"/>
              </w:rPr>
              <w:t>19:44</w:t>
            </w:r>
          </w:p>
        </w:tc>
        <w:tc>
          <w:tcPr>
            <w:tcW w:w="1561" w:type="dxa"/>
          </w:tcPr>
          <w:p w14:paraId="3BCC577D" w14:textId="77777777" w:rsidR="00540B47" w:rsidRDefault="00A32617">
            <w:r>
              <w:rPr>
                <w:sz w:val="18"/>
              </w:rPr>
              <w:t>Pablo L. Tubaro</w:t>
            </w:r>
          </w:p>
        </w:tc>
      </w:tr>
      <w:tr w:rsidR="00540B47" w14:paraId="28FC7DB3" w14:textId="77777777" w:rsidTr="00DD565D">
        <w:tc>
          <w:tcPr>
            <w:tcW w:w="942" w:type="dxa"/>
          </w:tcPr>
          <w:p w14:paraId="5ACC81CA" w14:textId="77777777" w:rsidR="00540B47" w:rsidRDefault="00A32617">
            <w:r>
              <w:rPr>
                <w:sz w:val="18"/>
              </w:rPr>
              <w:t>3669</w:t>
            </w:r>
          </w:p>
        </w:tc>
        <w:tc>
          <w:tcPr>
            <w:tcW w:w="1156" w:type="dxa"/>
          </w:tcPr>
          <w:p w14:paraId="729BF9AC" w14:textId="77777777" w:rsidR="00540B47" w:rsidRDefault="00A32617">
            <w:r>
              <w:rPr>
                <w:sz w:val="18"/>
              </w:rPr>
              <w:t>MACN</w:t>
            </w:r>
          </w:p>
        </w:tc>
        <w:tc>
          <w:tcPr>
            <w:tcW w:w="1126" w:type="dxa"/>
          </w:tcPr>
          <w:p w14:paraId="64C62CC6" w14:textId="77777777" w:rsidR="00540B47" w:rsidRDefault="00A32617">
            <w:r>
              <w:rPr>
                <w:i/>
                <w:sz w:val="18"/>
              </w:rPr>
              <w:t>Z. capensis</w:t>
            </w:r>
          </w:p>
        </w:tc>
        <w:tc>
          <w:tcPr>
            <w:tcW w:w="977" w:type="dxa"/>
          </w:tcPr>
          <w:p w14:paraId="21B09A59" w14:textId="77777777" w:rsidR="00540B47" w:rsidRDefault="00A32617">
            <w:r>
              <w:rPr>
                <w:sz w:val="18"/>
              </w:rPr>
              <w:t>-49.9743</w:t>
            </w:r>
          </w:p>
        </w:tc>
        <w:tc>
          <w:tcPr>
            <w:tcW w:w="1107" w:type="dxa"/>
          </w:tcPr>
          <w:p w14:paraId="0F1E09D3" w14:textId="77777777" w:rsidR="00540B47" w:rsidRDefault="00A32617">
            <w:r>
              <w:rPr>
                <w:sz w:val="18"/>
              </w:rPr>
              <w:t>-68.9222</w:t>
            </w:r>
          </w:p>
        </w:tc>
        <w:tc>
          <w:tcPr>
            <w:tcW w:w="1156" w:type="dxa"/>
          </w:tcPr>
          <w:p w14:paraId="0E6B8DB1" w14:textId="77777777" w:rsidR="00540B47" w:rsidRDefault="00A32617">
            <w:r>
              <w:rPr>
                <w:sz w:val="18"/>
              </w:rPr>
              <w:t>2025-11-09</w:t>
            </w:r>
          </w:p>
        </w:tc>
        <w:tc>
          <w:tcPr>
            <w:tcW w:w="727" w:type="dxa"/>
          </w:tcPr>
          <w:p w14:paraId="4F276EF4" w14:textId="77777777" w:rsidR="00540B47" w:rsidRDefault="00A32617">
            <w:r>
              <w:rPr>
                <w:sz w:val="18"/>
              </w:rPr>
              <w:t>19:46</w:t>
            </w:r>
          </w:p>
        </w:tc>
        <w:tc>
          <w:tcPr>
            <w:tcW w:w="1561" w:type="dxa"/>
          </w:tcPr>
          <w:p w14:paraId="36D87490" w14:textId="77777777" w:rsidR="00540B47" w:rsidRDefault="00A32617">
            <w:r>
              <w:rPr>
                <w:sz w:val="18"/>
              </w:rPr>
              <w:t>Pablo L. Tubaro</w:t>
            </w:r>
          </w:p>
        </w:tc>
      </w:tr>
      <w:tr w:rsidR="00540B47" w14:paraId="7EC0CC14" w14:textId="77777777" w:rsidTr="00DD565D">
        <w:tc>
          <w:tcPr>
            <w:tcW w:w="942" w:type="dxa"/>
          </w:tcPr>
          <w:p w14:paraId="796EF725" w14:textId="77777777" w:rsidR="00540B47" w:rsidRDefault="00A32617">
            <w:r>
              <w:rPr>
                <w:sz w:val="18"/>
              </w:rPr>
              <w:t>3670</w:t>
            </w:r>
          </w:p>
        </w:tc>
        <w:tc>
          <w:tcPr>
            <w:tcW w:w="1156" w:type="dxa"/>
          </w:tcPr>
          <w:p w14:paraId="310C2C58" w14:textId="77777777" w:rsidR="00540B47" w:rsidRDefault="00A32617">
            <w:r>
              <w:rPr>
                <w:sz w:val="18"/>
              </w:rPr>
              <w:t>MACN</w:t>
            </w:r>
          </w:p>
        </w:tc>
        <w:tc>
          <w:tcPr>
            <w:tcW w:w="1126" w:type="dxa"/>
          </w:tcPr>
          <w:p w14:paraId="3B0E0702" w14:textId="77777777" w:rsidR="00540B47" w:rsidRDefault="00A32617">
            <w:r>
              <w:rPr>
                <w:i/>
                <w:sz w:val="18"/>
              </w:rPr>
              <w:t>Z. capensis</w:t>
            </w:r>
          </w:p>
        </w:tc>
        <w:tc>
          <w:tcPr>
            <w:tcW w:w="977" w:type="dxa"/>
          </w:tcPr>
          <w:p w14:paraId="242FA5CE" w14:textId="77777777" w:rsidR="00540B47" w:rsidRDefault="00A32617">
            <w:r>
              <w:rPr>
                <w:sz w:val="18"/>
              </w:rPr>
              <w:t>-49.9743</w:t>
            </w:r>
          </w:p>
        </w:tc>
        <w:tc>
          <w:tcPr>
            <w:tcW w:w="1107" w:type="dxa"/>
          </w:tcPr>
          <w:p w14:paraId="52F88DA7" w14:textId="77777777" w:rsidR="00540B47" w:rsidRDefault="00A32617">
            <w:r>
              <w:rPr>
                <w:sz w:val="18"/>
              </w:rPr>
              <w:t>-68.9222</w:t>
            </w:r>
          </w:p>
        </w:tc>
        <w:tc>
          <w:tcPr>
            <w:tcW w:w="1156" w:type="dxa"/>
          </w:tcPr>
          <w:p w14:paraId="245F13E4" w14:textId="77777777" w:rsidR="00540B47" w:rsidRDefault="00A32617">
            <w:r>
              <w:rPr>
                <w:sz w:val="18"/>
              </w:rPr>
              <w:t>2025-11-09</w:t>
            </w:r>
          </w:p>
        </w:tc>
        <w:tc>
          <w:tcPr>
            <w:tcW w:w="727" w:type="dxa"/>
          </w:tcPr>
          <w:p w14:paraId="6E8ACB98" w14:textId="77777777" w:rsidR="00540B47" w:rsidRDefault="00A32617">
            <w:r>
              <w:rPr>
                <w:sz w:val="18"/>
              </w:rPr>
              <w:t>19:49</w:t>
            </w:r>
          </w:p>
        </w:tc>
        <w:tc>
          <w:tcPr>
            <w:tcW w:w="1561" w:type="dxa"/>
          </w:tcPr>
          <w:p w14:paraId="5DB18825" w14:textId="77777777" w:rsidR="00540B47" w:rsidRDefault="00A32617">
            <w:r>
              <w:rPr>
                <w:sz w:val="18"/>
              </w:rPr>
              <w:t>Pablo L. Tubaro</w:t>
            </w:r>
          </w:p>
        </w:tc>
      </w:tr>
      <w:tr w:rsidR="00540B47" w14:paraId="349FE313" w14:textId="77777777" w:rsidTr="00DD565D">
        <w:tc>
          <w:tcPr>
            <w:tcW w:w="942" w:type="dxa"/>
          </w:tcPr>
          <w:p w14:paraId="456216E6" w14:textId="77777777" w:rsidR="00540B47" w:rsidRDefault="00A32617">
            <w:r>
              <w:rPr>
                <w:sz w:val="18"/>
              </w:rPr>
              <w:t>3671</w:t>
            </w:r>
          </w:p>
        </w:tc>
        <w:tc>
          <w:tcPr>
            <w:tcW w:w="1156" w:type="dxa"/>
          </w:tcPr>
          <w:p w14:paraId="5F15444E" w14:textId="77777777" w:rsidR="00540B47" w:rsidRDefault="00A32617">
            <w:r>
              <w:rPr>
                <w:sz w:val="18"/>
              </w:rPr>
              <w:t>MACN</w:t>
            </w:r>
          </w:p>
        </w:tc>
        <w:tc>
          <w:tcPr>
            <w:tcW w:w="1126" w:type="dxa"/>
          </w:tcPr>
          <w:p w14:paraId="4DEA3A81" w14:textId="77777777" w:rsidR="00540B47" w:rsidRDefault="00A32617">
            <w:r>
              <w:rPr>
                <w:i/>
                <w:sz w:val="18"/>
              </w:rPr>
              <w:t>Z. capensis</w:t>
            </w:r>
          </w:p>
        </w:tc>
        <w:tc>
          <w:tcPr>
            <w:tcW w:w="977" w:type="dxa"/>
          </w:tcPr>
          <w:p w14:paraId="2DD33C5C" w14:textId="77777777" w:rsidR="00540B47" w:rsidRDefault="00A32617">
            <w:r>
              <w:rPr>
                <w:sz w:val="18"/>
              </w:rPr>
              <w:t>-49.9743</w:t>
            </w:r>
          </w:p>
        </w:tc>
        <w:tc>
          <w:tcPr>
            <w:tcW w:w="1107" w:type="dxa"/>
          </w:tcPr>
          <w:p w14:paraId="1BBF5291" w14:textId="77777777" w:rsidR="00540B47" w:rsidRDefault="00A32617">
            <w:r>
              <w:rPr>
                <w:sz w:val="18"/>
              </w:rPr>
              <w:t>-68.9222</w:t>
            </w:r>
          </w:p>
        </w:tc>
        <w:tc>
          <w:tcPr>
            <w:tcW w:w="1156" w:type="dxa"/>
          </w:tcPr>
          <w:p w14:paraId="15CF408C" w14:textId="77777777" w:rsidR="00540B47" w:rsidRDefault="00A32617">
            <w:r>
              <w:rPr>
                <w:sz w:val="18"/>
              </w:rPr>
              <w:t>2025-11-09</w:t>
            </w:r>
          </w:p>
        </w:tc>
        <w:tc>
          <w:tcPr>
            <w:tcW w:w="727" w:type="dxa"/>
          </w:tcPr>
          <w:p w14:paraId="4AEBF35B" w14:textId="77777777" w:rsidR="00540B47" w:rsidRDefault="00A32617">
            <w:r>
              <w:rPr>
                <w:sz w:val="18"/>
              </w:rPr>
              <w:t>19:52</w:t>
            </w:r>
          </w:p>
        </w:tc>
        <w:tc>
          <w:tcPr>
            <w:tcW w:w="1561" w:type="dxa"/>
          </w:tcPr>
          <w:p w14:paraId="58E3C23F" w14:textId="77777777" w:rsidR="00540B47" w:rsidRDefault="00A32617">
            <w:r>
              <w:rPr>
                <w:sz w:val="18"/>
              </w:rPr>
              <w:t>Pablo L. Tubaro</w:t>
            </w:r>
          </w:p>
        </w:tc>
      </w:tr>
      <w:tr w:rsidR="00540B47" w14:paraId="1FB81354" w14:textId="77777777" w:rsidTr="00DD565D">
        <w:tc>
          <w:tcPr>
            <w:tcW w:w="942" w:type="dxa"/>
          </w:tcPr>
          <w:p w14:paraId="74D710DD" w14:textId="77777777" w:rsidR="00540B47" w:rsidRDefault="00A32617">
            <w:r>
              <w:rPr>
                <w:sz w:val="18"/>
              </w:rPr>
              <w:t>3672</w:t>
            </w:r>
          </w:p>
        </w:tc>
        <w:tc>
          <w:tcPr>
            <w:tcW w:w="1156" w:type="dxa"/>
          </w:tcPr>
          <w:p w14:paraId="79AEDAA1" w14:textId="77777777" w:rsidR="00540B47" w:rsidRDefault="00A32617">
            <w:r>
              <w:rPr>
                <w:sz w:val="18"/>
              </w:rPr>
              <w:t>MACN</w:t>
            </w:r>
          </w:p>
        </w:tc>
        <w:tc>
          <w:tcPr>
            <w:tcW w:w="1126" w:type="dxa"/>
          </w:tcPr>
          <w:p w14:paraId="44064581" w14:textId="77777777" w:rsidR="00540B47" w:rsidRDefault="00A32617">
            <w:r>
              <w:rPr>
                <w:i/>
                <w:sz w:val="18"/>
              </w:rPr>
              <w:t>Z. capensis</w:t>
            </w:r>
          </w:p>
        </w:tc>
        <w:tc>
          <w:tcPr>
            <w:tcW w:w="977" w:type="dxa"/>
          </w:tcPr>
          <w:p w14:paraId="3FA538CF" w14:textId="77777777" w:rsidR="00540B47" w:rsidRDefault="00A32617">
            <w:r>
              <w:rPr>
                <w:sz w:val="18"/>
              </w:rPr>
              <w:t>-49.9905</w:t>
            </w:r>
          </w:p>
        </w:tc>
        <w:tc>
          <w:tcPr>
            <w:tcW w:w="1107" w:type="dxa"/>
          </w:tcPr>
          <w:p w14:paraId="408139F6" w14:textId="77777777" w:rsidR="00540B47" w:rsidRDefault="00A32617">
            <w:r>
              <w:rPr>
                <w:sz w:val="18"/>
              </w:rPr>
              <w:t>-68.9319</w:t>
            </w:r>
          </w:p>
        </w:tc>
        <w:tc>
          <w:tcPr>
            <w:tcW w:w="1156" w:type="dxa"/>
          </w:tcPr>
          <w:p w14:paraId="38996743" w14:textId="77777777" w:rsidR="00540B47" w:rsidRDefault="00A32617">
            <w:r>
              <w:rPr>
                <w:sz w:val="18"/>
              </w:rPr>
              <w:t>2025-11-10</w:t>
            </w:r>
          </w:p>
        </w:tc>
        <w:tc>
          <w:tcPr>
            <w:tcW w:w="727" w:type="dxa"/>
          </w:tcPr>
          <w:p w14:paraId="701B4775" w14:textId="77777777" w:rsidR="00540B47" w:rsidRDefault="00A32617">
            <w:r>
              <w:rPr>
                <w:sz w:val="18"/>
              </w:rPr>
              <w:t>06:48</w:t>
            </w:r>
          </w:p>
        </w:tc>
        <w:tc>
          <w:tcPr>
            <w:tcW w:w="1561" w:type="dxa"/>
          </w:tcPr>
          <w:p w14:paraId="619156B4" w14:textId="77777777" w:rsidR="00540B47" w:rsidRDefault="00A32617">
            <w:r>
              <w:rPr>
                <w:sz w:val="18"/>
              </w:rPr>
              <w:t>Agustin I. Casale</w:t>
            </w:r>
          </w:p>
        </w:tc>
      </w:tr>
      <w:tr w:rsidR="00540B47" w14:paraId="05AEB7BC" w14:textId="77777777" w:rsidTr="00DD565D">
        <w:tc>
          <w:tcPr>
            <w:tcW w:w="942" w:type="dxa"/>
          </w:tcPr>
          <w:p w14:paraId="73CA527B" w14:textId="77777777" w:rsidR="00540B47" w:rsidRDefault="00A32617">
            <w:r>
              <w:rPr>
                <w:sz w:val="18"/>
              </w:rPr>
              <w:t>3673</w:t>
            </w:r>
          </w:p>
        </w:tc>
        <w:tc>
          <w:tcPr>
            <w:tcW w:w="1156" w:type="dxa"/>
          </w:tcPr>
          <w:p w14:paraId="33CB3823" w14:textId="77777777" w:rsidR="00540B47" w:rsidRDefault="00A32617">
            <w:r>
              <w:rPr>
                <w:sz w:val="18"/>
              </w:rPr>
              <w:t>MACN</w:t>
            </w:r>
          </w:p>
        </w:tc>
        <w:tc>
          <w:tcPr>
            <w:tcW w:w="1126" w:type="dxa"/>
          </w:tcPr>
          <w:p w14:paraId="16356F82" w14:textId="77777777" w:rsidR="00540B47" w:rsidRDefault="00A32617">
            <w:r>
              <w:rPr>
                <w:i/>
                <w:sz w:val="18"/>
              </w:rPr>
              <w:t>Z. capensis</w:t>
            </w:r>
          </w:p>
        </w:tc>
        <w:tc>
          <w:tcPr>
            <w:tcW w:w="977" w:type="dxa"/>
          </w:tcPr>
          <w:p w14:paraId="1B038B12" w14:textId="77777777" w:rsidR="00540B47" w:rsidRDefault="00A32617">
            <w:r>
              <w:rPr>
                <w:sz w:val="18"/>
              </w:rPr>
              <w:t>-49.9869</w:t>
            </w:r>
          </w:p>
        </w:tc>
        <w:tc>
          <w:tcPr>
            <w:tcW w:w="1107" w:type="dxa"/>
          </w:tcPr>
          <w:p w14:paraId="71FAF7E5" w14:textId="77777777" w:rsidR="00540B47" w:rsidRDefault="00A32617">
            <w:r>
              <w:rPr>
                <w:sz w:val="18"/>
              </w:rPr>
              <w:t>-68.9334</w:t>
            </w:r>
          </w:p>
        </w:tc>
        <w:tc>
          <w:tcPr>
            <w:tcW w:w="1156" w:type="dxa"/>
          </w:tcPr>
          <w:p w14:paraId="4404FB89" w14:textId="77777777" w:rsidR="00540B47" w:rsidRDefault="00A32617">
            <w:r>
              <w:rPr>
                <w:sz w:val="18"/>
              </w:rPr>
              <w:t>2025-11-10</w:t>
            </w:r>
          </w:p>
        </w:tc>
        <w:tc>
          <w:tcPr>
            <w:tcW w:w="727" w:type="dxa"/>
          </w:tcPr>
          <w:p w14:paraId="0E328D9D" w14:textId="77777777" w:rsidR="00540B47" w:rsidRDefault="00A32617">
            <w:r>
              <w:rPr>
                <w:sz w:val="18"/>
              </w:rPr>
              <w:t>06:41</w:t>
            </w:r>
          </w:p>
        </w:tc>
        <w:tc>
          <w:tcPr>
            <w:tcW w:w="1561" w:type="dxa"/>
          </w:tcPr>
          <w:p w14:paraId="446F8784" w14:textId="77777777" w:rsidR="00540B47" w:rsidRDefault="00A32617">
            <w:r>
              <w:rPr>
                <w:sz w:val="18"/>
              </w:rPr>
              <w:t>Pablo L. Tubaro</w:t>
            </w:r>
          </w:p>
        </w:tc>
      </w:tr>
      <w:tr w:rsidR="00540B47" w14:paraId="5654D948" w14:textId="77777777" w:rsidTr="00DD565D">
        <w:tc>
          <w:tcPr>
            <w:tcW w:w="942" w:type="dxa"/>
          </w:tcPr>
          <w:p w14:paraId="1ACB668A" w14:textId="77777777" w:rsidR="00540B47" w:rsidRDefault="00A32617">
            <w:r>
              <w:rPr>
                <w:sz w:val="18"/>
              </w:rPr>
              <w:t>3674</w:t>
            </w:r>
          </w:p>
        </w:tc>
        <w:tc>
          <w:tcPr>
            <w:tcW w:w="1156" w:type="dxa"/>
          </w:tcPr>
          <w:p w14:paraId="08297B4D" w14:textId="77777777" w:rsidR="00540B47" w:rsidRDefault="00A32617">
            <w:r>
              <w:rPr>
                <w:sz w:val="18"/>
              </w:rPr>
              <w:t>MACN</w:t>
            </w:r>
          </w:p>
        </w:tc>
        <w:tc>
          <w:tcPr>
            <w:tcW w:w="1126" w:type="dxa"/>
          </w:tcPr>
          <w:p w14:paraId="3A6BF12B" w14:textId="77777777" w:rsidR="00540B47" w:rsidRDefault="00A32617">
            <w:r>
              <w:rPr>
                <w:i/>
                <w:sz w:val="18"/>
              </w:rPr>
              <w:t>Z. capensis</w:t>
            </w:r>
          </w:p>
        </w:tc>
        <w:tc>
          <w:tcPr>
            <w:tcW w:w="977" w:type="dxa"/>
          </w:tcPr>
          <w:p w14:paraId="5A0FE14D" w14:textId="77777777" w:rsidR="00540B47" w:rsidRDefault="00A32617">
            <w:r>
              <w:rPr>
                <w:sz w:val="18"/>
              </w:rPr>
              <w:t>-49.9902</w:t>
            </w:r>
          </w:p>
        </w:tc>
        <w:tc>
          <w:tcPr>
            <w:tcW w:w="1107" w:type="dxa"/>
          </w:tcPr>
          <w:p w14:paraId="2E432948" w14:textId="77777777" w:rsidR="00540B47" w:rsidRDefault="00A32617">
            <w:r>
              <w:rPr>
                <w:sz w:val="18"/>
              </w:rPr>
              <w:t>-68.9327</w:t>
            </w:r>
          </w:p>
        </w:tc>
        <w:tc>
          <w:tcPr>
            <w:tcW w:w="1156" w:type="dxa"/>
          </w:tcPr>
          <w:p w14:paraId="61936E9E" w14:textId="77777777" w:rsidR="00540B47" w:rsidRDefault="00A32617">
            <w:r>
              <w:rPr>
                <w:sz w:val="18"/>
              </w:rPr>
              <w:t>2025-11-10</w:t>
            </w:r>
          </w:p>
        </w:tc>
        <w:tc>
          <w:tcPr>
            <w:tcW w:w="727" w:type="dxa"/>
          </w:tcPr>
          <w:p w14:paraId="70079DD4" w14:textId="77777777" w:rsidR="00540B47" w:rsidRDefault="00A32617">
            <w:r>
              <w:rPr>
                <w:sz w:val="18"/>
              </w:rPr>
              <w:t>06:46</w:t>
            </w:r>
          </w:p>
        </w:tc>
        <w:tc>
          <w:tcPr>
            <w:tcW w:w="1561" w:type="dxa"/>
          </w:tcPr>
          <w:p w14:paraId="6F3EC693" w14:textId="77777777" w:rsidR="00540B47" w:rsidRDefault="00A32617">
            <w:r>
              <w:rPr>
                <w:sz w:val="18"/>
              </w:rPr>
              <w:t>Pablo L. Tubaro</w:t>
            </w:r>
          </w:p>
        </w:tc>
      </w:tr>
      <w:tr w:rsidR="00540B47" w14:paraId="3228439A" w14:textId="77777777" w:rsidTr="00DD565D">
        <w:tc>
          <w:tcPr>
            <w:tcW w:w="942" w:type="dxa"/>
          </w:tcPr>
          <w:p w14:paraId="10207DF2" w14:textId="77777777" w:rsidR="00540B47" w:rsidRDefault="00A32617">
            <w:r>
              <w:rPr>
                <w:sz w:val="18"/>
              </w:rPr>
              <w:t>3675</w:t>
            </w:r>
          </w:p>
        </w:tc>
        <w:tc>
          <w:tcPr>
            <w:tcW w:w="1156" w:type="dxa"/>
          </w:tcPr>
          <w:p w14:paraId="498C57C6" w14:textId="77777777" w:rsidR="00540B47" w:rsidRDefault="00A32617">
            <w:r>
              <w:rPr>
                <w:sz w:val="18"/>
              </w:rPr>
              <w:t>MACN</w:t>
            </w:r>
          </w:p>
        </w:tc>
        <w:tc>
          <w:tcPr>
            <w:tcW w:w="1126" w:type="dxa"/>
          </w:tcPr>
          <w:p w14:paraId="28101CE0" w14:textId="77777777" w:rsidR="00540B47" w:rsidRDefault="00A32617">
            <w:r>
              <w:rPr>
                <w:i/>
                <w:sz w:val="18"/>
              </w:rPr>
              <w:t>Z. capensis</w:t>
            </w:r>
          </w:p>
        </w:tc>
        <w:tc>
          <w:tcPr>
            <w:tcW w:w="977" w:type="dxa"/>
          </w:tcPr>
          <w:p w14:paraId="0D307DF7" w14:textId="77777777" w:rsidR="00540B47" w:rsidRDefault="00A32617">
            <w:r>
              <w:rPr>
                <w:sz w:val="18"/>
              </w:rPr>
              <w:t>-49.9910</w:t>
            </w:r>
          </w:p>
        </w:tc>
        <w:tc>
          <w:tcPr>
            <w:tcW w:w="1107" w:type="dxa"/>
          </w:tcPr>
          <w:p w14:paraId="185D363D" w14:textId="77777777" w:rsidR="00540B47" w:rsidRDefault="00A32617">
            <w:r>
              <w:rPr>
                <w:sz w:val="18"/>
              </w:rPr>
              <w:t>-68.9307</w:t>
            </w:r>
          </w:p>
        </w:tc>
        <w:tc>
          <w:tcPr>
            <w:tcW w:w="1156" w:type="dxa"/>
          </w:tcPr>
          <w:p w14:paraId="4AF67CE7" w14:textId="77777777" w:rsidR="00540B47" w:rsidRDefault="00A32617">
            <w:r>
              <w:rPr>
                <w:sz w:val="18"/>
              </w:rPr>
              <w:t>2025-11-10</w:t>
            </w:r>
          </w:p>
        </w:tc>
        <w:tc>
          <w:tcPr>
            <w:tcW w:w="727" w:type="dxa"/>
          </w:tcPr>
          <w:p w14:paraId="6D229357" w14:textId="77777777" w:rsidR="00540B47" w:rsidRDefault="00A32617">
            <w:r>
              <w:rPr>
                <w:sz w:val="18"/>
              </w:rPr>
              <w:t>06:49</w:t>
            </w:r>
          </w:p>
        </w:tc>
        <w:tc>
          <w:tcPr>
            <w:tcW w:w="1561" w:type="dxa"/>
          </w:tcPr>
          <w:p w14:paraId="627B603F" w14:textId="77777777" w:rsidR="00540B47" w:rsidRDefault="00A32617">
            <w:r>
              <w:rPr>
                <w:sz w:val="18"/>
              </w:rPr>
              <w:t>Pablo L. Tubaro</w:t>
            </w:r>
          </w:p>
        </w:tc>
      </w:tr>
      <w:tr w:rsidR="00540B47" w14:paraId="4683D9A1" w14:textId="77777777" w:rsidTr="00DD565D">
        <w:tc>
          <w:tcPr>
            <w:tcW w:w="942" w:type="dxa"/>
          </w:tcPr>
          <w:p w14:paraId="4DB6484E" w14:textId="77777777" w:rsidR="00540B47" w:rsidRDefault="00A32617">
            <w:r>
              <w:rPr>
                <w:sz w:val="18"/>
              </w:rPr>
              <w:t>3676</w:t>
            </w:r>
          </w:p>
        </w:tc>
        <w:tc>
          <w:tcPr>
            <w:tcW w:w="1156" w:type="dxa"/>
          </w:tcPr>
          <w:p w14:paraId="6500BE9C" w14:textId="77777777" w:rsidR="00540B47" w:rsidRDefault="00A32617">
            <w:r>
              <w:rPr>
                <w:sz w:val="18"/>
              </w:rPr>
              <w:t>MACN</w:t>
            </w:r>
          </w:p>
        </w:tc>
        <w:tc>
          <w:tcPr>
            <w:tcW w:w="1126" w:type="dxa"/>
          </w:tcPr>
          <w:p w14:paraId="689D648D" w14:textId="77777777" w:rsidR="00540B47" w:rsidRDefault="00A32617">
            <w:r>
              <w:rPr>
                <w:i/>
                <w:sz w:val="18"/>
              </w:rPr>
              <w:t>Z. capensis</w:t>
            </w:r>
          </w:p>
        </w:tc>
        <w:tc>
          <w:tcPr>
            <w:tcW w:w="977" w:type="dxa"/>
          </w:tcPr>
          <w:p w14:paraId="7927550E" w14:textId="77777777" w:rsidR="00540B47" w:rsidRDefault="00A32617">
            <w:r>
              <w:rPr>
                <w:sz w:val="18"/>
              </w:rPr>
              <w:t>-50.0544</w:t>
            </w:r>
          </w:p>
        </w:tc>
        <w:tc>
          <w:tcPr>
            <w:tcW w:w="1107" w:type="dxa"/>
          </w:tcPr>
          <w:p w14:paraId="74F6E023" w14:textId="77777777" w:rsidR="00540B47" w:rsidRDefault="00A32617">
            <w:r>
              <w:rPr>
                <w:sz w:val="18"/>
              </w:rPr>
              <w:t>-68.8931</w:t>
            </w:r>
          </w:p>
        </w:tc>
        <w:tc>
          <w:tcPr>
            <w:tcW w:w="1156" w:type="dxa"/>
          </w:tcPr>
          <w:p w14:paraId="3E0187D7" w14:textId="77777777" w:rsidR="00540B47" w:rsidRDefault="00A32617">
            <w:r>
              <w:rPr>
                <w:sz w:val="18"/>
              </w:rPr>
              <w:t>2025-11-10</w:t>
            </w:r>
          </w:p>
        </w:tc>
        <w:tc>
          <w:tcPr>
            <w:tcW w:w="727" w:type="dxa"/>
          </w:tcPr>
          <w:p w14:paraId="5BC516F3" w14:textId="77777777" w:rsidR="00540B47" w:rsidRDefault="00A32617">
            <w:r>
              <w:rPr>
                <w:sz w:val="18"/>
              </w:rPr>
              <w:t>07:15</w:t>
            </w:r>
          </w:p>
        </w:tc>
        <w:tc>
          <w:tcPr>
            <w:tcW w:w="1561" w:type="dxa"/>
          </w:tcPr>
          <w:p w14:paraId="330E4BEF" w14:textId="77777777" w:rsidR="00540B47" w:rsidRDefault="00A32617">
            <w:r>
              <w:rPr>
                <w:sz w:val="18"/>
              </w:rPr>
              <w:t>Agustin I. Casale</w:t>
            </w:r>
          </w:p>
        </w:tc>
      </w:tr>
      <w:tr w:rsidR="00540B47" w14:paraId="079BD8D7" w14:textId="77777777" w:rsidTr="00DD565D">
        <w:tc>
          <w:tcPr>
            <w:tcW w:w="942" w:type="dxa"/>
          </w:tcPr>
          <w:p w14:paraId="4B40CC1B" w14:textId="77777777" w:rsidR="00540B47" w:rsidRDefault="00A32617">
            <w:r>
              <w:rPr>
                <w:sz w:val="18"/>
              </w:rPr>
              <w:t>3677</w:t>
            </w:r>
          </w:p>
        </w:tc>
        <w:tc>
          <w:tcPr>
            <w:tcW w:w="1156" w:type="dxa"/>
          </w:tcPr>
          <w:p w14:paraId="0FE300C0" w14:textId="77777777" w:rsidR="00540B47" w:rsidRDefault="00A32617">
            <w:r>
              <w:rPr>
                <w:sz w:val="18"/>
              </w:rPr>
              <w:t>MACN</w:t>
            </w:r>
          </w:p>
        </w:tc>
        <w:tc>
          <w:tcPr>
            <w:tcW w:w="1126" w:type="dxa"/>
          </w:tcPr>
          <w:p w14:paraId="12A09088" w14:textId="77777777" w:rsidR="00540B47" w:rsidRDefault="00A32617">
            <w:r>
              <w:rPr>
                <w:i/>
                <w:sz w:val="18"/>
              </w:rPr>
              <w:t>Z. capensis</w:t>
            </w:r>
          </w:p>
        </w:tc>
        <w:tc>
          <w:tcPr>
            <w:tcW w:w="977" w:type="dxa"/>
          </w:tcPr>
          <w:p w14:paraId="34D56F86" w14:textId="77777777" w:rsidR="00540B47" w:rsidRDefault="00A32617">
            <w:r>
              <w:rPr>
                <w:sz w:val="18"/>
              </w:rPr>
              <w:t>-50.0544</w:t>
            </w:r>
          </w:p>
        </w:tc>
        <w:tc>
          <w:tcPr>
            <w:tcW w:w="1107" w:type="dxa"/>
          </w:tcPr>
          <w:p w14:paraId="7B243168" w14:textId="77777777" w:rsidR="00540B47" w:rsidRDefault="00A32617">
            <w:r>
              <w:rPr>
                <w:sz w:val="18"/>
              </w:rPr>
              <w:t>-68.8932</w:t>
            </w:r>
          </w:p>
        </w:tc>
        <w:tc>
          <w:tcPr>
            <w:tcW w:w="1156" w:type="dxa"/>
          </w:tcPr>
          <w:p w14:paraId="368858CB" w14:textId="77777777" w:rsidR="00540B47" w:rsidRDefault="00A32617">
            <w:r>
              <w:rPr>
                <w:sz w:val="18"/>
              </w:rPr>
              <w:t>2025-11-10</w:t>
            </w:r>
          </w:p>
        </w:tc>
        <w:tc>
          <w:tcPr>
            <w:tcW w:w="727" w:type="dxa"/>
          </w:tcPr>
          <w:p w14:paraId="27C340E2" w14:textId="77777777" w:rsidR="00540B47" w:rsidRDefault="00A32617">
            <w:r>
              <w:rPr>
                <w:sz w:val="18"/>
              </w:rPr>
              <w:t>07:17</w:t>
            </w:r>
          </w:p>
        </w:tc>
        <w:tc>
          <w:tcPr>
            <w:tcW w:w="1561" w:type="dxa"/>
          </w:tcPr>
          <w:p w14:paraId="089CEF7A" w14:textId="77777777" w:rsidR="00540B47" w:rsidRDefault="00A32617">
            <w:r>
              <w:rPr>
                <w:sz w:val="18"/>
              </w:rPr>
              <w:t>Agustin I. Casale</w:t>
            </w:r>
          </w:p>
        </w:tc>
      </w:tr>
      <w:tr w:rsidR="00540B47" w14:paraId="672C2169" w14:textId="77777777" w:rsidTr="00DD565D">
        <w:tc>
          <w:tcPr>
            <w:tcW w:w="942" w:type="dxa"/>
          </w:tcPr>
          <w:p w14:paraId="00DA6875" w14:textId="77777777" w:rsidR="00540B47" w:rsidRDefault="00A32617">
            <w:r>
              <w:rPr>
                <w:sz w:val="18"/>
              </w:rPr>
              <w:t>3678</w:t>
            </w:r>
          </w:p>
        </w:tc>
        <w:tc>
          <w:tcPr>
            <w:tcW w:w="1156" w:type="dxa"/>
          </w:tcPr>
          <w:p w14:paraId="55E5F465" w14:textId="77777777" w:rsidR="00540B47" w:rsidRDefault="00A32617">
            <w:r>
              <w:rPr>
                <w:sz w:val="18"/>
              </w:rPr>
              <w:t>MACN</w:t>
            </w:r>
          </w:p>
        </w:tc>
        <w:tc>
          <w:tcPr>
            <w:tcW w:w="1126" w:type="dxa"/>
          </w:tcPr>
          <w:p w14:paraId="71DDA0C1" w14:textId="77777777" w:rsidR="00540B47" w:rsidRDefault="00A32617">
            <w:r>
              <w:rPr>
                <w:i/>
                <w:sz w:val="18"/>
              </w:rPr>
              <w:t>Z. capensis</w:t>
            </w:r>
          </w:p>
        </w:tc>
        <w:tc>
          <w:tcPr>
            <w:tcW w:w="977" w:type="dxa"/>
          </w:tcPr>
          <w:p w14:paraId="5E6CFE27" w14:textId="77777777" w:rsidR="00540B47" w:rsidRDefault="00A32617">
            <w:r>
              <w:rPr>
                <w:sz w:val="18"/>
              </w:rPr>
              <w:t>-50.0434</w:t>
            </w:r>
          </w:p>
        </w:tc>
        <w:tc>
          <w:tcPr>
            <w:tcW w:w="1107" w:type="dxa"/>
          </w:tcPr>
          <w:p w14:paraId="165F09B1" w14:textId="77777777" w:rsidR="00540B47" w:rsidRDefault="00A32617">
            <w:r>
              <w:rPr>
                <w:sz w:val="18"/>
              </w:rPr>
              <w:t>-68.6795</w:t>
            </w:r>
          </w:p>
        </w:tc>
        <w:tc>
          <w:tcPr>
            <w:tcW w:w="1156" w:type="dxa"/>
          </w:tcPr>
          <w:p w14:paraId="570397E0" w14:textId="77777777" w:rsidR="00540B47" w:rsidRDefault="00A32617">
            <w:r>
              <w:rPr>
                <w:sz w:val="18"/>
              </w:rPr>
              <w:t>2025-11-10</w:t>
            </w:r>
          </w:p>
        </w:tc>
        <w:tc>
          <w:tcPr>
            <w:tcW w:w="727" w:type="dxa"/>
          </w:tcPr>
          <w:p w14:paraId="3FE65EA4" w14:textId="77777777" w:rsidR="00540B47" w:rsidRDefault="00A32617">
            <w:r>
              <w:rPr>
                <w:sz w:val="18"/>
              </w:rPr>
              <w:t>07:55</w:t>
            </w:r>
          </w:p>
        </w:tc>
        <w:tc>
          <w:tcPr>
            <w:tcW w:w="1561" w:type="dxa"/>
          </w:tcPr>
          <w:p w14:paraId="03C9937F" w14:textId="77777777" w:rsidR="00540B47" w:rsidRDefault="00A32617">
            <w:r>
              <w:rPr>
                <w:sz w:val="18"/>
              </w:rPr>
              <w:t>Agustin I. Casale</w:t>
            </w:r>
          </w:p>
        </w:tc>
      </w:tr>
      <w:tr w:rsidR="00540B47" w14:paraId="6CFAB73A" w14:textId="77777777" w:rsidTr="00DD565D">
        <w:tc>
          <w:tcPr>
            <w:tcW w:w="942" w:type="dxa"/>
          </w:tcPr>
          <w:p w14:paraId="230AB4C7" w14:textId="77777777" w:rsidR="00540B47" w:rsidRDefault="00A32617">
            <w:r>
              <w:rPr>
                <w:sz w:val="18"/>
              </w:rPr>
              <w:t>3679</w:t>
            </w:r>
          </w:p>
        </w:tc>
        <w:tc>
          <w:tcPr>
            <w:tcW w:w="1156" w:type="dxa"/>
          </w:tcPr>
          <w:p w14:paraId="6CC604E4" w14:textId="77777777" w:rsidR="00540B47" w:rsidRDefault="00A32617">
            <w:r>
              <w:rPr>
                <w:sz w:val="18"/>
              </w:rPr>
              <w:t>MACN</w:t>
            </w:r>
          </w:p>
        </w:tc>
        <w:tc>
          <w:tcPr>
            <w:tcW w:w="1126" w:type="dxa"/>
          </w:tcPr>
          <w:p w14:paraId="03B68D6D" w14:textId="77777777" w:rsidR="00540B47" w:rsidRDefault="00A32617">
            <w:r>
              <w:rPr>
                <w:i/>
                <w:sz w:val="18"/>
              </w:rPr>
              <w:t>Z. capensis</w:t>
            </w:r>
          </w:p>
        </w:tc>
        <w:tc>
          <w:tcPr>
            <w:tcW w:w="977" w:type="dxa"/>
          </w:tcPr>
          <w:p w14:paraId="0D5C45F9" w14:textId="77777777" w:rsidR="00540B47" w:rsidRDefault="00A32617">
            <w:r>
              <w:rPr>
                <w:sz w:val="18"/>
              </w:rPr>
              <w:t>-50.0436</w:t>
            </w:r>
          </w:p>
        </w:tc>
        <w:tc>
          <w:tcPr>
            <w:tcW w:w="1107" w:type="dxa"/>
          </w:tcPr>
          <w:p w14:paraId="27F51DDA" w14:textId="77777777" w:rsidR="00540B47" w:rsidRDefault="00A32617">
            <w:r>
              <w:rPr>
                <w:sz w:val="18"/>
              </w:rPr>
              <w:t>-68.6807</w:t>
            </w:r>
          </w:p>
        </w:tc>
        <w:tc>
          <w:tcPr>
            <w:tcW w:w="1156" w:type="dxa"/>
          </w:tcPr>
          <w:p w14:paraId="0186F71C" w14:textId="77777777" w:rsidR="00540B47" w:rsidRDefault="00A32617">
            <w:r>
              <w:rPr>
                <w:sz w:val="18"/>
              </w:rPr>
              <w:t>2025-11-10</w:t>
            </w:r>
          </w:p>
        </w:tc>
        <w:tc>
          <w:tcPr>
            <w:tcW w:w="727" w:type="dxa"/>
          </w:tcPr>
          <w:p w14:paraId="31C2A884" w14:textId="77777777" w:rsidR="00540B47" w:rsidRDefault="00A32617">
            <w:r>
              <w:rPr>
                <w:sz w:val="18"/>
              </w:rPr>
              <w:t>07:59</w:t>
            </w:r>
          </w:p>
        </w:tc>
        <w:tc>
          <w:tcPr>
            <w:tcW w:w="1561" w:type="dxa"/>
          </w:tcPr>
          <w:p w14:paraId="13C7A467" w14:textId="77777777" w:rsidR="00540B47" w:rsidRDefault="00A32617">
            <w:r>
              <w:rPr>
                <w:sz w:val="18"/>
              </w:rPr>
              <w:t>Agustin I. Casale</w:t>
            </w:r>
          </w:p>
        </w:tc>
      </w:tr>
      <w:tr w:rsidR="00540B47" w14:paraId="161E3274" w14:textId="77777777" w:rsidTr="00DD565D">
        <w:tc>
          <w:tcPr>
            <w:tcW w:w="942" w:type="dxa"/>
          </w:tcPr>
          <w:p w14:paraId="69543047" w14:textId="77777777" w:rsidR="00540B47" w:rsidRDefault="00A32617">
            <w:r>
              <w:rPr>
                <w:sz w:val="18"/>
              </w:rPr>
              <w:t>3680</w:t>
            </w:r>
          </w:p>
        </w:tc>
        <w:tc>
          <w:tcPr>
            <w:tcW w:w="1156" w:type="dxa"/>
          </w:tcPr>
          <w:p w14:paraId="5DCD144B" w14:textId="77777777" w:rsidR="00540B47" w:rsidRDefault="00A32617">
            <w:r>
              <w:rPr>
                <w:sz w:val="18"/>
              </w:rPr>
              <w:t>MACN</w:t>
            </w:r>
          </w:p>
        </w:tc>
        <w:tc>
          <w:tcPr>
            <w:tcW w:w="1126" w:type="dxa"/>
          </w:tcPr>
          <w:p w14:paraId="1F906ECB" w14:textId="77777777" w:rsidR="00540B47" w:rsidRDefault="00A32617">
            <w:r>
              <w:rPr>
                <w:i/>
                <w:sz w:val="18"/>
              </w:rPr>
              <w:t>Z. capensis</w:t>
            </w:r>
          </w:p>
        </w:tc>
        <w:tc>
          <w:tcPr>
            <w:tcW w:w="977" w:type="dxa"/>
          </w:tcPr>
          <w:p w14:paraId="02F72AA8" w14:textId="77777777" w:rsidR="00540B47" w:rsidRDefault="00A32617">
            <w:r>
              <w:rPr>
                <w:sz w:val="18"/>
              </w:rPr>
              <w:t>-50.0550</w:t>
            </w:r>
          </w:p>
        </w:tc>
        <w:tc>
          <w:tcPr>
            <w:tcW w:w="1107" w:type="dxa"/>
          </w:tcPr>
          <w:p w14:paraId="5F2C1864" w14:textId="77777777" w:rsidR="00540B47" w:rsidRDefault="00A32617">
            <w:r>
              <w:rPr>
                <w:sz w:val="18"/>
              </w:rPr>
              <w:t>-68.9060</w:t>
            </w:r>
          </w:p>
        </w:tc>
        <w:tc>
          <w:tcPr>
            <w:tcW w:w="1156" w:type="dxa"/>
          </w:tcPr>
          <w:p w14:paraId="39B0985C" w14:textId="77777777" w:rsidR="00540B47" w:rsidRDefault="00A32617">
            <w:r>
              <w:rPr>
                <w:sz w:val="18"/>
              </w:rPr>
              <w:t>2025-11-10</w:t>
            </w:r>
          </w:p>
        </w:tc>
        <w:tc>
          <w:tcPr>
            <w:tcW w:w="727" w:type="dxa"/>
          </w:tcPr>
          <w:p w14:paraId="46D1DEB5" w14:textId="77777777" w:rsidR="00540B47" w:rsidRDefault="00A32617">
            <w:r>
              <w:rPr>
                <w:sz w:val="18"/>
              </w:rPr>
              <w:t>07:01</w:t>
            </w:r>
          </w:p>
        </w:tc>
        <w:tc>
          <w:tcPr>
            <w:tcW w:w="1561" w:type="dxa"/>
          </w:tcPr>
          <w:p w14:paraId="7C59A50F" w14:textId="77777777" w:rsidR="00540B47" w:rsidRDefault="00A32617">
            <w:r>
              <w:rPr>
                <w:sz w:val="18"/>
              </w:rPr>
              <w:t>Pablo L. Tubaro</w:t>
            </w:r>
          </w:p>
        </w:tc>
      </w:tr>
      <w:tr w:rsidR="00540B47" w14:paraId="20244F6E" w14:textId="77777777" w:rsidTr="00DD565D">
        <w:tc>
          <w:tcPr>
            <w:tcW w:w="942" w:type="dxa"/>
          </w:tcPr>
          <w:p w14:paraId="1F824550" w14:textId="77777777" w:rsidR="00540B47" w:rsidRDefault="00A32617">
            <w:r>
              <w:rPr>
                <w:sz w:val="18"/>
              </w:rPr>
              <w:t>3681</w:t>
            </w:r>
          </w:p>
        </w:tc>
        <w:tc>
          <w:tcPr>
            <w:tcW w:w="1156" w:type="dxa"/>
          </w:tcPr>
          <w:p w14:paraId="63A9D83D" w14:textId="77777777" w:rsidR="00540B47" w:rsidRDefault="00A32617">
            <w:r>
              <w:rPr>
                <w:sz w:val="18"/>
              </w:rPr>
              <w:t>MACN</w:t>
            </w:r>
          </w:p>
        </w:tc>
        <w:tc>
          <w:tcPr>
            <w:tcW w:w="1126" w:type="dxa"/>
          </w:tcPr>
          <w:p w14:paraId="05D9959F" w14:textId="77777777" w:rsidR="00540B47" w:rsidRDefault="00A32617">
            <w:r>
              <w:rPr>
                <w:i/>
                <w:sz w:val="18"/>
              </w:rPr>
              <w:t>Z. capensis</w:t>
            </w:r>
          </w:p>
        </w:tc>
        <w:tc>
          <w:tcPr>
            <w:tcW w:w="977" w:type="dxa"/>
          </w:tcPr>
          <w:p w14:paraId="074DB91A" w14:textId="77777777" w:rsidR="00540B47" w:rsidRDefault="00A32617">
            <w:r>
              <w:rPr>
                <w:sz w:val="18"/>
              </w:rPr>
              <w:t>-50.0550</w:t>
            </w:r>
          </w:p>
        </w:tc>
        <w:tc>
          <w:tcPr>
            <w:tcW w:w="1107" w:type="dxa"/>
          </w:tcPr>
          <w:p w14:paraId="4BC2C0BC" w14:textId="77777777" w:rsidR="00540B47" w:rsidRDefault="00A32617">
            <w:r>
              <w:rPr>
                <w:sz w:val="18"/>
              </w:rPr>
              <w:t>-68.9060</w:t>
            </w:r>
          </w:p>
        </w:tc>
        <w:tc>
          <w:tcPr>
            <w:tcW w:w="1156" w:type="dxa"/>
          </w:tcPr>
          <w:p w14:paraId="0968BF2C" w14:textId="77777777" w:rsidR="00540B47" w:rsidRDefault="00A32617">
            <w:r>
              <w:rPr>
                <w:sz w:val="18"/>
              </w:rPr>
              <w:t>2025-11-10</w:t>
            </w:r>
          </w:p>
        </w:tc>
        <w:tc>
          <w:tcPr>
            <w:tcW w:w="727" w:type="dxa"/>
          </w:tcPr>
          <w:p w14:paraId="127AAA6B" w14:textId="77777777" w:rsidR="00540B47" w:rsidRDefault="00A32617">
            <w:r>
              <w:rPr>
                <w:sz w:val="18"/>
              </w:rPr>
              <w:t>07:13</w:t>
            </w:r>
          </w:p>
        </w:tc>
        <w:tc>
          <w:tcPr>
            <w:tcW w:w="1561" w:type="dxa"/>
          </w:tcPr>
          <w:p w14:paraId="06E87D87" w14:textId="77777777" w:rsidR="00540B47" w:rsidRDefault="00A32617">
            <w:r>
              <w:rPr>
                <w:sz w:val="18"/>
              </w:rPr>
              <w:t>Pablo L. Tubaro</w:t>
            </w:r>
          </w:p>
        </w:tc>
      </w:tr>
      <w:tr w:rsidR="00540B47" w14:paraId="5690C546" w14:textId="77777777" w:rsidTr="00DD565D">
        <w:tc>
          <w:tcPr>
            <w:tcW w:w="942" w:type="dxa"/>
          </w:tcPr>
          <w:p w14:paraId="2C07E8F5" w14:textId="77777777" w:rsidR="00540B47" w:rsidRDefault="00A32617">
            <w:r>
              <w:rPr>
                <w:sz w:val="18"/>
              </w:rPr>
              <w:lastRenderedPageBreak/>
              <w:t>3682</w:t>
            </w:r>
          </w:p>
        </w:tc>
        <w:tc>
          <w:tcPr>
            <w:tcW w:w="1156" w:type="dxa"/>
          </w:tcPr>
          <w:p w14:paraId="4680C91C" w14:textId="77777777" w:rsidR="00540B47" w:rsidRDefault="00A32617">
            <w:r>
              <w:rPr>
                <w:sz w:val="18"/>
              </w:rPr>
              <w:t>MACN</w:t>
            </w:r>
          </w:p>
        </w:tc>
        <w:tc>
          <w:tcPr>
            <w:tcW w:w="1126" w:type="dxa"/>
          </w:tcPr>
          <w:p w14:paraId="55B0034C" w14:textId="77777777" w:rsidR="00540B47" w:rsidRDefault="00A32617">
            <w:r>
              <w:rPr>
                <w:i/>
                <w:sz w:val="18"/>
              </w:rPr>
              <w:t>Z. capensis</w:t>
            </w:r>
          </w:p>
        </w:tc>
        <w:tc>
          <w:tcPr>
            <w:tcW w:w="977" w:type="dxa"/>
          </w:tcPr>
          <w:p w14:paraId="5C7B696D" w14:textId="77777777" w:rsidR="00540B47" w:rsidRDefault="00A32617">
            <w:r>
              <w:rPr>
                <w:sz w:val="18"/>
              </w:rPr>
              <w:t>-50.0540</w:t>
            </w:r>
          </w:p>
        </w:tc>
        <w:tc>
          <w:tcPr>
            <w:tcW w:w="1107" w:type="dxa"/>
          </w:tcPr>
          <w:p w14:paraId="05886D3E" w14:textId="77777777" w:rsidR="00540B47" w:rsidRDefault="00A32617">
            <w:r>
              <w:rPr>
                <w:sz w:val="18"/>
              </w:rPr>
              <w:t>-68.8900</w:t>
            </w:r>
          </w:p>
        </w:tc>
        <w:tc>
          <w:tcPr>
            <w:tcW w:w="1156" w:type="dxa"/>
          </w:tcPr>
          <w:p w14:paraId="5DD3938D" w14:textId="77777777" w:rsidR="00540B47" w:rsidRDefault="00A32617">
            <w:r>
              <w:rPr>
                <w:sz w:val="18"/>
              </w:rPr>
              <w:t>2025-11-10</w:t>
            </w:r>
          </w:p>
        </w:tc>
        <w:tc>
          <w:tcPr>
            <w:tcW w:w="727" w:type="dxa"/>
          </w:tcPr>
          <w:p w14:paraId="18D072A0" w14:textId="77777777" w:rsidR="00540B47" w:rsidRDefault="00A32617">
            <w:r>
              <w:rPr>
                <w:sz w:val="18"/>
              </w:rPr>
              <w:t>07:27</w:t>
            </w:r>
          </w:p>
        </w:tc>
        <w:tc>
          <w:tcPr>
            <w:tcW w:w="1561" w:type="dxa"/>
          </w:tcPr>
          <w:p w14:paraId="0FCA14E8" w14:textId="77777777" w:rsidR="00540B47" w:rsidRDefault="00A32617">
            <w:r>
              <w:rPr>
                <w:sz w:val="18"/>
              </w:rPr>
              <w:t>Pablo L. Tubaro</w:t>
            </w:r>
          </w:p>
        </w:tc>
      </w:tr>
      <w:tr w:rsidR="00540B47" w14:paraId="412882A7" w14:textId="77777777" w:rsidTr="00DD565D">
        <w:tc>
          <w:tcPr>
            <w:tcW w:w="942" w:type="dxa"/>
          </w:tcPr>
          <w:p w14:paraId="0AECE2BA" w14:textId="77777777" w:rsidR="00540B47" w:rsidRDefault="00A32617">
            <w:r>
              <w:rPr>
                <w:sz w:val="18"/>
              </w:rPr>
              <w:t>3683</w:t>
            </w:r>
          </w:p>
        </w:tc>
        <w:tc>
          <w:tcPr>
            <w:tcW w:w="1156" w:type="dxa"/>
          </w:tcPr>
          <w:p w14:paraId="3CC2BA4F" w14:textId="77777777" w:rsidR="00540B47" w:rsidRDefault="00A32617">
            <w:r>
              <w:rPr>
                <w:sz w:val="18"/>
              </w:rPr>
              <w:t>MACN</w:t>
            </w:r>
          </w:p>
        </w:tc>
        <w:tc>
          <w:tcPr>
            <w:tcW w:w="1126" w:type="dxa"/>
          </w:tcPr>
          <w:p w14:paraId="15724025" w14:textId="77777777" w:rsidR="00540B47" w:rsidRDefault="00A32617">
            <w:r>
              <w:rPr>
                <w:i/>
                <w:sz w:val="18"/>
              </w:rPr>
              <w:t>Z. capensis</w:t>
            </w:r>
          </w:p>
        </w:tc>
        <w:tc>
          <w:tcPr>
            <w:tcW w:w="977" w:type="dxa"/>
          </w:tcPr>
          <w:p w14:paraId="5B137DF1" w14:textId="77777777" w:rsidR="00540B47" w:rsidRDefault="00A32617">
            <w:r>
              <w:rPr>
                <w:sz w:val="18"/>
              </w:rPr>
              <w:t>-50.0520</w:t>
            </w:r>
          </w:p>
        </w:tc>
        <w:tc>
          <w:tcPr>
            <w:tcW w:w="1107" w:type="dxa"/>
          </w:tcPr>
          <w:p w14:paraId="15D370BA" w14:textId="77777777" w:rsidR="00540B47" w:rsidRDefault="00A32617">
            <w:r>
              <w:rPr>
                <w:sz w:val="18"/>
              </w:rPr>
              <w:t>-68.8490</w:t>
            </w:r>
          </w:p>
        </w:tc>
        <w:tc>
          <w:tcPr>
            <w:tcW w:w="1156" w:type="dxa"/>
          </w:tcPr>
          <w:p w14:paraId="6B9851CE" w14:textId="77777777" w:rsidR="00540B47" w:rsidRDefault="00A32617">
            <w:r>
              <w:rPr>
                <w:sz w:val="18"/>
              </w:rPr>
              <w:t>2025-11-10</w:t>
            </w:r>
          </w:p>
        </w:tc>
        <w:tc>
          <w:tcPr>
            <w:tcW w:w="727" w:type="dxa"/>
          </w:tcPr>
          <w:p w14:paraId="4D873B8E" w14:textId="77777777" w:rsidR="00540B47" w:rsidRDefault="00A32617">
            <w:r>
              <w:rPr>
                <w:sz w:val="18"/>
              </w:rPr>
              <w:t>07:37</w:t>
            </w:r>
          </w:p>
        </w:tc>
        <w:tc>
          <w:tcPr>
            <w:tcW w:w="1561" w:type="dxa"/>
          </w:tcPr>
          <w:p w14:paraId="580489D5" w14:textId="77777777" w:rsidR="00540B47" w:rsidRDefault="00A32617">
            <w:r>
              <w:rPr>
                <w:sz w:val="18"/>
              </w:rPr>
              <w:t>Pablo L. Tubaro</w:t>
            </w:r>
          </w:p>
        </w:tc>
      </w:tr>
      <w:tr w:rsidR="00540B47" w14:paraId="7DAB6600" w14:textId="77777777" w:rsidTr="00DD565D">
        <w:tc>
          <w:tcPr>
            <w:tcW w:w="942" w:type="dxa"/>
          </w:tcPr>
          <w:p w14:paraId="4A290514" w14:textId="77777777" w:rsidR="00540B47" w:rsidRDefault="00A32617">
            <w:r>
              <w:rPr>
                <w:sz w:val="18"/>
              </w:rPr>
              <w:t>3684</w:t>
            </w:r>
          </w:p>
        </w:tc>
        <w:tc>
          <w:tcPr>
            <w:tcW w:w="1156" w:type="dxa"/>
          </w:tcPr>
          <w:p w14:paraId="22B4A3E3" w14:textId="77777777" w:rsidR="00540B47" w:rsidRDefault="00A32617">
            <w:r>
              <w:rPr>
                <w:sz w:val="18"/>
              </w:rPr>
              <w:t>MACN</w:t>
            </w:r>
          </w:p>
        </w:tc>
        <w:tc>
          <w:tcPr>
            <w:tcW w:w="1126" w:type="dxa"/>
          </w:tcPr>
          <w:p w14:paraId="07000A38" w14:textId="77777777" w:rsidR="00540B47" w:rsidRDefault="00A32617">
            <w:r>
              <w:rPr>
                <w:i/>
                <w:sz w:val="18"/>
              </w:rPr>
              <w:t>Z. capensis</w:t>
            </w:r>
          </w:p>
        </w:tc>
        <w:tc>
          <w:tcPr>
            <w:tcW w:w="977" w:type="dxa"/>
          </w:tcPr>
          <w:p w14:paraId="2794B626" w14:textId="77777777" w:rsidR="00540B47" w:rsidRDefault="00A32617">
            <w:r>
              <w:rPr>
                <w:sz w:val="18"/>
              </w:rPr>
              <w:t>-50.0440</w:t>
            </w:r>
          </w:p>
        </w:tc>
        <w:tc>
          <w:tcPr>
            <w:tcW w:w="1107" w:type="dxa"/>
          </w:tcPr>
          <w:p w14:paraId="0F1CA54D" w14:textId="77777777" w:rsidR="00540B47" w:rsidRDefault="00A32617">
            <w:r>
              <w:rPr>
                <w:sz w:val="18"/>
              </w:rPr>
              <w:t>-68.6810</w:t>
            </w:r>
          </w:p>
        </w:tc>
        <w:tc>
          <w:tcPr>
            <w:tcW w:w="1156" w:type="dxa"/>
          </w:tcPr>
          <w:p w14:paraId="58FE381D" w14:textId="77777777" w:rsidR="00540B47" w:rsidRDefault="00A32617">
            <w:r>
              <w:rPr>
                <w:sz w:val="18"/>
              </w:rPr>
              <w:t>2025-11-10</w:t>
            </w:r>
          </w:p>
        </w:tc>
        <w:tc>
          <w:tcPr>
            <w:tcW w:w="727" w:type="dxa"/>
          </w:tcPr>
          <w:p w14:paraId="2BBB92C5" w14:textId="77777777" w:rsidR="00540B47" w:rsidRDefault="00A32617">
            <w:r>
              <w:rPr>
                <w:sz w:val="18"/>
              </w:rPr>
              <w:t>07:57</w:t>
            </w:r>
          </w:p>
        </w:tc>
        <w:tc>
          <w:tcPr>
            <w:tcW w:w="1561" w:type="dxa"/>
          </w:tcPr>
          <w:p w14:paraId="55FA4810" w14:textId="77777777" w:rsidR="00540B47" w:rsidRDefault="00A32617">
            <w:r>
              <w:rPr>
                <w:sz w:val="18"/>
              </w:rPr>
              <w:t>Pablo L. Tubaro</w:t>
            </w:r>
          </w:p>
        </w:tc>
      </w:tr>
      <w:tr w:rsidR="00540B47" w14:paraId="1BE486C3" w14:textId="77777777" w:rsidTr="00DD565D">
        <w:tc>
          <w:tcPr>
            <w:tcW w:w="942" w:type="dxa"/>
          </w:tcPr>
          <w:p w14:paraId="33750630" w14:textId="77777777" w:rsidR="00540B47" w:rsidRDefault="00A32617">
            <w:r>
              <w:rPr>
                <w:sz w:val="18"/>
              </w:rPr>
              <w:t>3685</w:t>
            </w:r>
          </w:p>
        </w:tc>
        <w:tc>
          <w:tcPr>
            <w:tcW w:w="1156" w:type="dxa"/>
          </w:tcPr>
          <w:p w14:paraId="2B7B2067" w14:textId="77777777" w:rsidR="00540B47" w:rsidRDefault="00A32617">
            <w:r>
              <w:rPr>
                <w:sz w:val="18"/>
              </w:rPr>
              <w:t>MACN</w:t>
            </w:r>
          </w:p>
        </w:tc>
        <w:tc>
          <w:tcPr>
            <w:tcW w:w="1126" w:type="dxa"/>
          </w:tcPr>
          <w:p w14:paraId="2D96D567" w14:textId="77777777" w:rsidR="00540B47" w:rsidRDefault="00A32617">
            <w:r>
              <w:rPr>
                <w:i/>
                <w:sz w:val="18"/>
              </w:rPr>
              <w:t>Z. capensis</w:t>
            </w:r>
          </w:p>
        </w:tc>
        <w:tc>
          <w:tcPr>
            <w:tcW w:w="977" w:type="dxa"/>
          </w:tcPr>
          <w:p w14:paraId="0E859CEC" w14:textId="77777777" w:rsidR="00540B47" w:rsidRDefault="00A32617">
            <w:r>
              <w:rPr>
                <w:sz w:val="18"/>
              </w:rPr>
              <w:t>-50.0440</w:t>
            </w:r>
          </w:p>
        </w:tc>
        <w:tc>
          <w:tcPr>
            <w:tcW w:w="1107" w:type="dxa"/>
          </w:tcPr>
          <w:p w14:paraId="36E1CEAB" w14:textId="77777777" w:rsidR="00540B47" w:rsidRDefault="00A32617">
            <w:r>
              <w:rPr>
                <w:sz w:val="18"/>
              </w:rPr>
              <w:t>-68.6810</w:t>
            </w:r>
          </w:p>
        </w:tc>
        <w:tc>
          <w:tcPr>
            <w:tcW w:w="1156" w:type="dxa"/>
          </w:tcPr>
          <w:p w14:paraId="0FC25429" w14:textId="77777777" w:rsidR="00540B47" w:rsidRDefault="00A32617">
            <w:r>
              <w:rPr>
                <w:sz w:val="18"/>
              </w:rPr>
              <w:t>2025-11-10</w:t>
            </w:r>
          </w:p>
        </w:tc>
        <w:tc>
          <w:tcPr>
            <w:tcW w:w="727" w:type="dxa"/>
          </w:tcPr>
          <w:p w14:paraId="2D235ACC" w14:textId="77777777" w:rsidR="00540B47" w:rsidRDefault="00A32617">
            <w:r>
              <w:rPr>
                <w:sz w:val="18"/>
              </w:rPr>
              <w:t>07:59</w:t>
            </w:r>
          </w:p>
        </w:tc>
        <w:tc>
          <w:tcPr>
            <w:tcW w:w="1561" w:type="dxa"/>
          </w:tcPr>
          <w:p w14:paraId="405F1CE6" w14:textId="77777777" w:rsidR="00540B47" w:rsidRDefault="00A32617">
            <w:r>
              <w:rPr>
                <w:sz w:val="18"/>
              </w:rPr>
              <w:t>Pablo L. Tubaro</w:t>
            </w:r>
          </w:p>
        </w:tc>
      </w:tr>
      <w:tr w:rsidR="00540B47" w14:paraId="658D5E6B" w14:textId="77777777" w:rsidTr="00DD565D">
        <w:tc>
          <w:tcPr>
            <w:tcW w:w="942" w:type="dxa"/>
          </w:tcPr>
          <w:p w14:paraId="2912AD33" w14:textId="77777777" w:rsidR="00540B47" w:rsidRDefault="00A32617">
            <w:r>
              <w:rPr>
                <w:sz w:val="18"/>
              </w:rPr>
              <w:t>3686</w:t>
            </w:r>
          </w:p>
        </w:tc>
        <w:tc>
          <w:tcPr>
            <w:tcW w:w="1156" w:type="dxa"/>
          </w:tcPr>
          <w:p w14:paraId="4C8B4682" w14:textId="77777777" w:rsidR="00540B47" w:rsidRDefault="00A32617">
            <w:r>
              <w:rPr>
                <w:sz w:val="18"/>
              </w:rPr>
              <w:t>MACN</w:t>
            </w:r>
          </w:p>
        </w:tc>
        <w:tc>
          <w:tcPr>
            <w:tcW w:w="1126" w:type="dxa"/>
          </w:tcPr>
          <w:p w14:paraId="161CBFEC" w14:textId="77777777" w:rsidR="00540B47" w:rsidRDefault="00A32617">
            <w:r>
              <w:rPr>
                <w:i/>
                <w:sz w:val="18"/>
              </w:rPr>
              <w:t>Z. capensis</w:t>
            </w:r>
          </w:p>
        </w:tc>
        <w:tc>
          <w:tcPr>
            <w:tcW w:w="977" w:type="dxa"/>
          </w:tcPr>
          <w:p w14:paraId="67FB7A47" w14:textId="77777777" w:rsidR="00540B47" w:rsidRDefault="00A32617">
            <w:r>
              <w:rPr>
                <w:sz w:val="18"/>
              </w:rPr>
              <w:t>-50.0336</w:t>
            </w:r>
          </w:p>
        </w:tc>
        <w:tc>
          <w:tcPr>
            <w:tcW w:w="1107" w:type="dxa"/>
          </w:tcPr>
          <w:p w14:paraId="358EE2D1" w14:textId="77777777" w:rsidR="00540B47" w:rsidRDefault="00A32617">
            <w:r>
              <w:rPr>
                <w:sz w:val="18"/>
              </w:rPr>
              <w:t>-68.5824</w:t>
            </w:r>
          </w:p>
        </w:tc>
        <w:tc>
          <w:tcPr>
            <w:tcW w:w="1156" w:type="dxa"/>
          </w:tcPr>
          <w:p w14:paraId="45A02A6A" w14:textId="77777777" w:rsidR="00540B47" w:rsidRDefault="00A32617">
            <w:r>
              <w:rPr>
                <w:sz w:val="18"/>
              </w:rPr>
              <w:t>2025-11-10</w:t>
            </w:r>
          </w:p>
        </w:tc>
        <w:tc>
          <w:tcPr>
            <w:tcW w:w="727" w:type="dxa"/>
          </w:tcPr>
          <w:p w14:paraId="2C881115" w14:textId="77777777" w:rsidR="00540B47" w:rsidRDefault="00A32617">
            <w:r>
              <w:rPr>
                <w:sz w:val="18"/>
              </w:rPr>
              <w:t>08:19</w:t>
            </w:r>
          </w:p>
        </w:tc>
        <w:tc>
          <w:tcPr>
            <w:tcW w:w="1561" w:type="dxa"/>
          </w:tcPr>
          <w:p w14:paraId="7B040DAB" w14:textId="77777777" w:rsidR="00540B47" w:rsidRDefault="00A32617">
            <w:r>
              <w:rPr>
                <w:sz w:val="18"/>
              </w:rPr>
              <w:t>Agustin I. Casale</w:t>
            </w:r>
          </w:p>
        </w:tc>
      </w:tr>
      <w:tr w:rsidR="00540B47" w14:paraId="5E4C338B" w14:textId="77777777" w:rsidTr="00DD565D">
        <w:tc>
          <w:tcPr>
            <w:tcW w:w="942" w:type="dxa"/>
          </w:tcPr>
          <w:p w14:paraId="7B6C0E1A" w14:textId="77777777" w:rsidR="00540B47" w:rsidRDefault="00A32617">
            <w:r>
              <w:rPr>
                <w:sz w:val="18"/>
              </w:rPr>
              <w:t>3687</w:t>
            </w:r>
          </w:p>
        </w:tc>
        <w:tc>
          <w:tcPr>
            <w:tcW w:w="1156" w:type="dxa"/>
          </w:tcPr>
          <w:p w14:paraId="7B65F679" w14:textId="77777777" w:rsidR="00540B47" w:rsidRDefault="00A32617">
            <w:r>
              <w:rPr>
                <w:sz w:val="18"/>
              </w:rPr>
              <w:t>MACN</w:t>
            </w:r>
          </w:p>
        </w:tc>
        <w:tc>
          <w:tcPr>
            <w:tcW w:w="1126" w:type="dxa"/>
          </w:tcPr>
          <w:p w14:paraId="11AD8A0E" w14:textId="77777777" w:rsidR="00540B47" w:rsidRDefault="00A32617">
            <w:r>
              <w:rPr>
                <w:i/>
                <w:sz w:val="18"/>
              </w:rPr>
              <w:t>Z. capensis</w:t>
            </w:r>
          </w:p>
        </w:tc>
        <w:tc>
          <w:tcPr>
            <w:tcW w:w="977" w:type="dxa"/>
          </w:tcPr>
          <w:p w14:paraId="4995E592" w14:textId="77777777" w:rsidR="00540B47" w:rsidRDefault="00A32617">
            <w:r>
              <w:rPr>
                <w:sz w:val="18"/>
              </w:rPr>
              <w:t>-50.0335</w:t>
            </w:r>
          </w:p>
        </w:tc>
        <w:tc>
          <w:tcPr>
            <w:tcW w:w="1107" w:type="dxa"/>
          </w:tcPr>
          <w:p w14:paraId="1694EB82" w14:textId="77777777" w:rsidR="00540B47" w:rsidRDefault="00A32617">
            <w:r>
              <w:rPr>
                <w:sz w:val="18"/>
              </w:rPr>
              <w:t>-68.5816</w:t>
            </w:r>
          </w:p>
        </w:tc>
        <w:tc>
          <w:tcPr>
            <w:tcW w:w="1156" w:type="dxa"/>
          </w:tcPr>
          <w:p w14:paraId="6A1B890E" w14:textId="77777777" w:rsidR="00540B47" w:rsidRDefault="00A32617">
            <w:r>
              <w:rPr>
                <w:sz w:val="18"/>
              </w:rPr>
              <w:t>2025-11-10</w:t>
            </w:r>
          </w:p>
        </w:tc>
        <w:tc>
          <w:tcPr>
            <w:tcW w:w="727" w:type="dxa"/>
          </w:tcPr>
          <w:p w14:paraId="3D65CC15" w14:textId="77777777" w:rsidR="00540B47" w:rsidRDefault="00A32617">
            <w:r>
              <w:rPr>
                <w:sz w:val="18"/>
              </w:rPr>
              <w:t>08:08</w:t>
            </w:r>
          </w:p>
        </w:tc>
        <w:tc>
          <w:tcPr>
            <w:tcW w:w="1561" w:type="dxa"/>
          </w:tcPr>
          <w:p w14:paraId="05530DFC" w14:textId="77777777" w:rsidR="00540B47" w:rsidRDefault="00A32617">
            <w:r>
              <w:rPr>
                <w:sz w:val="18"/>
              </w:rPr>
              <w:t>Pablo L. Tubaro</w:t>
            </w:r>
          </w:p>
        </w:tc>
      </w:tr>
      <w:tr w:rsidR="00540B47" w14:paraId="75F1E1F2" w14:textId="77777777" w:rsidTr="00DD565D">
        <w:tc>
          <w:tcPr>
            <w:tcW w:w="942" w:type="dxa"/>
          </w:tcPr>
          <w:p w14:paraId="2C6241C6" w14:textId="77777777" w:rsidR="00540B47" w:rsidRDefault="00A32617">
            <w:r>
              <w:rPr>
                <w:sz w:val="18"/>
              </w:rPr>
              <w:t>3688</w:t>
            </w:r>
          </w:p>
        </w:tc>
        <w:tc>
          <w:tcPr>
            <w:tcW w:w="1156" w:type="dxa"/>
          </w:tcPr>
          <w:p w14:paraId="50822072" w14:textId="77777777" w:rsidR="00540B47" w:rsidRDefault="00A32617">
            <w:r>
              <w:rPr>
                <w:sz w:val="18"/>
              </w:rPr>
              <w:t>MACN</w:t>
            </w:r>
          </w:p>
        </w:tc>
        <w:tc>
          <w:tcPr>
            <w:tcW w:w="1126" w:type="dxa"/>
          </w:tcPr>
          <w:p w14:paraId="2B239540" w14:textId="77777777" w:rsidR="00540B47" w:rsidRDefault="00A32617">
            <w:r>
              <w:rPr>
                <w:i/>
                <w:sz w:val="18"/>
              </w:rPr>
              <w:t>Z. capensis</w:t>
            </w:r>
          </w:p>
        </w:tc>
        <w:tc>
          <w:tcPr>
            <w:tcW w:w="977" w:type="dxa"/>
          </w:tcPr>
          <w:p w14:paraId="0F2177F1" w14:textId="77777777" w:rsidR="00540B47" w:rsidRDefault="00A32617">
            <w:r>
              <w:rPr>
                <w:sz w:val="18"/>
              </w:rPr>
              <w:t>-50.0335</w:t>
            </w:r>
          </w:p>
        </w:tc>
        <w:tc>
          <w:tcPr>
            <w:tcW w:w="1107" w:type="dxa"/>
          </w:tcPr>
          <w:p w14:paraId="12031B2A" w14:textId="77777777" w:rsidR="00540B47" w:rsidRDefault="00A32617">
            <w:r>
              <w:rPr>
                <w:sz w:val="18"/>
              </w:rPr>
              <w:t>-68.5816</w:t>
            </w:r>
          </w:p>
        </w:tc>
        <w:tc>
          <w:tcPr>
            <w:tcW w:w="1156" w:type="dxa"/>
          </w:tcPr>
          <w:p w14:paraId="1C35E018" w14:textId="77777777" w:rsidR="00540B47" w:rsidRDefault="00A32617">
            <w:r>
              <w:rPr>
                <w:sz w:val="18"/>
              </w:rPr>
              <w:t>2025-11-10</w:t>
            </w:r>
          </w:p>
        </w:tc>
        <w:tc>
          <w:tcPr>
            <w:tcW w:w="727" w:type="dxa"/>
          </w:tcPr>
          <w:p w14:paraId="59E2B748" w14:textId="77777777" w:rsidR="00540B47" w:rsidRDefault="00A32617">
            <w:r>
              <w:rPr>
                <w:sz w:val="18"/>
              </w:rPr>
              <w:t>08:10</w:t>
            </w:r>
          </w:p>
        </w:tc>
        <w:tc>
          <w:tcPr>
            <w:tcW w:w="1561" w:type="dxa"/>
          </w:tcPr>
          <w:p w14:paraId="699E38B2" w14:textId="77777777" w:rsidR="00540B47" w:rsidRDefault="00A32617">
            <w:r>
              <w:rPr>
                <w:sz w:val="18"/>
              </w:rPr>
              <w:t>Pablo L. Tubaro</w:t>
            </w:r>
          </w:p>
        </w:tc>
      </w:tr>
      <w:tr w:rsidR="00540B47" w14:paraId="7C1E4F88" w14:textId="77777777" w:rsidTr="00DD565D">
        <w:tc>
          <w:tcPr>
            <w:tcW w:w="942" w:type="dxa"/>
          </w:tcPr>
          <w:p w14:paraId="5B760696" w14:textId="77777777" w:rsidR="00540B47" w:rsidRDefault="00A32617">
            <w:r>
              <w:rPr>
                <w:sz w:val="18"/>
              </w:rPr>
              <w:t>3689</w:t>
            </w:r>
          </w:p>
        </w:tc>
        <w:tc>
          <w:tcPr>
            <w:tcW w:w="1156" w:type="dxa"/>
          </w:tcPr>
          <w:p w14:paraId="59E78421" w14:textId="77777777" w:rsidR="00540B47" w:rsidRDefault="00A32617">
            <w:r>
              <w:rPr>
                <w:sz w:val="18"/>
              </w:rPr>
              <w:t>MACN</w:t>
            </w:r>
          </w:p>
        </w:tc>
        <w:tc>
          <w:tcPr>
            <w:tcW w:w="1126" w:type="dxa"/>
          </w:tcPr>
          <w:p w14:paraId="21C4C573" w14:textId="77777777" w:rsidR="00540B47" w:rsidRDefault="00A32617">
            <w:r>
              <w:rPr>
                <w:i/>
                <w:sz w:val="18"/>
              </w:rPr>
              <w:t>Z. capensis</w:t>
            </w:r>
          </w:p>
        </w:tc>
        <w:tc>
          <w:tcPr>
            <w:tcW w:w="977" w:type="dxa"/>
          </w:tcPr>
          <w:p w14:paraId="14D78FFE" w14:textId="77777777" w:rsidR="00540B47" w:rsidRDefault="00A32617">
            <w:r>
              <w:rPr>
                <w:sz w:val="18"/>
              </w:rPr>
              <w:t>-50.0313</w:t>
            </w:r>
          </w:p>
        </w:tc>
        <w:tc>
          <w:tcPr>
            <w:tcW w:w="1107" w:type="dxa"/>
          </w:tcPr>
          <w:p w14:paraId="2CBBB421" w14:textId="77777777" w:rsidR="00540B47" w:rsidRDefault="00A32617">
            <w:r>
              <w:rPr>
                <w:sz w:val="18"/>
              </w:rPr>
              <w:t>-68.5673</w:t>
            </w:r>
          </w:p>
        </w:tc>
        <w:tc>
          <w:tcPr>
            <w:tcW w:w="1156" w:type="dxa"/>
          </w:tcPr>
          <w:p w14:paraId="37FA19F3" w14:textId="77777777" w:rsidR="00540B47" w:rsidRDefault="00A32617">
            <w:r>
              <w:rPr>
                <w:sz w:val="18"/>
              </w:rPr>
              <w:t>2025-11-10</w:t>
            </w:r>
          </w:p>
        </w:tc>
        <w:tc>
          <w:tcPr>
            <w:tcW w:w="727" w:type="dxa"/>
          </w:tcPr>
          <w:p w14:paraId="10C24F74" w14:textId="77777777" w:rsidR="00540B47" w:rsidRDefault="00A32617">
            <w:r>
              <w:rPr>
                <w:sz w:val="18"/>
              </w:rPr>
              <w:t>08:18</w:t>
            </w:r>
          </w:p>
        </w:tc>
        <w:tc>
          <w:tcPr>
            <w:tcW w:w="1561" w:type="dxa"/>
          </w:tcPr>
          <w:p w14:paraId="096ED642" w14:textId="77777777" w:rsidR="00540B47" w:rsidRDefault="00A32617">
            <w:r>
              <w:rPr>
                <w:sz w:val="18"/>
              </w:rPr>
              <w:t>Pablo L. Tubaro</w:t>
            </w:r>
          </w:p>
        </w:tc>
      </w:tr>
      <w:tr w:rsidR="00540B47" w14:paraId="1CE281AF" w14:textId="77777777" w:rsidTr="00DD565D">
        <w:tc>
          <w:tcPr>
            <w:tcW w:w="942" w:type="dxa"/>
          </w:tcPr>
          <w:p w14:paraId="31DDFF08" w14:textId="77777777" w:rsidR="00540B47" w:rsidRDefault="00A32617">
            <w:r>
              <w:rPr>
                <w:sz w:val="18"/>
              </w:rPr>
              <w:t>3690</w:t>
            </w:r>
          </w:p>
        </w:tc>
        <w:tc>
          <w:tcPr>
            <w:tcW w:w="1156" w:type="dxa"/>
          </w:tcPr>
          <w:p w14:paraId="2C8D9BAA" w14:textId="77777777" w:rsidR="00540B47" w:rsidRDefault="00A32617">
            <w:r>
              <w:rPr>
                <w:sz w:val="18"/>
              </w:rPr>
              <w:t>MACN</w:t>
            </w:r>
          </w:p>
        </w:tc>
        <w:tc>
          <w:tcPr>
            <w:tcW w:w="1126" w:type="dxa"/>
          </w:tcPr>
          <w:p w14:paraId="4F99A6B8" w14:textId="77777777" w:rsidR="00540B47" w:rsidRDefault="00A32617">
            <w:r>
              <w:rPr>
                <w:i/>
                <w:sz w:val="18"/>
              </w:rPr>
              <w:t>Z. capensis</w:t>
            </w:r>
          </w:p>
        </w:tc>
        <w:tc>
          <w:tcPr>
            <w:tcW w:w="977" w:type="dxa"/>
          </w:tcPr>
          <w:p w14:paraId="549DB224" w14:textId="77777777" w:rsidR="00540B47" w:rsidRDefault="00A32617">
            <w:r>
              <w:rPr>
                <w:sz w:val="18"/>
              </w:rPr>
              <w:t>-50.0307</w:t>
            </w:r>
          </w:p>
        </w:tc>
        <w:tc>
          <w:tcPr>
            <w:tcW w:w="1107" w:type="dxa"/>
          </w:tcPr>
          <w:p w14:paraId="40C7EBFD" w14:textId="77777777" w:rsidR="00540B47" w:rsidRDefault="00A32617">
            <w:r>
              <w:rPr>
                <w:sz w:val="18"/>
              </w:rPr>
              <w:t>-68.5604</w:t>
            </w:r>
          </w:p>
        </w:tc>
        <w:tc>
          <w:tcPr>
            <w:tcW w:w="1156" w:type="dxa"/>
          </w:tcPr>
          <w:p w14:paraId="50B52BBD" w14:textId="77777777" w:rsidR="00540B47" w:rsidRDefault="00A32617">
            <w:r>
              <w:rPr>
                <w:sz w:val="18"/>
              </w:rPr>
              <w:t>2025-11-10</w:t>
            </w:r>
          </w:p>
        </w:tc>
        <w:tc>
          <w:tcPr>
            <w:tcW w:w="727" w:type="dxa"/>
          </w:tcPr>
          <w:p w14:paraId="515BE1E7" w14:textId="77777777" w:rsidR="00540B47" w:rsidRDefault="00A32617">
            <w:r>
              <w:rPr>
                <w:sz w:val="18"/>
              </w:rPr>
              <w:t>08:20</w:t>
            </w:r>
          </w:p>
        </w:tc>
        <w:tc>
          <w:tcPr>
            <w:tcW w:w="1561" w:type="dxa"/>
          </w:tcPr>
          <w:p w14:paraId="4CF63881" w14:textId="77777777" w:rsidR="00540B47" w:rsidRDefault="00A32617">
            <w:r>
              <w:rPr>
                <w:sz w:val="18"/>
              </w:rPr>
              <w:t>Pablo L. Tubaro</w:t>
            </w:r>
          </w:p>
        </w:tc>
      </w:tr>
      <w:tr w:rsidR="00540B47" w14:paraId="4AEA76B7" w14:textId="77777777" w:rsidTr="00DD565D">
        <w:tc>
          <w:tcPr>
            <w:tcW w:w="942" w:type="dxa"/>
          </w:tcPr>
          <w:p w14:paraId="3895E1BA" w14:textId="77777777" w:rsidR="00540B47" w:rsidRDefault="00A32617">
            <w:r>
              <w:rPr>
                <w:sz w:val="18"/>
              </w:rPr>
              <w:t>3691.1</w:t>
            </w:r>
          </w:p>
        </w:tc>
        <w:tc>
          <w:tcPr>
            <w:tcW w:w="1156" w:type="dxa"/>
          </w:tcPr>
          <w:p w14:paraId="69017D86" w14:textId="77777777" w:rsidR="00540B47" w:rsidRDefault="00A32617">
            <w:r>
              <w:rPr>
                <w:sz w:val="18"/>
              </w:rPr>
              <w:t>MACN</w:t>
            </w:r>
          </w:p>
        </w:tc>
        <w:tc>
          <w:tcPr>
            <w:tcW w:w="1126" w:type="dxa"/>
          </w:tcPr>
          <w:p w14:paraId="79397F87" w14:textId="77777777" w:rsidR="00540B47" w:rsidRDefault="00A32617">
            <w:r>
              <w:rPr>
                <w:i/>
                <w:sz w:val="18"/>
              </w:rPr>
              <w:t>Z. capensis</w:t>
            </w:r>
          </w:p>
        </w:tc>
        <w:tc>
          <w:tcPr>
            <w:tcW w:w="977" w:type="dxa"/>
          </w:tcPr>
          <w:p w14:paraId="2DDE55EE" w14:textId="77777777" w:rsidR="00540B47" w:rsidRDefault="00A32617">
            <w:r>
              <w:rPr>
                <w:sz w:val="18"/>
              </w:rPr>
              <w:t>-50.0312</w:t>
            </w:r>
          </w:p>
        </w:tc>
        <w:tc>
          <w:tcPr>
            <w:tcW w:w="1107" w:type="dxa"/>
          </w:tcPr>
          <w:p w14:paraId="459356EA" w14:textId="77777777" w:rsidR="00540B47" w:rsidRDefault="00A32617">
            <w:r>
              <w:rPr>
                <w:sz w:val="18"/>
              </w:rPr>
              <w:t>-68.5531</w:t>
            </w:r>
          </w:p>
        </w:tc>
        <w:tc>
          <w:tcPr>
            <w:tcW w:w="1156" w:type="dxa"/>
          </w:tcPr>
          <w:p w14:paraId="407A257A" w14:textId="77777777" w:rsidR="00540B47" w:rsidRDefault="00A32617">
            <w:r>
              <w:rPr>
                <w:sz w:val="18"/>
              </w:rPr>
              <w:t>2025-11-10</w:t>
            </w:r>
          </w:p>
        </w:tc>
        <w:tc>
          <w:tcPr>
            <w:tcW w:w="727" w:type="dxa"/>
          </w:tcPr>
          <w:p w14:paraId="28FC8453" w14:textId="77777777" w:rsidR="00540B47" w:rsidRDefault="00A32617">
            <w:r>
              <w:rPr>
                <w:sz w:val="18"/>
              </w:rPr>
              <w:t>08:24</w:t>
            </w:r>
          </w:p>
        </w:tc>
        <w:tc>
          <w:tcPr>
            <w:tcW w:w="1561" w:type="dxa"/>
          </w:tcPr>
          <w:p w14:paraId="7A6D372B" w14:textId="77777777" w:rsidR="00540B47" w:rsidRDefault="00A32617">
            <w:r>
              <w:rPr>
                <w:sz w:val="18"/>
              </w:rPr>
              <w:t>Pablo L. Tubaro</w:t>
            </w:r>
          </w:p>
        </w:tc>
      </w:tr>
      <w:tr w:rsidR="00540B47" w14:paraId="4F361441" w14:textId="77777777" w:rsidTr="00DD565D">
        <w:tc>
          <w:tcPr>
            <w:tcW w:w="942" w:type="dxa"/>
          </w:tcPr>
          <w:p w14:paraId="1FD91B55" w14:textId="77777777" w:rsidR="00540B47" w:rsidRDefault="00A32617">
            <w:r>
              <w:rPr>
                <w:sz w:val="18"/>
              </w:rPr>
              <w:t>3691.2</w:t>
            </w:r>
          </w:p>
        </w:tc>
        <w:tc>
          <w:tcPr>
            <w:tcW w:w="1156" w:type="dxa"/>
          </w:tcPr>
          <w:p w14:paraId="66FA3EFA" w14:textId="77777777" w:rsidR="00540B47" w:rsidRDefault="00A32617">
            <w:r>
              <w:rPr>
                <w:sz w:val="18"/>
              </w:rPr>
              <w:t>MACN</w:t>
            </w:r>
          </w:p>
        </w:tc>
        <w:tc>
          <w:tcPr>
            <w:tcW w:w="1126" w:type="dxa"/>
          </w:tcPr>
          <w:p w14:paraId="294EF861" w14:textId="77777777" w:rsidR="00540B47" w:rsidRDefault="00A32617">
            <w:r>
              <w:rPr>
                <w:i/>
                <w:sz w:val="18"/>
              </w:rPr>
              <w:t>Z. capensis</w:t>
            </w:r>
          </w:p>
        </w:tc>
        <w:tc>
          <w:tcPr>
            <w:tcW w:w="977" w:type="dxa"/>
          </w:tcPr>
          <w:p w14:paraId="559B68DE" w14:textId="77777777" w:rsidR="00540B47" w:rsidRDefault="00A32617">
            <w:r>
              <w:rPr>
                <w:sz w:val="18"/>
              </w:rPr>
              <w:t>-50.0312</w:t>
            </w:r>
          </w:p>
        </w:tc>
        <w:tc>
          <w:tcPr>
            <w:tcW w:w="1107" w:type="dxa"/>
          </w:tcPr>
          <w:p w14:paraId="4612FF5D" w14:textId="77777777" w:rsidR="00540B47" w:rsidRDefault="00A32617">
            <w:r>
              <w:rPr>
                <w:sz w:val="18"/>
              </w:rPr>
              <w:t>-68.5531</w:t>
            </w:r>
          </w:p>
        </w:tc>
        <w:tc>
          <w:tcPr>
            <w:tcW w:w="1156" w:type="dxa"/>
          </w:tcPr>
          <w:p w14:paraId="61DB7025" w14:textId="77777777" w:rsidR="00540B47" w:rsidRDefault="00A32617">
            <w:r>
              <w:rPr>
                <w:sz w:val="18"/>
              </w:rPr>
              <w:t>2025-11-10</w:t>
            </w:r>
          </w:p>
        </w:tc>
        <w:tc>
          <w:tcPr>
            <w:tcW w:w="727" w:type="dxa"/>
          </w:tcPr>
          <w:p w14:paraId="3A6A21B8" w14:textId="77777777" w:rsidR="00540B47" w:rsidRDefault="00A32617">
            <w:r>
              <w:rPr>
                <w:sz w:val="18"/>
              </w:rPr>
              <w:t>08:24</w:t>
            </w:r>
          </w:p>
        </w:tc>
        <w:tc>
          <w:tcPr>
            <w:tcW w:w="1561" w:type="dxa"/>
          </w:tcPr>
          <w:p w14:paraId="149C675D" w14:textId="77777777" w:rsidR="00540B47" w:rsidRDefault="00A32617">
            <w:r>
              <w:rPr>
                <w:sz w:val="18"/>
              </w:rPr>
              <w:t>Pablo L. Tubaro</w:t>
            </w:r>
          </w:p>
        </w:tc>
      </w:tr>
      <w:tr w:rsidR="00540B47" w14:paraId="62CBF96C" w14:textId="77777777" w:rsidTr="00DD565D">
        <w:tc>
          <w:tcPr>
            <w:tcW w:w="942" w:type="dxa"/>
          </w:tcPr>
          <w:p w14:paraId="68B3E7AA" w14:textId="77777777" w:rsidR="00540B47" w:rsidRDefault="00A32617">
            <w:r>
              <w:rPr>
                <w:sz w:val="18"/>
              </w:rPr>
              <w:t>3692</w:t>
            </w:r>
          </w:p>
        </w:tc>
        <w:tc>
          <w:tcPr>
            <w:tcW w:w="1156" w:type="dxa"/>
          </w:tcPr>
          <w:p w14:paraId="58CB4DBB" w14:textId="77777777" w:rsidR="00540B47" w:rsidRDefault="00A32617">
            <w:r>
              <w:rPr>
                <w:sz w:val="18"/>
              </w:rPr>
              <w:t>MACN</w:t>
            </w:r>
          </w:p>
        </w:tc>
        <w:tc>
          <w:tcPr>
            <w:tcW w:w="1126" w:type="dxa"/>
          </w:tcPr>
          <w:p w14:paraId="0A71EB22" w14:textId="77777777" w:rsidR="00540B47" w:rsidRDefault="00A32617">
            <w:r>
              <w:rPr>
                <w:i/>
                <w:sz w:val="18"/>
              </w:rPr>
              <w:t>Z. capensis</w:t>
            </w:r>
          </w:p>
        </w:tc>
        <w:tc>
          <w:tcPr>
            <w:tcW w:w="977" w:type="dxa"/>
          </w:tcPr>
          <w:p w14:paraId="4F5635EB" w14:textId="77777777" w:rsidR="00540B47" w:rsidRDefault="00A32617">
            <w:r>
              <w:rPr>
                <w:sz w:val="18"/>
              </w:rPr>
              <w:t>-50.0309</w:t>
            </w:r>
          </w:p>
        </w:tc>
        <w:tc>
          <w:tcPr>
            <w:tcW w:w="1107" w:type="dxa"/>
          </w:tcPr>
          <w:p w14:paraId="395F458C" w14:textId="77777777" w:rsidR="00540B47" w:rsidRDefault="00A32617">
            <w:r>
              <w:rPr>
                <w:sz w:val="18"/>
              </w:rPr>
              <w:t>-68.5486</w:t>
            </w:r>
          </w:p>
        </w:tc>
        <w:tc>
          <w:tcPr>
            <w:tcW w:w="1156" w:type="dxa"/>
          </w:tcPr>
          <w:p w14:paraId="16FBE926" w14:textId="77777777" w:rsidR="00540B47" w:rsidRDefault="00A32617">
            <w:r>
              <w:rPr>
                <w:sz w:val="18"/>
              </w:rPr>
              <w:t>2025-11-10</w:t>
            </w:r>
          </w:p>
        </w:tc>
        <w:tc>
          <w:tcPr>
            <w:tcW w:w="727" w:type="dxa"/>
          </w:tcPr>
          <w:p w14:paraId="592C0FC0" w14:textId="77777777" w:rsidR="00540B47" w:rsidRDefault="00A32617">
            <w:r>
              <w:rPr>
                <w:sz w:val="18"/>
              </w:rPr>
              <w:t>08:32</w:t>
            </w:r>
          </w:p>
        </w:tc>
        <w:tc>
          <w:tcPr>
            <w:tcW w:w="1561" w:type="dxa"/>
          </w:tcPr>
          <w:p w14:paraId="0A651464" w14:textId="77777777" w:rsidR="00540B47" w:rsidRDefault="00A32617">
            <w:r>
              <w:rPr>
                <w:sz w:val="18"/>
              </w:rPr>
              <w:t>Pablo L. Tubaro</w:t>
            </w:r>
          </w:p>
        </w:tc>
      </w:tr>
      <w:tr w:rsidR="00540B47" w14:paraId="3B81E81F" w14:textId="77777777" w:rsidTr="00DD565D">
        <w:tc>
          <w:tcPr>
            <w:tcW w:w="942" w:type="dxa"/>
          </w:tcPr>
          <w:p w14:paraId="462C8DCF" w14:textId="77777777" w:rsidR="00540B47" w:rsidRDefault="00A32617">
            <w:r>
              <w:rPr>
                <w:sz w:val="18"/>
              </w:rPr>
              <w:t>3693</w:t>
            </w:r>
          </w:p>
        </w:tc>
        <w:tc>
          <w:tcPr>
            <w:tcW w:w="1156" w:type="dxa"/>
          </w:tcPr>
          <w:p w14:paraId="3649156B" w14:textId="77777777" w:rsidR="00540B47" w:rsidRDefault="00A32617">
            <w:r>
              <w:rPr>
                <w:sz w:val="18"/>
              </w:rPr>
              <w:t>MACN</w:t>
            </w:r>
          </w:p>
        </w:tc>
        <w:tc>
          <w:tcPr>
            <w:tcW w:w="1126" w:type="dxa"/>
          </w:tcPr>
          <w:p w14:paraId="2CC76DD5" w14:textId="77777777" w:rsidR="00540B47" w:rsidRDefault="00A32617">
            <w:r>
              <w:rPr>
                <w:i/>
                <w:sz w:val="18"/>
              </w:rPr>
              <w:t>Z. capensis</w:t>
            </w:r>
          </w:p>
        </w:tc>
        <w:tc>
          <w:tcPr>
            <w:tcW w:w="977" w:type="dxa"/>
          </w:tcPr>
          <w:p w14:paraId="79CD548D" w14:textId="77777777" w:rsidR="00540B47" w:rsidRDefault="00A32617">
            <w:r>
              <w:rPr>
                <w:sz w:val="18"/>
              </w:rPr>
              <w:t>-50.0388</w:t>
            </w:r>
          </w:p>
        </w:tc>
        <w:tc>
          <w:tcPr>
            <w:tcW w:w="1107" w:type="dxa"/>
          </w:tcPr>
          <w:p w14:paraId="55318CB3" w14:textId="77777777" w:rsidR="00540B47" w:rsidRDefault="00A32617">
            <w:r>
              <w:rPr>
                <w:sz w:val="18"/>
              </w:rPr>
              <w:t>-68.5251</w:t>
            </w:r>
          </w:p>
        </w:tc>
        <w:tc>
          <w:tcPr>
            <w:tcW w:w="1156" w:type="dxa"/>
          </w:tcPr>
          <w:p w14:paraId="68EF8305" w14:textId="77777777" w:rsidR="00540B47" w:rsidRDefault="00A32617">
            <w:r>
              <w:rPr>
                <w:sz w:val="18"/>
              </w:rPr>
              <w:t>2025-11-10</w:t>
            </w:r>
          </w:p>
        </w:tc>
        <w:tc>
          <w:tcPr>
            <w:tcW w:w="727" w:type="dxa"/>
          </w:tcPr>
          <w:p w14:paraId="47824868" w14:textId="77777777" w:rsidR="00540B47" w:rsidRDefault="00A32617">
            <w:r>
              <w:rPr>
                <w:sz w:val="18"/>
              </w:rPr>
              <w:t>08:40</w:t>
            </w:r>
          </w:p>
        </w:tc>
        <w:tc>
          <w:tcPr>
            <w:tcW w:w="1561" w:type="dxa"/>
          </w:tcPr>
          <w:p w14:paraId="6C20A5B4" w14:textId="77777777" w:rsidR="00540B47" w:rsidRDefault="00A32617">
            <w:r>
              <w:rPr>
                <w:sz w:val="18"/>
              </w:rPr>
              <w:t>Pablo L. Tubaro</w:t>
            </w:r>
          </w:p>
        </w:tc>
      </w:tr>
      <w:tr w:rsidR="00540B47" w14:paraId="2266CD15" w14:textId="77777777" w:rsidTr="00DD565D">
        <w:tc>
          <w:tcPr>
            <w:tcW w:w="942" w:type="dxa"/>
          </w:tcPr>
          <w:p w14:paraId="01B2BF50" w14:textId="77777777" w:rsidR="00540B47" w:rsidRDefault="00A32617">
            <w:r>
              <w:rPr>
                <w:sz w:val="18"/>
              </w:rPr>
              <w:t>3694</w:t>
            </w:r>
          </w:p>
        </w:tc>
        <w:tc>
          <w:tcPr>
            <w:tcW w:w="1156" w:type="dxa"/>
          </w:tcPr>
          <w:p w14:paraId="41620F91" w14:textId="77777777" w:rsidR="00540B47" w:rsidRDefault="00A32617">
            <w:r>
              <w:rPr>
                <w:sz w:val="18"/>
              </w:rPr>
              <w:t>MACN</w:t>
            </w:r>
          </w:p>
        </w:tc>
        <w:tc>
          <w:tcPr>
            <w:tcW w:w="1126" w:type="dxa"/>
          </w:tcPr>
          <w:p w14:paraId="69FC0DA9" w14:textId="77777777" w:rsidR="00540B47" w:rsidRDefault="00A32617">
            <w:r>
              <w:rPr>
                <w:i/>
                <w:sz w:val="18"/>
              </w:rPr>
              <w:t>Z. capensis</w:t>
            </w:r>
          </w:p>
        </w:tc>
        <w:tc>
          <w:tcPr>
            <w:tcW w:w="977" w:type="dxa"/>
          </w:tcPr>
          <w:p w14:paraId="05A4F107" w14:textId="77777777" w:rsidR="00540B47" w:rsidRDefault="00A32617">
            <w:r>
              <w:rPr>
                <w:sz w:val="18"/>
              </w:rPr>
              <w:t>-50.0388</w:t>
            </w:r>
          </w:p>
        </w:tc>
        <w:tc>
          <w:tcPr>
            <w:tcW w:w="1107" w:type="dxa"/>
          </w:tcPr>
          <w:p w14:paraId="23BF4AD9" w14:textId="77777777" w:rsidR="00540B47" w:rsidRDefault="00A32617">
            <w:r>
              <w:rPr>
                <w:sz w:val="18"/>
              </w:rPr>
              <w:t>-68.5251</w:t>
            </w:r>
          </w:p>
        </w:tc>
        <w:tc>
          <w:tcPr>
            <w:tcW w:w="1156" w:type="dxa"/>
          </w:tcPr>
          <w:p w14:paraId="7CA72E3C" w14:textId="77777777" w:rsidR="00540B47" w:rsidRDefault="00A32617">
            <w:r>
              <w:rPr>
                <w:sz w:val="18"/>
              </w:rPr>
              <w:t>2025-11-10</w:t>
            </w:r>
          </w:p>
        </w:tc>
        <w:tc>
          <w:tcPr>
            <w:tcW w:w="727" w:type="dxa"/>
          </w:tcPr>
          <w:p w14:paraId="34A5B7F9" w14:textId="77777777" w:rsidR="00540B47" w:rsidRDefault="00A32617">
            <w:r>
              <w:rPr>
                <w:sz w:val="18"/>
              </w:rPr>
              <w:t>08:43</w:t>
            </w:r>
          </w:p>
        </w:tc>
        <w:tc>
          <w:tcPr>
            <w:tcW w:w="1561" w:type="dxa"/>
          </w:tcPr>
          <w:p w14:paraId="548F8ED1" w14:textId="77777777" w:rsidR="00540B47" w:rsidRDefault="00A32617">
            <w:r>
              <w:rPr>
                <w:sz w:val="18"/>
              </w:rPr>
              <w:t>Pablo L. Tubaro</w:t>
            </w:r>
          </w:p>
        </w:tc>
      </w:tr>
      <w:tr w:rsidR="00540B47" w14:paraId="71B53D71" w14:textId="77777777" w:rsidTr="00DD565D">
        <w:tc>
          <w:tcPr>
            <w:tcW w:w="942" w:type="dxa"/>
          </w:tcPr>
          <w:p w14:paraId="5CD65A58" w14:textId="77777777" w:rsidR="00540B47" w:rsidRDefault="00A32617">
            <w:r>
              <w:rPr>
                <w:sz w:val="18"/>
              </w:rPr>
              <w:t>3695</w:t>
            </w:r>
          </w:p>
        </w:tc>
        <w:tc>
          <w:tcPr>
            <w:tcW w:w="1156" w:type="dxa"/>
          </w:tcPr>
          <w:p w14:paraId="2654D942" w14:textId="77777777" w:rsidR="00540B47" w:rsidRDefault="00A32617">
            <w:r>
              <w:rPr>
                <w:sz w:val="18"/>
              </w:rPr>
              <w:t>MACN</w:t>
            </w:r>
          </w:p>
        </w:tc>
        <w:tc>
          <w:tcPr>
            <w:tcW w:w="1126" w:type="dxa"/>
          </w:tcPr>
          <w:p w14:paraId="201F730C" w14:textId="77777777" w:rsidR="00540B47" w:rsidRDefault="00A32617">
            <w:r>
              <w:rPr>
                <w:i/>
                <w:sz w:val="18"/>
              </w:rPr>
              <w:t>Z. capensis</w:t>
            </w:r>
          </w:p>
        </w:tc>
        <w:tc>
          <w:tcPr>
            <w:tcW w:w="977" w:type="dxa"/>
          </w:tcPr>
          <w:p w14:paraId="718D646E" w14:textId="77777777" w:rsidR="00540B47" w:rsidRDefault="00A32617">
            <w:r>
              <w:rPr>
                <w:sz w:val="18"/>
              </w:rPr>
              <w:t>-50.0696</w:t>
            </w:r>
          </w:p>
        </w:tc>
        <w:tc>
          <w:tcPr>
            <w:tcW w:w="1107" w:type="dxa"/>
          </w:tcPr>
          <w:p w14:paraId="5852BE54" w14:textId="77777777" w:rsidR="00540B47" w:rsidRDefault="00A32617">
            <w:r>
              <w:rPr>
                <w:sz w:val="18"/>
              </w:rPr>
              <w:t>-68.5137</w:t>
            </w:r>
          </w:p>
        </w:tc>
        <w:tc>
          <w:tcPr>
            <w:tcW w:w="1156" w:type="dxa"/>
          </w:tcPr>
          <w:p w14:paraId="795C8BC8" w14:textId="77777777" w:rsidR="00540B47" w:rsidRDefault="00A32617">
            <w:r>
              <w:rPr>
                <w:sz w:val="18"/>
              </w:rPr>
              <w:t>2025-11-10</w:t>
            </w:r>
          </w:p>
        </w:tc>
        <w:tc>
          <w:tcPr>
            <w:tcW w:w="727" w:type="dxa"/>
          </w:tcPr>
          <w:p w14:paraId="6E6B6DBE" w14:textId="77777777" w:rsidR="00540B47" w:rsidRDefault="00A32617">
            <w:r>
              <w:rPr>
                <w:sz w:val="18"/>
              </w:rPr>
              <w:t>08:48</w:t>
            </w:r>
          </w:p>
        </w:tc>
        <w:tc>
          <w:tcPr>
            <w:tcW w:w="1561" w:type="dxa"/>
          </w:tcPr>
          <w:p w14:paraId="2A5DF60E" w14:textId="77777777" w:rsidR="00540B47" w:rsidRDefault="00A32617">
            <w:r>
              <w:rPr>
                <w:sz w:val="18"/>
              </w:rPr>
              <w:t>Pablo L. Tubaro</w:t>
            </w:r>
          </w:p>
        </w:tc>
      </w:tr>
      <w:tr w:rsidR="00540B47" w14:paraId="76992E57" w14:textId="77777777" w:rsidTr="00DD565D">
        <w:tc>
          <w:tcPr>
            <w:tcW w:w="942" w:type="dxa"/>
          </w:tcPr>
          <w:p w14:paraId="51030765" w14:textId="77777777" w:rsidR="00540B47" w:rsidRDefault="00A32617">
            <w:r>
              <w:rPr>
                <w:sz w:val="18"/>
              </w:rPr>
              <w:t>3696</w:t>
            </w:r>
          </w:p>
        </w:tc>
        <w:tc>
          <w:tcPr>
            <w:tcW w:w="1156" w:type="dxa"/>
          </w:tcPr>
          <w:p w14:paraId="7C3F8488" w14:textId="77777777" w:rsidR="00540B47" w:rsidRDefault="00A32617">
            <w:r>
              <w:rPr>
                <w:sz w:val="18"/>
              </w:rPr>
              <w:t>MACN</w:t>
            </w:r>
          </w:p>
        </w:tc>
        <w:tc>
          <w:tcPr>
            <w:tcW w:w="1126" w:type="dxa"/>
          </w:tcPr>
          <w:p w14:paraId="2BCC4341" w14:textId="77777777" w:rsidR="00540B47" w:rsidRDefault="00A32617">
            <w:r>
              <w:rPr>
                <w:i/>
                <w:sz w:val="18"/>
              </w:rPr>
              <w:t>Z. capensis</w:t>
            </w:r>
          </w:p>
        </w:tc>
        <w:tc>
          <w:tcPr>
            <w:tcW w:w="977" w:type="dxa"/>
          </w:tcPr>
          <w:p w14:paraId="563CD32D" w14:textId="77777777" w:rsidR="00540B47" w:rsidRDefault="00A32617">
            <w:r>
              <w:rPr>
                <w:sz w:val="18"/>
              </w:rPr>
              <w:t>-50.0705</w:t>
            </w:r>
          </w:p>
        </w:tc>
        <w:tc>
          <w:tcPr>
            <w:tcW w:w="1107" w:type="dxa"/>
          </w:tcPr>
          <w:p w14:paraId="767E58E2" w14:textId="77777777" w:rsidR="00540B47" w:rsidRDefault="00A32617">
            <w:r>
              <w:rPr>
                <w:sz w:val="18"/>
              </w:rPr>
              <w:t>-68.5127</w:t>
            </w:r>
          </w:p>
        </w:tc>
        <w:tc>
          <w:tcPr>
            <w:tcW w:w="1156" w:type="dxa"/>
          </w:tcPr>
          <w:p w14:paraId="6824D9C0" w14:textId="77777777" w:rsidR="00540B47" w:rsidRDefault="00A32617">
            <w:r>
              <w:rPr>
                <w:sz w:val="18"/>
              </w:rPr>
              <w:t>2025-11-10</w:t>
            </w:r>
          </w:p>
        </w:tc>
        <w:tc>
          <w:tcPr>
            <w:tcW w:w="727" w:type="dxa"/>
          </w:tcPr>
          <w:p w14:paraId="68C27A22" w14:textId="77777777" w:rsidR="00540B47" w:rsidRDefault="00A32617">
            <w:r>
              <w:rPr>
                <w:sz w:val="18"/>
              </w:rPr>
              <w:t>08:54</w:t>
            </w:r>
          </w:p>
        </w:tc>
        <w:tc>
          <w:tcPr>
            <w:tcW w:w="1561" w:type="dxa"/>
          </w:tcPr>
          <w:p w14:paraId="07D44CF6" w14:textId="77777777" w:rsidR="00540B47" w:rsidRDefault="00A32617">
            <w:r>
              <w:rPr>
                <w:sz w:val="18"/>
              </w:rPr>
              <w:t>Pablo L. Tubaro</w:t>
            </w:r>
          </w:p>
        </w:tc>
      </w:tr>
      <w:tr w:rsidR="00540B47" w14:paraId="0F318DA8" w14:textId="77777777" w:rsidTr="00DD565D">
        <w:tc>
          <w:tcPr>
            <w:tcW w:w="942" w:type="dxa"/>
          </w:tcPr>
          <w:p w14:paraId="6D93A98D" w14:textId="77777777" w:rsidR="00540B47" w:rsidRDefault="00A32617">
            <w:r>
              <w:rPr>
                <w:sz w:val="18"/>
              </w:rPr>
              <w:t>3697</w:t>
            </w:r>
          </w:p>
        </w:tc>
        <w:tc>
          <w:tcPr>
            <w:tcW w:w="1156" w:type="dxa"/>
          </w:tcPr>
          <w:p w14:paraId="54DC806E" w14:textId="77777777" w:rsidR="00540B47" w:rsidRDefault="00A32617">
            <w:r>
              <w:rPr>
                <w:sz w:val="18"/>
              </w:rPr>
              <w:t>MACN</w:t>
            </w:r>
          </w:p>
        </w:tc>
        <w:tc>
          <w:tcPr>
            <w:tcW w:w="1126" w:type="dxa"/>
          </w:tcPr>
          <w:p w14:paraId="2A37DFB1" w14:textId="77777777" w:rsidR="00540B47" w:rsidRDefault="00A32617">
            <w:r>
              <w:rPr>
                <w:i/>
                <w:sz w:val="18"/>
              </w:rPr>
              <w:t>Z. capensis</w:t>
            </w:r>
          </w:p>
        </w:tc>
        <w:tc>
          <w:tcPr>
            <w:tcW w:w="977" w:type="dxa"/>
          </w:tcPr>
          <w:p w14:paraId="3C8D5A13" w14:textId="77777777" w:rsidR="00540B47" w:rsidRDefault="00A32617">
            <w:r>
              <w:rPr>
                <w:sz w:val="18"/>
              </w:rPr>
              <w:t>-50.0717</w:t>
            </w:r>
          </w:p>
        </w:tc>
        <w:tc>
          <w:tcPr>
            <w:tcW w:w="1107" w:type="dxa"/>
          </w:tcPr>
          <w:p w14:paraId="15C55D67" w14:textId="77777777" w:rsidR="00540B47" w:rsidRDefault="00A32617">
            <w:r>
              <w:rPr>
                <w:sz w:val="18"/>
              </w:rPr>
              <w:t>-68.5115</w:t>
            </w:r>
          </w:p>
        </w:tc>
        <w:tc>
          <w:tcPr>
            <w:tcW w:w="1156" w:type="dxa"/>
          </w:tcPr>
          <w:p w14:paraId="4F9CEB5E" w14:textId="77777777" w:rsidR="00540B47" w:rsidRDefault="00A32617">
            <w:r>
              <w:rPr>
                <w:sz w:val="18"/>
              </w:rPr>
              <w:t>2025-11-10</w:t>
            </w:r>
          </w:p>
        </w:tc>
        <w:tc>
          <w:tcPr>
            <w:tcW w:w="727" w:type="dxa"/>
          </w:tcPr>
          <w:p w14:paraId="51FE62C5" w14:textId="77777777" w:rsidR="00540B47" w:rsidRDefault="00A32617">
            <w:r>
              <w:rPr>
                <w:sz w:val="18"/>
              </w:rPr>
              <w:t>09:00</w:t>
            </w:r>
          </w:p>
        </w:tc>
        <w:tc>
          <w:tcPr>
            <w:tcW w:w="1561" w:type="dxa"/>
          </w:tcPr>
          <w:p w14:paraId="271FEF71" w14:textId="77777777" w:rsidR="00540B47" w:rsidRDefault="00A32617">
            <w:r>
              <w:rPr>
                <w:sz w:val="18"/>
              </w:rPr>
              <w:t>Pablo L. Tubaro</w:t>
            </w:r>
          </w:p>
        </w:tc>
      </w:tr>
      <w:tr w:rsidR="00540B47" w14:paraId="4DA5D0D4" w14:textId="77777777" w:rsidTr="00DD565D">
        <w:tc>
          <w:tcPr>
            <w:tcW w:w="942" w:type="dxa"/>
          </w:tcPr>
          <w:p w14:paraId="7B142412" w14:textId="77777777" w:rsidR="00540B47" w:rsidRDefault="00A32617">
            <w:r>
              <w:rPr>
                <w:sz w:val="18"/>
              </w:rPr>
              <w:t>3698</w:t>
            </w:r>
          </w:p>
        </w:tc>
        <w:tc>
          <w:tcPr>
            <w:tcW w:w="1156" w:type="dxa"/>
          </w:tcPr>
          <w:p w14:paraId="4EB8AFAA" w14:textId="77777777" w:rsidR="00540B47" w:rsidRDefault="00A32617">
            <w:r>
              <w:rPr>
                <w:sz w:val="18"/>
              </w:rPr>
              <w:t>MACN</w:t>
            </w:r>
          </w:p>
        </w:tc>
        <w:tc>
          <w:tcPr>
            <w:tcW w:w="1126" w:type="dxa"/>
          </w:tcPr>
          <w:p w14:paraId="1E37E09B" w14:textId="77777777" w:rsidR="00540B47" w:rsidRDefault="00A32617">
            <w:r>
              <w:rPr>
                <w:i/>
                <w:sz w:val="18"/>
              </w:rPr>
              <w:t>Z. capensis</w:t>
            </w:r>
          </w:p>
        </w:tc>
        <w:tc>
          <w:tcPr>
            <w:tcW w:w="977" w:type="dxa"/>
          </w:tcPr>
          <w:p w14:paraId="60B05799" w14:textId="77777777" w:rsidR="00540B47" w:rsidRDefault="00A32617">
            <w:r>
              <w:rPr>
                <w:sz w:val="18"/>
              </w:rPr>
              <w:t>-50.1115</w:t>
            </w:r>
          </w:p>
        </w:tc>
        <w:tc>
          <w:tcPr>
            <w:tcW w:w="1107" w:type="dxa"/>
          </w:tcPr>
          <w:p w14:paraId="681D78BF" w14:textId="77777777" w:rsidR="00540B47" w:rsidRDefault="00A32617">
            <w:r>
              <w:rPr>
                <w:sz w:val="18"/>
              </w:rPr>
              <w:t>-68.4481</w:t>
            </w:r>
          </w:p>
        </w:tc>
        <w:tc>
          <w:tcPr>
            <w:tcW w:w="1156" w:type="dxa"/>
          </w:tcPr>
          <w:p w14:paraId="4DAE345E" w14:textId="77777777" w:rsidR="00540B47" w:rsidRDefault="00A32617">
            <w:r>
              <w:rPr>
                <w:sz w:val="18"/>
              </w:rPr>
              <w:t>2025-11-10</w:t>
            </w:r>
          </w:p>
        </w:tc>
        <w:tc>
          <w:tcPr>
            <w:tcW w:w="727" w:type="dxa"/>
          </w:tcPr>
          <w:p w14:paraId="2F1BD317" w14:textId="77777777" w:rsidR="00540B47" w:rsidRDefault="00A32617">
            <w:r>
              <w:rPr>
                <w:sz w:val="18"/>
              </w:rPr>
              <w:t>09:07</w:t>
            </w:r>
          </w:p>
        </w:tc>
        <w:tc>
          <w:tcPr>
            <w:tcW w:w="1561" w:type="dxa"/>
          </w:tcPr>
          <w:p w14:paraId="597DE422" w14:textId="77777777" w:rsidR="00540B47" w:rsidRDefault="00A32617">
            <w:r>
              <w:rPr>
                <w:sz w:val="18"/>
              </w:rPr>
              <w:t>Pablo L. Tubaro</w:t>
            </w:r>
          </w:p>
        </w:tc>
      </w:tr>
      <w:tr w:rsidR="00540B47" w14:paraId="76985E69" w14:textId="77777777" w:rsidTr="00DD565D">
        <w:tc>
          <w:tcPr>
            <w:tcW w:w="942" w:type="dxa"/>
          </w:tcPr>
          <w:p w14:paraId="6D49451B" w14:textId="77777777" w:rsidR="00540B47" w:rsidRDefault="00A32617">
            <w:r>
              <w:rPr>
                <w:sz w:val="18"/>
              </w:rPr>
              <w:t>3699</w:t>
            </w:r>
          </w:p>
        </w:tc>
        <w:tc>
          <w:tcPr>
            <w:tcW w:w="1156" w:type="dxa"/>
          </w:tcPr>
          <w:p w14:paraId="2EED12D2" w14:textId="77777777" w:rsidR="00540B47" w:rsidRDefault="00A32617">
            <w:r>
              <w:rPr>
                <w:sz w:val="18"/>
              </w:rPr>
              <w:t>MACN</w:t>
            </w:r>
          </w:p>
        </w:tc>
        <w:tc>
          <w:tcPr>
            <w:tcW w:w="1126" w:type="dxa"/>
          </w:tcPr>
          <w:p w14:paraId="57F7DF6C" w14:textId="77777777" w:rsidR="00540B47" w:rsidRDefault="00A32617">
            <w:r>
              <w:rPr>
                <w:i/>
                <w:sz w:val="18"/>
              </w:rPr>
              <w:t>Z. capensis</w:t>
            </w:r>
          </w:p>
        </w:tc>
        <w:tc>
          <w:tcPr>
            <w:tcW w:w="977" w:type="dxa"/>
          </w:tcPr>
          <w:p w14:paraId="5B4329F8" w14:textId="77777777" w:rsidR="00540B47" w:rsidRDefault="00A32617">
            <w:r>
              <w:rPr>
                <w:sz w:val="18"/>
              </w:rPr>
              <w:t>-50.1115</w:t>
            </w:r>
          </w:p>
        </w:tc>
        <w:tc>
          <w:tcPr>
            <w:tcW w:w="1107" w:type="dxa"/>
          </w:tcPr>
          <w:p w14:paraId="3AADF2F9" w14:textId="77777777" w:rsidR="00540B47" w:rsidRDefault="00A32617">
            <w:r>
              <w:rPr>
                <w:sz w:val="18"/>
              </w:rPr>
              <w:t>-68.4481</w:t>
            </w:r>
          </w:p>
        </w:tc>
        <w:tc>
          <w:tcPr>
            <w:tcW w:w="1156" w:type="dxa"/>
          </w:tcPr>
          <w:p w14:paraId="3E4F192B" w14:textId="77777777" w:rsidR="00540B47" w:rsidRDefault="00A32617">
            <w:r>
              <w:rPr>
                <w:sz w:val="18"/>
              </w:rPr>
              <w:t>2025-11-10</w:t>
            </w:r>
          </w:p>
        </w:tc>
        <w:tc>
          <w:tcPr>
            <w:tcW w:w="727" w:type="dxa"/>
          </w:tcPr>
          <w:p w14:paraId="7B8550DF" w14:textId="77777777" w:rsidR="00540B47" w:rsidRDefault="00A32617">
            <w:r>
              <w:rPr>
                <w:sz w:val="18"/>
              </w:rPr>
              <w:t>09:11</w:t>
            </w:r>
          </w:p>
        </w:tc>
        <w:tc>
          <w:tcPr>
            <w:tcW w:w="1561" w:type="dxa"/>
          </w:tcPr>
          <w:p w14:paraId="447C7B70" w14:textId="77777777" w:rsidR="00540B47" w:rsidRDefault="00A32617">
            <w:r>
              <w:rPr>
                <w:sz w:val="18"/>
              </w:rPr>
              <w:t>Pablo L. Tubaro</w:t>
            </w:r>
          </w:p>
        </w:tc>
      </w:tr>
      <w:tr w:rsidR="00540B47" w14:paraId="7A8C8D18" w14:textId="77777777" w:rsidTr="00DD565D">
        <w:tc>
          <w:tcPr>
            <w:tcW w:w="942" w:type="dxa"/>
          </w:tcPr>
          <w:p w14:paraId="4E6AE378" w14:textId="77777777" w:rsidR="00540B47" w:rsidRDefault="00A32617">
            <w:r>
              <w:rPr>
                <w:sz w:val="18"/>
              </w:rPr>
              <w:t>3700</w:t>
            </w:r>
          </w:p>
        </w:tc>
        <w:tc>
          <w:tcPr>
            <w:tcW w:w="1156" w:type="dxa"/>
          </w:tcPr>
          <w:p w14:paraId="75A56036" w14:textId="77777777" w:rsidR="00540B47" w:rsidRDefault="00A32617">
            <w:r>
              <w:rPr>
                <w:sz w:val="18"/>
              </w:rPr>
              <w:t>MACN</w:t>
            </w:r>
          </w:p>
        </w:tc>
        <w:tc>
          <w:tcPr>
            <w:tcW w:w="1126" w:type="dxa"/>
          </w:tcPr>
          <w:p w14:paraId="6468EDDA" w14:textId="77777777" w:rsidR="00540B47" w:rsidRDefault="00A32617">
            <w:r>
              <w:rPr>
                <w:i/>
                <w:sz w:val="18"/>
              </w:rPr>
              <w:t>Z. capensis</w:t>
            </w:r>
          </w:p>
        </w:tc>
        <w:tc>
          <w:tcPr>
            <w:tcW w:w="977" w:type="dxa"/>
          </w:tcPr>
          <w:p w14:paraId="2879B650" w14:textId="77777777" w:rsidR="00540B47" w:rsidRDefault="00A32617">
            <w:r>
              <w:rPr>
                <w:sz w:val="18"/>
              </w:rPr>
              <w:t>-50.1123</w:t>
            </w:r>
          </w:p>
        </w:tc>
        <w:tc>
          <w:tcPr>
            <w:tcW w:w="1107" w:type="dxa"/>
          </w:tcPr>
          <w:p w14:paraId="6053E70A" w14:textId="77777777" w:rsidR="00540B47" w:rsidRDefault="00A32617">
            <w:r>
              <w:rPr>
                <w:sz w:val="18"/>
              </w:rPr>
              <w:t>-68.4457</w:t>
            </w:r>
          </w:p>
        </w:tc>
        <w:tc>
          <w:tcPr>
            <w:tcW w:w="1156" w:type="dxa"/>
          </w:tcPr>
          <w:p w14:paraId="0DD34B85" w14:textId="77777777" w:rsidR="00540B47" w:rsidRDefault="00A32617">
            <w:r>
              <w:rPr>
                <w:sz w:val="18"/>
              </w:rPr>
              <w:t>2025-11-10</w:t>
            </w:r>
          </w:p>
        </w:tc>
        <w:tc>
          <w:tcPr>
            <w:tcW w:w="727" w:type="dxa"/>
          </w:tcPr>
          <w:p w14:paraId="7E04DB78" w14:textId="77777777" w:rsidR="00540B47" w:rsidRDefault="00A32617">
            <w:r>
              <w:rPr>
                <w:sz w:val="18"/>
              </w:rPr>
              <w:t>09:12</w:t>
            </w:r>
          </w:p>
        </w:tc>
        <w:tc>
          <w:tcPr>
            <w:tcW w:w="1561" w:type="dxa"/>
          </w:tcPr>
          <w:p w14:paraId="1B64869A" w14:textId="77777777" w:rsidR="00540B47" w:rsidRDefault="00A32617">
            <w:r>
              <w:rPr>
                <w:sz w:val="18"/>
              </w:rPr>
              <w:t>Pablo L. Tubaro</w:t>
            </w:r>
          </w:p>
        </w:tc>
      </w:tr>
      <w:tr w:rsidR="00540B47" w14:paraId="67944AA4" w14:textId="77777777" w:rsidTr="00DD565D">
        <w:tc>
          <w:tcPr>
            <w:tcW w:w="942" w:type="dxa"/>
          </w:tcPr>
          <w:p w14:paraId="7D0DD909" w14:textId="77777777" w:rsidR="00540B47" w:rsidRDefault="00A32617">
            <w:r>
              <w:rPr>
                <w:sz w:val="18"/>
              </w:rPr>
              <w:t>3701</w:t>
            </w:r>
          </w:p>
        </w:tc>
        <w:tc>
          <w:tcPr>
            <w:tcW w:w="1156" w:type="dxa"/>
          </w:tcPr>
          <w:p w14:paraId="174C3046" w14:textId="77777777" w:rsidR="00540B47" w:rsidRDefault="00A32617">
            <w:r>
              <w:rPr>
                <w:sz w:val="18"/>
              </w:rPr>
              <w:t>MACN</w:t>
            </w:r>
          </w:p>
        </w:tc>
        <w:tc>
          <w:tcPr>
            <w:tcW w:w="1126" w:type="dxa"/>
          </w:tcPr>
          <w:p w14:paraId="60E4A699" w14:textId="77777777" w:rsidR="00540B47" w:rsidRDefault="00A32617">
            <w:r>
              <w:rPr>
                <w:i/>
                <w:sz w:val="18"/>
              </w:rPr>
              <w:t>Z. capensis</w:t>
            </w:r>
          </w:p>
        </w:tc>
        <w:tc>
          <w:tcPr>
            <w:tcW w:w="977" w:type="dxa"/>
          </w:tcPr>
          <w:p w14:paraId="3ED82C20" w14:textId="77777777" w:rsidR="00540B47" w:rsidRDefault="00A32617">
            <w:r>
              <w:rPr>
                <w:sz w:val="18"/>
              </w:rPr>
              <w:t>-50.1150</w:t>
            </w:r>
          </w:p>
        </w:tc>
        <w:tc>
          <w:tcPr>
            <w:tcW w:w="1107" w:type="dxa"/>
          </w:tcPr>
          <w:p w14:paraId="06219AB9" w14:textId="77777777" w:rsidR="00540B47" w:rsidRDefault="00A32617">
            <w:r>
              <w:rPr>
                <w:sz w:val="18"/>
              </w:rPr>
              <w:t>-68.4223</w:t>
            </w:r>
          </w:p>
        </w:tc>
        <w:tc>
          <w:tcPr>
            <w:tcW w:w="1156" w:type="dxa"/>
          </w:tcPr>
          <w:p w14:paraId="52396F8A" w14:textId="77777777" w:rsidR="00540B47" w:rsidRDefault="00A32617">
            <w:r>
              <w:rPr>
                <w:sz w:val="18"/>
              </w:rPr>
              <w:t>2025-11-10</w:t>
            </w:r>
          </w:p>
        </w:tc>
        <w:tc>
          <w:tcPr>
            <w:tcW w:w="727" w:type="dxa"/>
          </w:tcPr>
          <w:p w14:paraId="0078F427" w14:textId="77777777" w:rsidR="00540B47" w:rsidRDefault="00A32617">
            <w:r>
              <w:rPr>
                <w:sz w:val="18"/>
              </w:rPr>
              <w:t>09:24</w:t>
            </w:r>
          </w:p>
        </w:tc>
        <w:tc>
          <w:tcPr>
            <w:tcW w:w="1561" w:type="dxa"/>
          </w:tcPr>
          <w:p w14:paraId="3B3B28AD" w14:textId="77777777" w:rsidR="00540B47" w:rsidRDefault="00A32617">
            <w:r>
              <w:rPr>
                <w:sz w:val="18"/>
              </w:rPr>
              <w:t>Pablo L. Tubaro</w:t>
            </w:r>
          </w:p>
        </w:tc>
      </w:tr>
      <w:tr w:rsidR="00540B47" w14:paraId="64F97602" w14:textId="77777777" w:rsidTr="00DD565D">
        <w:tc>
          <w:tcPr>
            <w:tcW w:w="942" w:type="dxa"/>
          </w:tcPr>
          <w:p w14:paraId="3F005A0F" w14:textId="77777777" w:rsidR="00540B47" w:rsidRDefault="00A32617">
            <w:r>
              <w:rPr>
                <w:sz w:val="18"/>
              </w:rPr>
              <w:t>3702</w:t>
            </w:r>
          </w:p>
        </w:tc>
        <w:tc>
          <w:tcPr>
            <w:tcW w:w="1156" w:type="dxa"/>
          </w:tcPr>
          <w:p w14:paraId="0B8BBB2F" w14:textId="77777777" w:rsidR="00540B47" w:rsidRDefault="00A32617">
            <w:r>
              <w:rPr>
                <w:sz w:val="18"/>
              </w:rPr>
              <w:t>MACN</w:t>
            </w:r>
          </w:p>
        </w:tc>
        <w:tc>
          <w:tcPr>
            <w:tcW w:w="1126" w:type="dxa"/>
          </w:tcPr>
          <w:p w14:paraId="0A98A35D" w14:textId="77777777" w:rsidR="00540B47" w:rsidRDefault="00A32617">
            <w:r>
              <w:rPr>
                <w:i/>
                <w:sz w:val="18"/>
              </w:rPr>
              <w:t>Z. capensis</w:t>
            </w:r>
          </w:p>
        </w:tc>
        <w:tc>
          <w:tcPr>
            <w:tcW w:w="977" w:type="dxa"/>
          </w:tcPr>
          <w:p w14:paraId="1CBFDD7C" w14:textId="77777777" w:rsidR="00540B47" w:rsidRDefault="00A32617">
            <w:r>
              <w:rPr>
                <w:sz w:val="18"/>
              </w:rPr>
              <w:t>-50.1154</w:t>
            </w:r>
          </w:p>
        </w:tc>
        <w:tc>
          <w:tcPr>
            <w:tcW w:w="1107" w:type="dxa"/>
          </w:tcPr>
          <w:p w14:paraId="07A0A874" w14:textId="77777777" w:rsidR="00540B47" w:rsidRDefault="00A32617">
            <w:r>
              <w:rPr>
                <w:sz w:val="18"/>
              </w:rPr>
              <w:t>-68.4206</w:t>
            </w:r>
          </w:p>
        </w:tc>
        <w:tc>
          <w:tcPr>
            <w:tcW w:w="1156" w:type="dxa"/>
          </w:tcPr>
          <w:p w14:paraId="396B2BC7" w14:textId="77777777" w:rsidR="00540B47" w:rsidRDefault="00A32617">
            <w:r>
              <w:rPr>
                <w:sz w:val="18"/>
              </w:rPr>
              <w:t>2025-11-10</w:t>
            </w:r>
          </w:p>
        </w:tc>
        <w:tc>
          <w:tcPr>
            <w:tcW w:w="727" w:type="dxa"/>
          </w:tcPr>
          <w:p w14:paraId="5F7B4FA0" w14:textId="77777777" w:rsidR="00540B47" w:rsidRDefault="00A32617">
            <w:r>
              <w:rPr>
                <w:sz w:val="18"/>
              </w:rPr>
              <w:t>09:27</w:t>
            </w:r>
          </w:p>
        </w:tc>
        <w:tc>
          <w:tcPr>
            <w:tcW w:w="1561" w:type="dxa"/>
          </w:tcPr>
          <w:p w14:paraId="18AAA144" w14:textId="77777777" w:rsidR="00540B47" w:rsidRDefault="00A32617">
            <w:r>
              <w:rPr>
                <w:sz w:val="18"/>
              </w:rPr>
              <w:t>Pablo L. Tubaro</w:t>
            </w:r>
          </w:p>
        </w:tc>
      </w:tr>
      <w:tr w:rsidR="00540B47" w14:paraId="5263DB9D" w14:textId="77777777" w:rsidTr="00DD565D">
        <w:tc>
          <w:tcPr>
            <w:tcW w:w="942" w:type="dxa"/>
          </w:tcPr>
          <w:p w14:paraId="51310F6E" w14:textId="77777777" w:rsidR="00540B47" w:rsidRDefault="00A32617">
            <w:r>
              <w:rPr>
                <w:sz w:val="18"/>
              </w:rPr>
              <w:t>3703</w:t>
            </w:r>
          </w:p>
        </w:tc>
        <w:tc>
          <w:tcPr>
            <w:tcW w:w="1156" w:type="dxa"/>
          </w:tcPr>
          <w:p w14:paraId="6229CD98" w14:textId="77777777" w:rsidR="00540B47" w:rsidRDefault="00A32617">
            <w:r>
              <w:rPr>
                <w:sz w:val="18"/>
              </w:rPr>
              <w:t>MACN</w:t>
            </w:r>
          </w:p>
        </w:tc>
        <w:tc>
          <w:tcPr>
            <w:tcW w:w="1126" w:type="dxa"/>
          </w:tcPr>
          <w:p w14:paraId="78C129DD" w14:textId="77777777" w:rsidR="00540B47" w:rsidRDefault="00A32617">
            <w:r>
              <w:rPr>
                <w:i/>
                <w:sz w:val="18"/>
              </w:rPr>
              <w:t>Z. capensis</w:t>
            </w:r>
          </w:p>
        </w:tc>
        <w:tc>
          <w:tcPr>
            <w:tcW w:w="977" w:type="dxa"/>
          </w:tcPr>
          <w:p w14:paraId="257007D6" w14:textId="77777777" w:rsidR="00540B47" w:rsidRDefault="00A32617">
            <w:r>
              <w:rPr>
                <w:sz w:val="18"/>
              </w:rPr>
              <w:t>-50.0175</w:t>
            </w:r>
          </w:p>
        </w:tc>
        <w:tc>
          <w:tcPr>
            <w:tcW w:w="1107" w:type="dxa"/>
          </w:tcPr>
          <w:p w14:paraId="55E95CA8" w14:textId="77777777" w:rsidR="00540B47" w:rsidRDefault="00A32617">
            <w:r>
              <w:rPr>
                <w:sz w:val="18"/>
              </w:rPr>
              <w:t>-68.5146</w:t>
            </w:r>
          </w:p>
        </w:tc>
        <w:tc>
          <w:tcPr>
            <w:tcW w:w="1156" w:type="dxa"/>
          </w:tcPr>
          <w:p w14:paraId="7494708B" w14:textId="77777777" w:rsidR="00540B47" w:rsidRDefault="00A32617">
            <w:r>
              <w:rPr>
                <w:sz w:val="18"/>
              </w:rPr>
              <w:t>2025-11-10</w:t>
            </w:r>
          </w:p>
        </w:tc>
        <w:tc>
          <w:tcPr>
            <w:tcW w:w="727" w:type="dxa"/>
          </w:tcPr>
          <w:p w14:paraId="7DAE8AB0" w14:textId="77777777" w:rsidR="00540B47" w:rsidRDefault="00A32617">
            <w:r>
              <w:rPr>
                <w:sz w:val="18"/>
              </w:rPr>
              <w:t>09:51</w:t>
            </w:r>
          </w:p>
        </w:tc>
        <w:tc>
          <w:tcPr>
            <w:tcW w:w="1561" w:type="dxa"/>
          </w:tcPr>
          <w:p w14:paraId="2C0B8E6E" w14:textId="77777777" w:rsidR="00540B47" w:rsidRDefault="00A32617">
            <w:r>
              <w:rPr>
                <w:sz w:val="18"/>
              </w:rPr>
              <w:t>Pablo L. Tubaro</w:t>
            </w:r>
          </w:p>
        </w:tc>
      </w:tr>
      <w:tr w:rsidR="00540B47" w14:paraId="1C04A916" w14:textId="77777777" w:rsidTr="00DD565D">
        <w:tc>
          <w:tcPr>
            <w:tcW w:w="942" w:type="dxa"/>
          </w:tcPr>
          <w:p w14:paraId="5BED0514" w14:textId="77777777" w:rsidR="00540B47" w:rsidRDefault="00A32617">
            <w:r>
              <w:rPr>
                <w:sz w:val="18"/>
              </w:rPr>
              <w:t>3704</w:t>
            </w:r>
          </w:p>
        </w:tc>
        <w:tc>
          <w:tcPr>
            <w:tcW w:w="1156" w:type="dxa"/>
          </w:tcPr>
          <w:p w14:paraId="2EE8B173" w14:textId="77777777" w:rsidR="00540B47" w:rsidRDefault="00A32617">
            <w:r>
              <w:rPr>
                <w:sz w:val="18"/>
              </w:rPr>
              <w:t>MACN</w:t>
            </w:r>
          </w:p>
        </w:tc>
        <w:tc>
          <w:tcPr>
            <w:tcW w:w="1126" w:type="dxa"/>
          </w:tcPr>
          <w:p w14:paraId="2FEC52CF" w14:textId="77777777" w:rsidR="00540B47" w:rsidRDefault="00A32617">
            <w:r>
              <w:rPr>
                <w:i/>
                <w:sz w:val="18"/>
              </w:rPr>
              <w:t>Z. capensis</w:t>
            </w:r>
          </w:p>
        </w:tc>
        <w:tc>
          <w:tcPr>
            <w:tcW w:w="977" w:type="dxa"/>
          </w:tcPr>
          <w:p w14:paraId="1831945C" w14:textId="77777777" w:rsidR="00540B47" w:rsidRDefault="00A32617">
            <w:r>
              <w:rPr>
                <w:sz w:val="18"/>
              </w:rPr>
              <w:t>-50.0179</w:t>
            </w:r>
          </w:p>
        </w:tc>
        <w:tc>
          <w:tcPr>
            <w:tcW w:w="1107" w:type="dxa"/>
          </w:tcPr>
          <w:p w14:paraId="41155A00" w14:textId="77777777" w:rsidR="00540B47" w:rsidRDefault="00A32617">
            <w:r>
              <w:rPr>
                <w:sz w:val="18"/>
              </w:rPr>
              <w:t>-68.5140</w:t>
            </w:r>
          </w:p>
        </w:tc>
        <w:tc>
          <w:tcPr>
            <w:tcW w:w="1156" w:type="dxa"/>
          </w:tcPr>
          <w:p w14:paraId="6B2A7DE6" w14:textId="77777777" w:rsidR="00540B47" w:rsidRDefault="00A32617">
            <w:r>
              <w:rPr>
                <w:sz w:val="18"/>
              </w:rPr>
              <w:t>2025-11-10</w:t>
            </w:r>
          </w:p>
        </w:tc>
        <w:tc>
          <w:tcPr>
            <w:tcW w:w="727" w:type="dxa"/>
          </w:tcPr>
          <w:p w14:paraId="582CE0D5" w14:textId="77777777" w:rsidR="00540B47" w:rsidRDefault="00A32617">
            <w:r>
              <w:rPr>
                <w:sz w:val="18"/>
              </w:rPr>
              <w:t>09:55</w:t>
            </w:r>
          </w:p>
        </w:tc>
        <w:tc>
          <w:tcPr>
            <w:tcW w:w="1561" w:type="dxa"/>
          </w:tcPr>
          <w:p w14:paraId="4CBA2405" w14:textId="77777777" w:rsidR="00540B47" w:rsidRDefault="00A32617">
            <w:r>
              <w:rPr>
                <w:sz w:val="18"/>
              </w:rPr>
              <w:t>Pablo L. Tubaro</w:t>
            </w:r>
          </w:p>
        </w:tc>
      </w:tr>
      <w:tr w:rsidR="00540B47" w14:paraId="345E06A7" w14:textId="77777777" w:rsidTr="00DD565D">
        <w:tc>
          <w:tcPr>
            <w:tcW w:w="942" w:type="dxa"/>
          </w:tcPr>
          <w:p w14:paraId="79D77F97" w14:textId="77777777" w:rsidR="00540B47" w:rsidRDefault="00A32617">
            <w:r>
              <w:rPr>
                <w:sz w:val="18"/>
              </w:rPr>
              <w:t>3705</w:t>
            </w:r>
          </w:p>
        </w:tc>
        <w:tc>
          <w:tcPr>
            <w:tcW w:w="1156" w:type="dxa"/>
          </w:tcPr>
          <w:p w14:paraId="5B46B273" w14:textId="77777777" w:rsidR="00540B47" w:rsidRDefault="00A32617">
            <w:r>
              <w:rPr>
                <w:sz w:val="18"/>
              </w:rPr>
              <w:t>MACN</w:t>
            </w:r>
          </w:p>
        </w:tc>
        <w:tc>
          <w:tcPr>
            <w:tcW w:w="1126" w:type="dxa"/>
          </w:tcPr>
          <w:p w14:paraId="4238C383" w14:textId="77777777" w:rsidR="00540B47" w:rsidRDefault="00A32617">
            <w:r>
              <w:rPr>
                <w:i/>
                <w:sz w:val="18"/>
              </w:rPr>
              <w:t>Z. capensis</w:t>
            </w:r>
          </w:p>
        </w:tc>
        <w:tc>
          <w:tcPr>
            <w:tcW w:w="977" w:type="dxa"/>
          </w:tcPr>
          <w:p w14:paraId="16B15B59" w14:textId="77777777" w:rsidR="00540B47" w:rsidRDefault="00A32617">
            <w:r>
              <w:rPr>
                <w:sz w:val="18"/>
              </w:rPr>
              <w:t>-50.0144</w:t>
            </w:r>
          </w:p>
        </w:tc>
        <w:tc>
          <w:tcPr>
            <w:tcW w:w="1107" w:type="dxa"/>
          </w:tcPr>
          <w:p w14:paraId="2D0A283F" w14:textId="77777777" w:rsidR="00540B47" w:rsidRDefault="00A32617">
            <w:r>
              <w:rPr>
                <w:sz w:val="18"/>
              </w:rPr>
              <w:t>-68.5218</w:t>
            </w:r>
          </w:p>
        </w:tc>
        <w:tc>
          <w:tcPr>
            <w:tcW w:w="1156" w:type="dxa"/>
          </w:tcPr>
          <w:p w14:paraId="79B6B43A" w14:textId="77777777" w:rsidR="00540B47" w:rsidRDefault="00A32617">
            <w:r>
              <w:rPr>
                <w:sz w:val="18"/>
              </w:rPr>
              <w:t>2025-11-10</w:t>
            </w:r>
          </w:p>
        </w:tc>
        <w:tc>
          <w:tcPr>
            <w:tcW w:w="727" w:type="dxa"/>
          </w:tcPr>
          <w:p w14:paraId="712D0FE0" w14:textId="77777777" w:rsidR="00540B47" w:rsidRDefault="00A32617">
            <w:r>
              <w:rPr>
                <w:sz w:val="18"/>
              </w:rPr>
              <w:t>10:04</w:t>
            </w:r>
          </w:p>
        </w:tc>
        <w:tc>
          <w:tcPr>
            <w:tcW w:w="1561" w:type="dxa"/>
          </w:tcPr>
          <w:p w14:paraId="68C6F97C" w14:textId="77777777" w:rsidR="00540B47" w:rsidRDefault="00A32617">
            <w:r>
              <w:rPr>
                <w:sz w:val="18"/>
              </w:rPr>
              <w:t>Pablo L. Tubaro</w:t>
            </w:r>
          </w:p>
        </w:tc>
      </w:tr>
      <w:tr w:rsidR="00540B47" w14:paraId="3DA8FF2E" w14:textId="77777777" w:rsidTr="00DD565D">
        <w:tc>
          <w:tcPr>
            <w:tcW w:w="942" w:type="dxa"/>
          </w:tcPr>
          <w:p w14:paraId="16321122" w14:textId="77777777" w:rsidR="00540B47" w:rsidRDefault="00A32617">
            <w:r>
              <w:rPr>
                <w:sz w:val="18"/>
              </w:rPr>
              <w:t>3706</w:t>
            </w:r>
          </w:p>
        </w:tc>
        <w:tc>
          <w:tcPr>
            <w:tcW w:w="1156" w:type="dxa"/>
          </w:tcPr>
          <w:p w14:paraId="19C7FE60" w14:textId="77777777" w:rsidR="00540B47" w:rsidRDefault="00A32617">
            <w:r>
              <w:rPr>
                <w:sz w:val="18"/>
              </w:rPr>
              <w:t>MACN</w:t>
            </w:r>
          </w:p>
        </w:tc>
        <w:tc>
          <w:tcPr>
            <w:tcW w:w="1126" w:type="dxa"/>
          </w:tcPr>
          <w:p w14:paraId="2876651E" w14:textId="77777777" w:rsidR="00540B47" w:rsidRDefault="00A32617">
            <w:r>
              <w:rPr>
                <w:i/>
                <w:sz w:val="18"/>
              </w:rPr>
              <w:t>Z. capensis</w:t>
            </w:r>
          </w:p>
        </w:tc>
        <w:tc>
          <w:tcPr>
            <w:tcW w:w="977" w:type="dxa"/>
          </w:tcPr>
          <w:p w14:paraId="61120B3C" w14:textId="77777777" w:rsidR="00540B47" w:rsidRDefault="00A32617">
            <w:r>
              <w:rPr>
                <w:sz w:val="18"/>
              </w:rPr>
              <w:t>-50.1590</w:t>
            </w:r>
          </w:p>
        </w:tc>
        <w:tc>
          <w:tcPr>
            <w:tcW w:w="1107" w:type="dxa"/>
          </w:tcPr>
          <w:p w14:paraId="0C45E6C0" w14:textId="77777777" w:rsidR="00540B47" w:rsidRDefault="00A32617">
            <w:r>
              <w:rPr>
                <w:sz w:val="18"/>
              </w:rPr>
              <w:t>-68.9100</w:t>
            </w:r>
          </w:p>
        </w:tc>
        <w:tc>
          <w:tcPr>
            <w:tcW w:w="1156" w:type="dxa"/>
          </w:tcPr>
          <w:p w14:paraId="70B20114" w14:textId="77777777" w:rsidR="00540B47" w:rsidRDefault="00A32617">
            <w:r>
              <w:rPr>
                <w:sz w:val="18"/>
              </w:rPr>
              <w:t>2025-11-10</w:t>
            </w:r>
          </w:p>
        </w:tc>
        <w:tc>
          <w:tcPr>
            <w:tcW w:w="727" w:type="dxa"/>
          </w:tcPr>
          <w:p w14:paraId="77E05858" w14:textId="77777777" w:rsidR="00540B47" w:rsidRDefault="00A32617">
            <w:r>
              <w:rPr>
                <w:sz w:val="18"/>
              </w:rPr>
              <w:t>10:37</w:t>
            </w:r>
          </w:p>
        </w:tc>
        <w:tc>
          <w:tcPr>
            <w:tcW w:w="1561" w:type="dxa"/>
          </w:tcPr>
          <w:p w14:paraId="74AA2060" w14:textId="77777777" w:rsidR="00540B47" w:rsidRDefault="00A32617">
            <w:r>
              <w:rPr>
                <w:sz w:val="18"/>
              </w:rPr>
              <w:t>Pablo L. Tubaro</w:t>
            </w:r>
          </w:p>
        </w:tc>
      </w:tr>
      <w:tr w:rsidR="00540B47" w14:paraId="5B5862B8" w14:textId="77777777" w:rsidTr="00DD565D">
        <w:tc>
          <w:tcPr>
            <w:tcW w:w="942" w:type="dxa"/>
          </w:tcPr>
          <w:p w14:paraId="17526EBD" w14:textId="77777777" w:rsidR="00540B47" w:rsidRDefault="00A32617">
            <w:r>
              <w:rPr>
                <w:sz w:val="18"/>
              </w:rPr>
              <w:t>3707</w:t>
            </w:r>
          </w:p>
        </w:tc>
        <w:tc>
          <w:tcPr>
            <w:tcW w:w="1156" w:type="dxa"/>
          </w:tcPr>
          <w:p w14:paraId="506F1922" w14:textId="77777777" w:rsidR="00540B47" w:rsidRDefault="00A32617">
            <w:r>
              <w:rPr>
                <w:sz w:val="18"/>
              </w:rPr>
              <w:t>MACN</w:t>
            </w:r>
          </w:p>
        </w:tc>
        <w:tc>
          <w:tcPr>
            <w:tcW w:w="1126" w:type="dxa"/>
          </w:tcPr>
          <w:p w14:paraId="51240A56" w14:textId="77777777" w:rsidR="00540B47" w:rsidRDefault="00A32617">
            <w:r>
              <w:rPr>
                <w:i/>
                <w:sz w:val="18"/>
              </w:rPr>
              <w:t>Z. capensis</w:t>
            </w:r>
          </w:p>
        </w:tc>
        <w:tc>
          <w:tcPr>
            <w:tcW w:w="977" w:type="dxa"/>
          </w:tcPr>
          <w:p w14:paraId="6EAD6F0A" w14:textId="77777777" w:rsidR="00540B47" w:rsidRDefault="00A32617">
            <w:r>
              <w:rPr>
                <w:sz w:val="18"/>
              </w:rPr>
              <w:t>-50.2390</w:t>
            </w:r>
          </w:p>
        </w:tc>
        <w:tc>
          <w:tcPr>
            <w:tcW w:w="1107" w:type="dxa"/>
          </w:tcPr>
          <w:p w14:paraId="0E89BEC2" w14:textId="77777777" w:rsidR="00540B47" w:rsidRDefault="00A32617">
            <w:r>
              <w:rPr>
                <w:sz w:val="18"/>
              </w:rPr>
              <w:t>-68.9450</w:t>
            </w:r>
          </w:p>
        </w:tc>
        <w:tc>
          <w:tcPr>
            <w:tcW w:w="1156" w:type="dxa"/>
          </w:tcPr>
          <w:p w14:paraId="5567D026" w14:textId="77777777" w:rsidR="00540B47" w:rsidRDefault="00A32617">
            <w:r>
              <w:rPr>
                <w:sz w:val="18"/>
              </w:rPr>
              <w:t>2025-11-10</w:t>
            </w:r>
          </w:p>
        </w:tc>
        <w:tc>
          <w:tcPr>
            <w:tcW w:w="727" w:type="dxa"/>
          </w:tcPr>
          <w:p w14:paraId="0AA91A13" w14:textId="77777777" w:rsidR="00540B47" w:rsidRDefault="00A32617">
            <w:r>
              <w:rPr>
                <w:sz w:val="18"/>
              </w:rPr>
              <w:t>12:32</w:t>
            </w:r>
          </w:p>
        </w:tc>
        <w:tc>
          <w:tcPr>
            <w:tcW w:w="1561" w:type="dxa"/>
          </w:tcPr>
          <w:p w14:paraId="1459FD55" w14:textId="77777777" w:rsidR="00540B47" w:rsidRDefault="00A32617">
            <w:r>
              <w:rPr>
                <w:sz w:val="18"/>
              </w:rPr>
              <w:t>Pablo L. Tubaro</w:t>
            </w:r>
          </w:p>
        </w:tc>
      </w:tr>
      <w:tr w:rsidR="00540B47" w14:paraId="5F83A1C0" w14:textId="77777777" w:rsidTr="00DD565D">
        <w:tc>
          <w:tcPr>
            <w:tcW w:w="942" w:type="dxa"/>
          </w:tcPr>
          <w:p w14:paraId="68D01990" w14:textId="77777777" w:rsidR="00540B47" w:rsidRDefault="00A32617">
            <w:r>
              <w:rPr>
                <w:sz w:val="18"/>
              </w:rPr>
              <w:t>3708</w:t>
            </w:r>
          </w:p>
        </w:tc>
        <w:tc>
          <w:tcPr>
            <w:tcW w:w="1156" w:type="dxa"/>
          </w:tcPr>
          <w:p w14:paraId="127198A9" w14:textId="77777777" w:rsidR="00540B47" w:rsidRDefault="00A32617">
            <w:r>
              <w:rPr>
                <w:sz w:val="18"/>
              </w:rPr>
              <w:t>MACN</w:t>
            </w:r>
          </w:p>
        </w:tc>
        <w:tc>
          <w:tcPr>
            <w:tcW w:w="1126" w:type="dxa"/>
          </w:tcPr>
          <w:p w14:paraId="2AFA3BBA" w14:textId="77777777" w:rsidR="00540B47" w:rsidRDefault="00A32617">
            <w:r>
              <w:rPr>
                <w:i/>
                <w:sz w:val="18"/>
              </w:rPr>
              <w:t>Z. capensis</w:t>
            </w:r>
          </w:p>
        </w:tc>
        <w:tc>
          <w:tcPr>
            <w:tcW w:w="977" w:type="dxa"/>
          </w:tcPr>
          <w:p w14:paraId="5CD2081D" w14:textId="77777777" w:rsidR="00540B47" w:rsidRDefault="00A32617">
            <w:r>
              <w:rPr>
                <w:sz w:val="18"/>
              </w:rPr>
              <w:t>-50.2380</w:t>
            </w:r>
          </w:p>
        </w:tc>
        <w:tc>
          <w:tcPr>
            <w:tcW w:w="1107" w:type="dxa"/>
          </w:tcPr>
          <w:p w14:paraId="008E2D8F" w14:textId="77777777" w:rsidR="00540B47" w:rsidRDefault="00A32617">
            <w:r>
              <w:rPr>
                <w:sz w:val="18"/>
              </w:rPr>
              <w:t>-68.9450</w:t>
            </w:r>
          </w:p>
        </w:tc>
        <w:tc>
          <w:tcPr>
            <w:tcW w:w="1156" w:type="dxa"/>
          </w:tcPr>
          <w:p w14:paraId="69768570" w14:textId="77777777" w:rsidR="00540B47" w:rsidRDefault="00A32617">
            <w:r>
              <w:rPr>
                <w:sz w:val="18"/>
              </w:rPr>
              <w:t>2025-11-10</w:t>
            </w:r>
          </w:p>
        </w:tc>
        <w:tc>
          <w:tcPr>
            <w:tcW w:w="727" w:type="dxa"/>
          </w:tcPr>
          <w:p w14:paraId="02EA0644" w14:textId="77777777" w:rsidR="00540B47" w:rsidRDefault="00A32617">
            <w:r>
              <w:rPr>
                <w:sz w:val="18"/>
              </w:rPr>
              <w:t>12:33</w:t>
            </w:r>
          </w:p>
        </w:tc>
        <w:tc>
          <w:tcPr>
            <w:tcW w:w="1561" w:type="dxa"/>
          </w:tcPr>
          <w:p w14:paraId="66FEFED8" w14:textId="77777777" w:rsidR="00540B47" w:rsidRDefault="00A32617">
            <w:r>
              <w:rPr>
                <w:sz w:val="18"/>
              </w:rPr>
              <w:t>Pablo L. Tubaro</w:t>
            </w:r>
          </w:p>
        </w:tc>
      </w:tr>
      <w:tr w:rsidR="00540B47" w14:paraId="0AC1B3F2" w14:textId="77777777" w:rsidTr="00DD565D">
        <w:tc>
          <w:tcPr>
            <w:tcW w:w="942" w:type="dxa"/>
          </w:tcPr>
          <w:p w14:paraId="57E12834" w14:textId="77777777" w:rsidR="00540B47" w:rsidRDefault="00A32617">
            <w:r>
              <w:rPr>
                <w:sz w:val="18"/>
              </w:rPr>
              <w:t>3709</w:t>
            </w:r>
          </w:p>
        </w:tc>
        <w:tc>
          <w:tcPr>
            <w:tcW w:w="1156" w:type="dxa"/>
          </w:tcPr>
          <w:p w14:paraId="73D02A7B" w14:textId="77777777" w:rsidR="00540B47" w:rsidRDefault="00A32617">
            <w:r>
              <w:rPr>
                <w:sz w:val="18"/>
              </w:rPr>
              <w:t>MACN</w:t>
            </w:r>
          </w:p>
        </w:tc>
        <w:tc>
          <w:tcPr>
            <w:tcW w:w="1126" w:type="dxa"/>
          </w:tcPr>
          <w:p w14:paraId="13FA977D" w14:textId="77777777" w:rsidR="00540B47" w:rsidRDefault="00A32617">
            <w:r>
              <w:rPr>
                <w:i/>
                <w:sz w:val="18"/>
              </w:rPr>
              <w:t>Z. capensis</w:t>
            </w:r>
          </w:p>
        </w:tc>
        <w:tc>
          <w:tcPr>
            <w:tcW w:w="977" w:type="dxa"/>
          </w:tcPr>
          <w:p w14:paraId="0F9251FB" w14:textId="77777777" w:rsidR="00540B47" w:rsidRDefault="00A32617">
            <w:r>
              <w:rPr>
                <w:sz w:val="18"/>
              </w:rPr>
              <w:t>-50.2380</w:t>
            </w:r>
          </w:p>
        </w:tc>
        <w:tc>
          <w:tcPr>
            <w:tcW w:w="1107" w:type="dxa"/>
          </w:tcPr>
          <w:p w14:paraId="7B5FCD2B" w14:textId="77777777" w:rsidR="00540B47" w:rsidRDefault="00A32617">
            <w:r>
              <w:rPr>
                <w:sz w:val="18"/>
              </w:rPr>
              <w:t>-68.9450</w:t>
            </w:r>
          </w:p>
        </w:tc>
        <w:tc>
          <w:tcPr>
            <w:tcW w:w="1156" w:type="dxa"/>
          </w:tcPr>
          <w:p w14:paraId="254ED34C" w14:textId="77777777" w:rsidR="00540B47" w:rsidRDefault="00A32617">
            <w:r>
              <w:rPr>
                <w:sz w:val="18"/>
              </w:rPr>
              <w:t>2025-11-10</w:t>
            </w:r>
          </w:p>
        </w:tc>
        <w:tc>
          <w:tcPr>
            <w:tcW w:w="727" w:type="dxa"/>
          </w:tcPr>
          <w:p w14:paraId="5C0CDB02" w14:textId="77777777" w:rsidR="00540B47" w:rsidRDefault="00A32617">
            <w:r>
              <w:rPr>
                <w:sz w:val="18"/>
              </w:rPr>
              <w:t>12:36</w:t>
            </w:r>
          </w:p>
        </w:tc>
        <w:tc>
          <w:tcPr>
            <w:tcW w:w="1561" w:type="dxa"/>
          </w:tcPr>
          <w:p w14:paraId="743AB1BE" w14:textId="77777777" w:rsidR="00540B47" w:rsidRDefault="00A32617">
            <w:r>
              <w:rPr>
                <w:sz w:val="18"/>
              </w:rPr>
              <w:t>Pablo L. Tubaro</w:t>
            </w:r>
          </w:p>
        </w:tc>
      </w:tr>
      <w:tr w:rsidR="00540B47" w14:paraId="014A90CC" w14:textId="77777777" w:rsidTr="00DD565D">
        <w:tc>
          <w:tcPr>
            <w:tcW w:w="942" w:type="dxa"/>
          </w:tcPr>
          <w:p w14:paraId="4421105F" w14:textId="77777777" w:rsidR="00540B47" w:rsidRDefault="00A32617">
            <w:r>
              <w:rPr>
                <w:sz w:val="18"/>
              </w:rPr>
              <w:t>3710</w:t>
            </w:r>
          </w:p>
        </w:tc>
        <w:tc>
          <w:tcPr>
            <w:tcW w:w="1156" w:type="dxa"/>
          </w:tcPr>
          <w:p w14:paraId="437DF4F6" w14:textId="77777777" w:rsidR="00540B47" w:rsidRDefault="00A32617">
            <w:r>
              <w:rPr>
                <w:sz w:val="18"/>
              </w:rPr>
              <w:t>MACN</w:t>
            </w:r>
          </w:p>
        </w:tc>
        <w:tc>
          <w:tcPr>
            <w:tcW w:w="1126" w:type="dxa"/>
          </w:tcPr>
          <w:p w14:paraId="522B6326" w14:textId="77777777" w:rsidR="00540B47" w:rsidRDefault="00A32617">
            <w:r>
              <w:rPr>
                <w:i/>
                <w:sz w:val="18"/>
              </w:rPr>
              <w:t>Z. capensis</w:t>
            </w:r>
          </w:p>
        </w:tc>
        <w:tc>
          <w:tcPr>
            <w:tcW w:w="977" w:type="dxa"/>
          </w:tcPr>
          <w:p w14:paraId="65878437" w14:textId="77777777" w:rsidR="00540B47" w:rsidRDefault="00A32617">
            <w:r>
              <w:rPr>
                <w:sz w:val="18"/>
              </w:rPr>
              <w:t>-50.2390</w:t>
            </w:r>
          </w:p>
        </w:tc>
        <w:tc>
          <w:tcPr>
            <w:tcW w:w="1107" w:type="dxa"/>
          </w:tcPr>
          <w:p w14:paraId="1AE822E6" w14:textId="77777777" w:rsidR="00540B47" w:rsidRDefault="00A32617">
            <w:r>
              <w:rPr>
                <w:sz w:val="18"/>
              </w:rPr>
              <w:t>-68.9450</w:t>
            </w:r>
          </w:p>
        </w:tc>
        <w:tc>
          <w:tcPr>
            <w:tcW w:w="1156" w:type="dxa"/>
          </w:tcPr>
          <w:p w14:paraId="568FA121" w14:textId="77777777" w:rsidR="00540B47" w:rsidRDefault="00A32617">
            <w:r>
              <w:rPr>
                <w:sz w:val="18"/>
              </w:rPr>
              <w:t>2025-11-10</w:t>
            </w:r>
          </w:p>
        </w:tc>
        <w:tc>
          <w:tcPr>
            <w:tcW w:w="727" w:type="dxa"/>
          </w:tcPr>
          <w:p w14:paraId="5F254514" w14:textId="77777777" w:rsidR="00540B47" w:rsidRDefault="00A32617">
            <w:r>
              <w:rPr>
                <w:sz w:val="18"/>
              </w:rPr>
              <w:t>12:39</w:t>
            </w:r>
          </w:p>
        </w:tc>
        <w:tc>
          <w:tcPr>
            <w:tcW w:w="1561" w:type="dxa"/>
          </w:tcPr>
          <w:p w14:paraId="33D80528" w14:textId="77777777" w:rsidR="00540B47" w:rsidRDefault="00A32617">
            <w:r>
              <w:rPr>
                <w:sz w:val="18"/>
              </w:rPr>
              <w:t>Pablo L. Tubaro</w:t>
            </w:r>
          </w:p>
        </w:tc>
      </w:tr>
      <w:tr w:rsidR="00540B47" w14:paraId="422E246C" w14:textId="77777777" w:rsidTr="00DD565D">
        <w:tc>
          <w:tcPr>
            <w:tcW w:w="942" w:type="dxa"/>
          </w:tcPr>
          <w:p w14:paraId="24A19D9B" w14:textId="77777777" w:rsidR="00540B47" w:rsidRDefault="00A32617">
            <w:r>
              <w:rPr>
                <w:sz w:val="18"/>
              </w:rPr>
              <w:t>3711</w:t>
            </w:r>
          </w:p>
        </w:tc>
        <w:tc>
          <w:tcPr>
            <w:tcW w:w="1156" w:type="dxa"/>
          </w:tcPr>
          <w:p w14:paraId="6727FF53" w14:textId="77777777" w:rsidR="00540B47" w:rsidRDefault="00A32617">
            <w:r>
              <w:rPr>
                <w:sz w:val="18"/>
              </w:rPr>
              <w:t>MACN</w:t>
            </w:r>
          </w:p>
        </w:tc>
        <w:tc>
          <w:tcPr>
            <w:tcW w:w="1126" w:type="dxa"/>
          </w:tcPr>
          <w:p w14:paraId="047B0B74" w14:textId="77777777" w:rsidR="00540B47" w:rsidRDefault="00A32617">
            <w:r>
              <w:rPr>
                <w:i/>
                <w:sz w:val="18"/>
              </w:rPr>
              <w:t>Z. capensis</w:t>
            </w:r>
          </w:p>
        </w:tc>
        <w:tc>
          <w:tcPr>
            <w:tcW w:w="977" w:type="dxa"/>
          </w:tcPr>
          <w:p w14:paraId="7F731955" w14:textId="77777777" w:rsidR="00540B47" w:rsidRDefault="00A32617">
            <w:r>
              <w:rPr>
                <w:sz w:val="18"/>
              </w:rPr>
              <w:t>-50.2420</w:t>
            </w:r>
          </w:p>
        </w:tc>
        <w:tc>
          <w:tcPr>
            <w:tcW w:w="1107" w:type="dxa"/>
          </w:tcPr>
          <w:p w14:paraId="7D9FDAEB" w14:textId="77777777" w:rsidR="00540B47" w:rsidRDefault="00A32617">
            <w:r>
              <w:rPr>
                <w:sz w:val="18"/>
              </w:rPr>
              <w:t>-68.9470</w:t>
            </w:r>
          </w:p>
        </w:tc>
        <w:tc>
          <w:tcPr>
            <w:tcW w:w="1156" w:type="dxa"/>
          </w:tcPr>
          <w:p w14:paraId="789E721D" w14:textId="77777777" w:rsidR="00540B47" w:rsidRDefault="00A32617">
            <w:r>
              <w:rPr>
                <w:sz w:val="18"/>
              </w:rPr>
              <w:t>2025-11-10</w:t>
            </w:r>
          </w:p>
        </w:tc>
        <w:tc>
          <w:tcPr>
            <w:tcW w:w="727" w:type="dxa"/>
          </w:tcPr>
          <w:p w14:paraId="718CAF67" w14:textId="77777777" w:rsidR="00540B47" w:rsidRDefault="00A32617">
            <w:r>
              <w:rPr>
                <w:sz w:val="18"/>
              </w:rPr>
              <w:t>12:58</w:t>
            </w:r>
          </w:p>
        </w:tc>
        <w:tc>
          <w:tcPr>
            <w:tcW w:w="1561" w:type="dxa"/>
          </w:tcPr>
          <w:p w14:paraId="3D31FFC6" w14:textId="77777777" w:rsidR="00540B47" w:rsidRDefault="00A32617">
            <w:r>
              <w:rPr>
                <w:sz w:val="18"/>
              </w:rPr>
              <w:t>Pablo L. Tubaro</w:t>
            </w:r>
          </w:p>
        </w:tc>
      </w:tr>
      <w:tr w:rsidR="00540B47" w14:paraId="735F8164" w14:textId="77777777" w:rsidTr="00DD565D">
        <w:tc>
          <w:tcPr>
            <w:tcW w:w="942" w:type="dxa"/>
          </w:tcPr>
          <w:p w14:paraId="7F3826BC" w14:textId="77777777" w:rsidR="00540B47" w:rsidRDefault="00A32617">
            <w:r>
              <w:rPr>
                <w:sz w:val="18"/>
              </w:rPr>
              <w:t>3712</w:t>
            </w:r>
          </w:p>
        </w:tc>
        <w:tc>
          <w:tcPr>
            <w:tcW w:w="1156" w:type="dxa"/>
          </w:tcPr>
          <w:p w14:paraId="283302E5" w14:textId="77777777" w:rsidR="00540B47" w:rsidRDefault="00A32617">
            <w:r>
              <w:rPr>
                <w:sz w:val="18"/>
              </w:rPr>
              <w:t>MACN</w:t>
            </w:r>
          </w:p>
        </w:tc>
        <w:tc>
          <w:tcPr>
            <w:tcW w:w="1126" w:type="dxa"/>
          </w:tcPr>
          <w:p w14:paraId="4802C3C3" w14:textId="77777777" w:rsidR="00540B47" w:rsidRDefault="00A32617">
            <w:r>
              <w:rPr>
                <w:i/>
                <w:sz w:val="18"/>
              </w:rPr>
              <w:t>Z. capensis</w:t>
            </w:r>
          </w:p>
        </w:tc>
        <w:tc>
          <w:tcPr>
            <w:tcW w:w="977" w:type="dxa"/>
          </w:tcPr>
          <w:p w14:paraId="2D1CEF00" w14:textId="77777777" w:rsidR="00540B47" w:rsidRDefault="00A32617">
            <w:r>
              <w:rPr>
                <w:sz w:val="18"/>
              </w:rPr>
              <w:t>-50.2430</w:t>
            </w:r>
          </w:p>
        </w:tc>
        <w:tc>
          <w:tcPr>
            <w:tcW w:w="1107" w:type="dxa"/>
          </w:tcPr>
          <w:p w14:paraId="4A09A0B3" w14:textId="77777777" w:rsidR="00540B47" w:rsidRDefault="00A32617">
            <w:r>
              <w:rPr>
                <w:sz w:val="18"/>
              </w:rPr>
              <w:t>-68.9470</w:t>
            </w:r>
          </w:p>
        </w:tc>
        <w:tc>
          <w:tcPr>
            <w:tcW w:w="1156" w:type="dxa"/>
          </w:tcPr>
          <w:p w14:paraId="6E66DABA" w14:textId="77777777" w:rsidR="00540B47" w:rsidRDefault="00A32617">
            <w:r>
              <w:rPr>
                <w:sz w:val="18"/>
              </w:rPr>
              <w:t>2025-11-10</w:t>
            </w:r>
          </w:p>
        </w:tc>
        <w:tc>
          <w:tcPr>
            <w:tcW w:w="727" w:type="dxa"/>
          </w:tcPr>
          <w:p w14:paraId="7AE1FA64" w14:textId="77777777" w:rsidR="00540B47" w:rsidRDefault="00A32617">
            <w:r>
              <w:rPr>
                <w:sz w:val="18"/>
              </w:rPr>
              <w:t>13:01</w:t>
            </w:r>
          </w:p>
        </w:tc>
        <w:tc>
          <w:tcPr>
            <w:tcW w:w="1561" w:type="dxa"/>
          </w:tcPr>
          <w:p w14:paraId="4A4FD307" w14:textId="77777777" w:rsidR="00540B47" w:rsidRDefault="00A32617">
            <w:r>
              <w:rPr>
                <w:sz w:val="18"/>
              </w:rPr>
              <w:t>Pablo L. Tubaro</w:t>
            </w:r>
          </w:p>
        </w:tc>
      </w:tr>
      <w:tr w:rsidR="00540B47" w14:paraId="6BFAA11E" w14:textId="77777777" w:rsidTr="00DD565D">
        <w:tc>
          <w:tcPr>
            <w:tcW w:w="942" w:type="dxa"/>
          </w:tcPr>
          <w:p w14:paraId="31F3CEF7" w14:textId="77777777" w:rsidR="00540B47" w:rsidRDefault="00A32617">
            <w:r>
              <w:rPr>
                <w:sz w:val="18"/>
              </w:rPr>
              <w:t>3713</w:t>
            </w:r>
          </w:p>
        </w:tc>
        <w:tc>
          <w:tcPr>
            <w:tcW w:w="1156" w:type="dxa"/>
          </w:tcPr>
          <w:p w14:paraId="7157BA76" w14:textId="77777777" w:rsidR="00540B47" w:rsidRDefault="00A32617">
            <w:r>
              <w:rPr>
                <w:sz w:val="18"/>
              </w:rPr>
              <w:t>MACN</w:t>
            </w:r>
          </w:p>
        </w:tc>
        <w:tc>
          <w:tcPr>
            <w:tcW w:w="1126" w:type="dxa"/>
          </w:tcPr>
          <w:p w14:paraId="4D992DD0" w14:textId="77777777" w:rsidR="00540B47" w:rsidRDefault="00A32617">
            <w:r>
              <w:rPr>
                <w:i/>
                <w:sz w:val="18"/>
              </w:rPr>
              <w:t>Z. capensis</w:t>
            </w:r>
          </w:p>
        </w:tc>
        <w:tc>
          <w:tcPr>
            <w:tcW w:w="977" w:type="dxa"/>
          </w:tcPr>
          <w:p w14:paraId="087F629A" w14:textId="77777777" w:rsidR="00540B47" w:rsidRDefault="00A32617">
            <w:r>
              <w:rPr>
                <w:sz w:val="18"/>
              </w:rPr>
              <w:t>-50.2510</w:t>
            </w:r>
          </w:p>
        </w:tc>
        <w:tc>
          <w:tcPr>
            <w:tcW w:w="1107" w:type="dxa"/>
          </w:tcPr>
          <w:p w14:paraId="19F65FDA" w14:textId="77777777" w:rsidR="00540B47" w:rsidRDefault="00A32617">
            <w:r>
              <w:rPr>
                <w:sz w:val="18"/>
              </w:rPr>
              <w:t>-68.9570</w:t>
            </w:r>
          </w:p>
        </w:tc>
        <w:tc>
          <w:tcPr>
            <w:tcW w:w="1156" w:type="dxa"/>
          </w:tcPr>
          <w:p w14:paraId="1BC7E0A0" w14:textId="77777777" w:rsidR="00540B47" w:rsidRDefault="00A32617">
            <w:r>
              <w:rPr>
                <w:sz w:val="18"/>
              </w:rPr>
              <w:t>2025-11-10</w:t>
            </w:r>
          </w:p>
        </w:tc>
        <w:tc>
          <w:tcPr>
            <w:tcW w:w="727" w:type="dxa"/>
          </w:tcPr>
          <w:p w14:paraId="5E0116F7" w14:textId="77777777" w:rsidR="00540B47" w:rsidRDefault="00A32617">
            <w:r>
              <w:rPr>
                <w:sz w:val="18"/>
              </w:rPr>
              <w:t>13:09</w:t>
            </w:r>
          </w:p>
        </w:tc>
        <w:tc>
          <w:tcPr>
            <w:tcW w:w="1561" w:type="dxa"/>
          </w:tcPr>
          <w:p w14:paraId="6ADAEE73" w14:textId="77777777" w:rsidR="00540B47" w:rsidRDefault="00A32617">
            <w:r>
              <w:rPr>
                <w:sz w:val="18"/>
              </w:rPr>
              <w:t>Pablo L. Tubaro</w:t>
            </w:r>
          </w:p>
        </w:tc>
      </w:tr>
      <w:tr w:rsidR="00540B47" w14:paraId="4EA48B99" w14:textId="77777777" w:rsidTr="00DD565D">
        <w:tc>
          <w:tcPr>
            <w:tcW w:w="942" w:type="dxa"/>
          </w:tcPr>
          <w:p w14:paraId="0903F91B" w14:textId="77777777" w:rsidR="00540B47" w:rsidRDefault="00A32617">
            <w:r>
              <w:rPr>
                <w:sz w:val="18"/>
              </w:rPr>
              <w:t>3714</w:t>
            </w:r>
          </w:p>
        </w:tc>
        <w:tc>
          <w:tcPr>
            <w:tcW w:w="1156" w:type="dxa"/>
          </w:tcPr>
          <w:p w14:paraId="7878485D" w14:textId="77777777" w:rsidR="00540B47" w:rsidRDefault="00A32617">
            <w:r>
              <w:rPr>
                <w:sz w:val="18"/>
              </w:rPr>
              <w:t>MACN</w:t>
            </w:r>
          </w:p>
        </w:tc>
        <w:tc>
          <w:tcPr>
            <w:tcW w:w="1126" w:type="dxa"/>
          </w:tcPr>
          <w:p w14:paraId="397D0388" w14:textId="77777777" w:rsidR="00540B47" w:rsidRDefault="00A32617">
            <w:r>
              <w:rPr>
                <w:i/>
                <w:sz w:val="18"/>
              </w:rPr>
              <w:t>Z. capensis</w:t>
            </w:r>
          </w:p>
        </w:tc>
        <w:tc>
          <w:tcPr>
            <w:tcW w:w="977" w:type="dxa"/>
          </w:tcPr>
          <w:p w14:paraId="0BFD5A0B" w14:textId="77777777" w:rsidR="00540B47" w:rsidRDefault="00A32617">
            <w:r>
              <w:rPr>
                <w:sz w:val="18"/>
              </w:rPr>
              <w:t>-50.2510</w:t>
            </w:r>
          </w:p>
        </w:tc>
        <w:tc>
          <w:tcPr>
            <w:tcW w:w="1107" w:type="dxa"/>
          </w:tcPr>
          <w:p w14:paraId="1173FF1D" w14:textId="77777777" w:rsidR="00540B47" w:rsidRDefault="00A32617">
            <w:r>
              <w:rPr>
                <w:sz w:val="18"/>
              </w:rPr>
              <w:t>-68.9570</w:t>
            </w:r>
          </w:p>
        </w:tc>
        <w:tc>
          <w:tcPr>
            <w:tcW w:w="1156" w:type="dxa"/>
          </w:tcPr>
          <w:p w14:paraId="2A0EA7F8" w14:textId="77777777" w:rsidR="00540B47" w:rsidRDefault="00A32617">
            <w:r>
              <w:rPr>
                <w:sz w:val="18"/>
              </w:rPr>
              <w:t>2025-11-10</w:t>
            </w:r>
          </w:p>
        </w:tc>
        <w:tc>
          <w:tcPr>
            <w:tcW w:w="727" w:type="dxa"/>
          </w:tcPr>
          <w:p w14:paraId="0F4EA3EC" w14:textId="77777777" w:rsidR="00540B47" w:rsidRDefault="00A32617">
            <w:r>
              <w:rPr>
                <w:sz w:val="18"/>
              </w:rPr>
              <w:t>13:14</w:t>
            </w:r>
          </w:p>
        </w:tc>
        <w:tc>
          <w:tcPr>
            <w:tcW w:w="1561" w:type="dxa"/>
          </w:tcPr>
          <w:p w14:paraId="56F34B82" w14:textId="77777777" w:rsidR="00540B47" w:rsidRDefault="00A32617">
            <w:r>
              <w:rPr>
                <w:sz w:val="18"/>
              </w:rPr>
              <w:t>Pablo L. Tubaro</w:t>
            </w:r>
          </w:p>
        </w:tc>
      </w:tr>
      <w:tr w:rsidR="00540B47" w14:paraId="2ADA7742" w14:textId="77777777" w:rsidTr="00DD565D">
        <w:tc>
          <w:tcPr>
            <w:tcW w:w="942" w:type="dxa"/>
          </w:tcPr>
          <w:p w14:paraId="198C5077" w14:textId="77777777" w:rsidR="00540B47" w:rsidRDefault="00A32617">
            <w:r>
              <w:rPr>
                <w:sz w:val="18"/>
              </w:rPr>
              <w:t>3715</w:t>
            </w:r>
          </w:p>
        </w:tc>
        <w:tc>
          <w:tcPr>
            <w:tcW w:w="1156" w:type="dxa"/>
          </w:tcPr>
          <w:p w14:paraId="36F79D94" w14:textId="77777777" w:rsidR="00540B47" w:rsidRDefault="00A32617">
            <w:r>
              <w:rPr>
                <w:sz w:val="18"/>
              </w:rPr>
              <w:t>MACN</w:t>
            </w:r>
          </w:p>
        </w:tc>
        <w:tc>
          <w:tcPr>
            <w:tcW w:w="1126" w:type="dxa"/>
          </w:tcPr>
          <w:p w14:paraId="54650105" w14:textId="77777777" w:rsidR="00540B47" w:rsidRDefault="00A32617">
            <w:r>
              <w:rPr>
                <w:i/>
                <w:sz w:val="18"/>
              </w:rPr>
              <w:t>Z. capensis</w:t>
            </w:r>
          </w:p>
        </w:tc>
        <w:tc>
          <w:tcPr>
            <w:tcW w:w="977" w:type="dxa"/>
          </w:tcPr>
          <w:p w14:paraId="41E4F6E1" w14:textId="77777777" w:rsidR="00540B47" w:rsidRDefault="00A32617">
            <w:r>
              <w:rPr>
                <w:sz w:val="18"/>
              </w:rPr>
              <w:t>-50.2510</w:t>
            </w:r>
          </w:p>
        </w:tc>
        <w:tc>
          <w:tcPr>
            <w:tcW w:w="1107" w:type="dxa"/>
          </w:tcPr>
          <w:p w14:paraId="07DFFC52" w14:textId="77777777" w:rsidR="00540B47" w:rsidRDefault="00A32617">
            <w:r>
              <w:rPr>
                <w:sz w:val="18"/>
              </w:rPr>
              <w:t>-68.9570</w:t>
            </w:r>
          </w:p>
        </w:tc>
        <w:tc>
          <w:tcPr>
            <w:tcW w:w="1156" w:type="dxa"/>
          </w:tcPr>
          <w:p w14:paraId="36DF7C74" w14:textId="77777777" w:rsidR="00540B47" w:rsidRDefault="00A32617">
            <w:r>
              <w:rPr>
                <w:sz w:val="18"/>
              </w:rPr>
              <w:t>2025-11-10</w:t>
            </w:r>
          </w:p>
        </w:tc>
        <w:tc>
          <w:tcPr>
            <w:tcW w:w="727" w:type="dxa"/>
          </w:tcPr>
          <w:p w14:paraId="36B63D7E" w14:textId="77777777" w:rsidR="00540B47" w:rsidRDefault="00A32617">
            <w:r>
              <w:rPr>
                <w:sz w:val="18"/>
              </w:rPr>
              <w:t>13:21</w:t>
            </w:r>
          </w:p>
        </w:tc>
        <w:tc>
          <w:tcPr>
            <w:tcW w:w="1561" w:type="dxa"/>
          </w:tcPr>
          <w:p w14:paraId="0861CBF7" w14:textId="77777777" w:rsidR="00540B47" w:rsidRDefault="00A32617">
            <w:r>
              <w:rPr>
                <w:sz w:val="18"/>
              </w:rPr>
              <w:t>Pablo L. Tubaro</w:t>
            </w:r>
          </w:p>
        </w:tc>
      </w:tr>
      <w:tr w:rsidR="00540B47" w14:paraId="56A68A94" w14:textId="77777777" w:rsidTr="00DD565D">
        <w:tc>
          <w:tcPr>
            <w:tcW w:w="942" w:type="dxa"/>
          </w:tcPr>
          <w:p w14:paraId="1A1DDF1E" w14:textId="77777777" w:rsidR="00540B47" w:rsidRDefault="00A32617">
            <w:r>
              <w:rPr>
                <w:sz w:val="18"/>
              </w:rPr>
              <w:t>3716</w:t>
            </w:r>
          </w:p>
        </w:tc>
        <w:tc>
          <w:tcPr>
            <w:tcW w:w="1156" w:type="dxa"/>
          </w:tcPr>
          <w:p w14:paraId="070547F6" w14:textId="77777777" w:rsidR="00540B47" w:rsidRDefault="00A32617">
            <w:r>
              <w:rPr>
                <w:sz w:val="18"/>
              </w:rPr>
              <w:t>MACN</w:t>
            </w:r>
          </w:p>
        </w:tc>
        <w:tc>
          <w:tcPr>
            <w:tcW w:w="1126" w:type="dxa"/>
          </w:tcPr>
          <w:p w14:paraId="70A65579" w14:textId="77777777" w:rsidR="00540B47" w:rsidRDefault="00A32617">
            <w:r>
              <w:rPr>
                <w:i/>
                <w:sz w:val="18"/>
              </w:rPr>
              <w:t>Z. capensis</w:t>
            </w:r>
          </w:p>
        </w:tc>
        <w:tc>
          <w:tcPr>
            <w:tcW w:w="977" w:type="dxa"/>
          </w:tcPr>
          <w:p w14:paraId="3829EA22" w14:textId="77777777" w:rsidR="00540B47" w:rsidRDefault="00A32617">
            <w:r>
              <w:rPr>
                <w:sz w:val="18"/>
              </w:rPr>
              <w:t>-50.2510</w:t>
            </w:r>
          </w:p>
        </w:tc>
        <w:tc>
          <w:tcPr>
            <w:tcW w:w="1107" w:type="dxa"/>
          </w:tcPr>
          <w:p w14:paraId="3B07F8D6" w14:textId="77777777" w:rsidR="00540B47" w:rsidRDefault="00A32617">
            <w:r>
              <w:rPr>
                <w:sz w:val="18"/>
              </w:rPr>
              <w:t>-68.9560</w:t>
            </w:r>
          </w:p>
        </w:tc>
        <w:tc>
          <w:tcPr>
            <w:tcW w:w="1156" w:type="dxa"/>
          </w:tcPr>
          <w:p w14:paraId="3BE20574" w14:textId="77777777" w:rsidR="00540B47" w:rsidRDefault="00A32617">
            <w:r>
              <w:rPr>
                <w:sz w:val="18"/>
              </w:rPr>
              <w:t>2025-11-10</w:t>
            </w:r>
          </w:p>
        </w:tc>
        <w:tc>
          <w:tcPr>
            <w:tcW w:w="727" w:type="dxa"/>
          </w:tcPr>
          <w:p w14:paraId="68F81991" w14:textId="77777777" w:rsidR="00540B47" w:rsidRDefault="00A32617">
            <w:r>
              <w:rPr>
                <w:sz w:val="18"/>
              </w:rPr>
              <w:t>13:25</w:t>
            </w:r>
          </w:p>
        </w:tc>
        <w:tc>
          <w:tcPr>
            <w:tcW w:w="1561" w:type="dxa"/>
          </w:tcPr>
          <w:p w14:paraId="10F9B522" w14:textId="77777777" w:rsidR="00540B47" w:rsidRDefault="00A32617">
            <w:r>
              <w:rPr>
                <w:sz w:val="18"/>
              </w:rPr>
              <w:t>Pablo L. Tubaro</w:t>
            </w:r>
          </w:p>
        </w:tc>
      </w:tr>
      <w:tr w:rsidR="00540B47" w14:paraId="7BAF6BF7" w14:textId="77777777" w:rsidTr="00DD565D">
        <w:tc>
          <w:tcPr>
            <w:tcW w:w="942" w:type="dxa"/>
          </w:tcPr>
          <w:p w14:paraId="4E1F3691" w14:textId="77777777" w:rsidR="00540B47" w:rsidRDefault="00A32617">
            <w:r>
              <w:rPr>
                <w:sz w:val="18"/>
              </w:rPr>
              <w:t>3717</w:t>
            </w:r>
          </w:p>
        </w:tc>
        <w:tc>
          <w:tcPr>
            <w:tcW w:w="1156" w:type="dxa"/>
          </w:tcPr>
          <w:p w14:paraId="1E7D3A9C" w14:textId="77777777" w:rsidR="00540B47" w:rsidRDefault="00A32617">
            <w:r>
              <w:rPr>
                <w:sz w:val="18"/>
              </w:rPr>
              <w:t>MACN</w:t>
            </w:r>
          </w:p>
        </w:tc>
        <w:tc>
          <w:tcPr>
            <w:tcW w:w="1126" w:type="dxa"/>
          </w:tcPr>
          <w:p w14:paraId="453E35A8" w14:textId="77777777" w:rsidR="00540B47" w:rsidRDefault="00A32617">
            <w:r>
              <w:rPr>
                <w:i/>
                <w:sz w:val="18"/>
              </w:rPr>
              <w:t>Z. capensis</w:t>
            </w:r>
          </w:p>
        </w:tc>
        <w:tc>
          <w:tcPr>
            <w:tcW w:w="977" w:type="dxa"/>
          </w:tcPr>
          <w:p w14:paraId="7E9D56B4" w14:textId="77777777" w:rsidR="00540B47" w:rsidRDefault="00A32617">
            <w:r>
              <w:rPr>
                <w:sz w:val="18"/>
              </w:rPr>
              <w:t>-50.2510</w:t>
            </w:r>
          </w:p>
        </w:tc>
        <w:tc>
          <w:tcPr>
            <w:tcW w:w="1107" w:type="dxa"/>
          </w:tcPr>
          <w:p w14:paraId="75142E13" w14:textId="77777777" w:rsidR="00540B47" w:rsidRDefault="00A32617">
            <w:r>
              <w:rPr>
                <w:sz w:val="18"/>
              </w:rPr>
              <w:t>-68.9560</w:t>
            </w:r>
          </w:p>
        </w:tc>
        <w:tc>
          <w:tcPr>
            <w:tcW w:w="1156" w:type="dxa"/>
          </w:tcPr>
          <w:p w14:paraId="22388451" w14:textId="77777777" w:rsidR="00540B47" w:rsidRDefault="00A32617">
            <w:r>
              <w:rPr>
                <w:sz w:val="18"/>
              </w:rPr>
              <w:t>2025-11-10</w:t>
            </w:r>
          </w:p>
        </w:tc>
        <w:tc>
          <w:tcPr>
            <w:tcW w:w="727" w:type="dxa"/>
          </w:tcPr>
          <w:p w14:paraId="6D38E32D" w14:textId="77777777" w:rsidR="00540B47" w:rsidRDefault="00A32617">
            <w:r>
              <w:rPr>
                <w:sz w:val="18"/>
              </w:rPr>
              <w:t>13:27</w:t>
            </w:r>
          </w:p>
        </w:tc>
        <w:tc>
          <w:tcPr>
            <w:tcW w:w="1561" w:type="dxa"/>
          </w:tcPr>
          <w:p w14:paraId="3A7027B0" w14:textId="77777777" w:rsidR="00540B47" w:rsidRDefault="00A32617">
            <w:r>
              <w:rPr>
                <w:sz w:val="18"/>
              </w:rPr>
              <w:t>Pablo L. Tubaro</w:t>
            </w:r>
          </w:p>
        </w:tc>
      </w:tr>
      <w:tr w:rsidR="00540B47" w14:paraId="77F1B954" w14:textId="77777777" w:rsidTr="00DD565D">
        <w:tc>
          <w:tcPr>
            <w:tcW w:w="942" w:type="dxa"/>
          </w:tcPr>
          <w:p w14:paraId="13CDEB8D" w14:textId="77777777" w:rsidR="00540B47" w:rsidRDefault="00A32617">
            <w:r>
              <w:rPr>
                <w:sz w:val="18"/>
              </w:rPr>
              <w:t>3718</w:t>
            </w:r>
          </w:p>
        </w:tc>
        <w:tc>
          <w:tcPr>
            <w:tcW w:w="1156" w:type="dxa"/>
          </w:tcPr>
          <w:p w14:paraId="5DD24DC6" w14:textId="77777777" w:rsidR="00540B47" w:rsidRDefault="00A32617">
            <w:r>
              <w:rPr>
                <w:sz w:val="18"/>
              </w:rPr>
              <w:t>MACN</w:t>
            </w:r>
          </w:p>
        </w:tc>
        <w:tc>
          <w:tcPr>
            <w:tcW w:w="1126" w:type="dxa"/>
          </w:tcPr>
          <w:p w14:paraId="67FE7EB1" w14:textId="77777777" w:rsidR="00540B47" w:rsidRDefault="00A32617">
            <w:r>
              <w:rPr>
                <w:i/>
                <w:sz w:val="18"/>
              </w:rPr>
              <w:t>Z. capensis</w:t>
            </w:r>
          </w:p>
        </w:tc>
        <w:tc>
          <w:tcPr>
            <w:tcW w:w="977" w:type="dxa"/>
          </w:tcPr>
          <w:p w14:paraId="294F3D5F" w14:textId="77777777" w:rsidR="00540B47" w:rsidRDefault="00A32617">
            <w:r>
              <w:rPr>
                <w:sz w:val="18"/>
              </w:rPr>
              <w:t>-50.2600</w:t>
            </w:r>
          </w:p>
        </w:tc>
        <w:tc>
          <w:tcPr>
            <w:tcW w:w="1107" w:type="dxa"/>
          </w:tcPr>
          <w:p w14:paraId="5FF21CA8" w14:textId="77777777" w:rsidR="00540B47" w:rsidRDefault="00A32617">
            <w:r>
              <w:rPr>
                <w:sz w:val="18"/>
              </w:rPr>
              <w:t>-69.0030</w:t>
            </w:r>
          </w:p>
        </w:tc>
        <w:tc>
          <w:tcPr>
            <w:tcW w:w="1156" w:type="dxa"/>
          </w:tcPr>
          <w:p w14:paraId="66424D3E" w14:textId="77777777" w:rsidR="00540B47" w:rsidRDefault="00A32617">
            <w:r>
              <w:rPr>
                <w:sz w:val="18"/>
              </w:rPr>
              <w:t>2025-11-10</w:t>
            </w:r>
          </w:p>
        </w:tc>
        <w:tc>
          <w:tcPr>
            <w:tcW w:w="727" w:type="dxa"/>
          </w:tcPr>
          <w:p w14:paraId="189A392A" w14:textId="77777777" w:rsidR="00540B47" w:rsidRDefault="00A32617">
            <w:r>
              <w:rPr>
                <w:sz w:val="18"/>
              </w:rPr>
              <w:t>13:49</w:t>
            </w:r>
          </w:p>
        </w:tc>
        <w:tc>
          <w:tcPr>
            <w:tcW w:w="1561" w:type="dxa"/>
          </w:tcPr>
          <w:p w14:paraId="6F8FBA79" w14:textId="77777777" w:rsidR="00540B47" w:rsidRDefault="00A32617">
            <w:r>
              <w:rPr>
                <w:sz w:val="18"/>
              </w:rPr>
              <w:t>Pablo L. Tubaro</w:t>
            </w:r>
          </w:p>
        </w:tc>
      </w:tr>
      <w:tr w:rsidR="00540B47" w14:paraId="34EC6E7F" w14:textId="77777777" w:rsidTr="00DD565D">
        <w:tc>
          <w:tcPr>
            <w:tcW w:w="942" w:type="dxa"/>
          </w:tcPr>
          <w:p w14:paraId="0F5FB1A5" w14:textId="77777777" w:rsidR="00540B47" w:rsidRDefault="00A32617">
            <w:r>
              <w:rPr>
                <w:sz w:val="18"/>
              </w:rPr>
              <w:t>3719</w:t>
            </w:r>
          </w:p>
        </w:tc>
        <w:tc>
          <w:tcPr>
            <w:tcW w:w="1156" w:type="dxa"/>
          </w:tcPr>
          <w:p w14:paraId="652ED098" w14:textId="77777777" w:rsidR="00540B47" w:rsidRDefault="00A32617">
            <w:r>
              <w:rPr>
                <w:sz w:val="18"/>
              </w:rPr>
              <w:t>MACN</w:t>
            </w:r>
          </w:p>
        </w:tc>
        <w:tc>
          <w:tcPr>
            <w:tcW w:w="1126" w:type="dxa"/>
          </w:tcPr>
          <w:p w14:paraId="50054643" w14:textId="77777777" w:rsidR="00540B47" w:rsidRDefault="00A32617">
            <w:r>
              <w:rPr>
                <w:i/>
                <w:sz w:val="18"/>
              </w:rPr>
              <w:t>Z. capensis</w:t>
            </w:r>
          </w:p>
        </w:tc>
        <w:tc>
          <w:tcPr>
            <w:tcW w:w="977" w:type="dxa"/>
          </w:tcPr>
          <w:p w14:paraId="75655985" w14:textId="77777777" w:rsidR="00540B47" w:rsidRDefault="00A32617">
            <w:r>
              <w:rPr>
                <w:sz w:val="18"/>
              </w:rPr>
              <w:t>-50.2910</w:t>
            </w:r>
          </w:p>
        </w:tc>
        <w:tc>
          <w:tcPr>
            <w:tcW w:w="1107" w:type="dxa"/>
          </w:tcPr>
          <w:p w14:paraId="4C2833B5" w14:textId="77777777" w:rsidR="00540B47" w:rsidRDefault="00A32617">
            <w:r>
              <w:rPr>
                <w:sz w:val="18"/>
              </w:rPr>
              <w:t>-69.0040</w:t>
            </w:r>
          </w:p>
        </w:tc>
        <w:tc>
          <w:tcPr>
            <w:tcW w:w="1156" w:type="dxa"/>
          </w:tcPr>
          <w:p w14:paraId="3D549247" w14:textId="77777777" w:rsidR="00540B47" w:rsidRDefault="00A32617">
            <w:r>
              <w:rPr>
                <w:sz w:val="18"/>
              </w:rPr>
              <w:t>2025-11-10</w:t>
            </w:r>
          </w:p>
        </w:tc>
        <w:tc>
          <w:tcPr>
            <w:tcW w:w="727" w:type="dxa"/>
          </w:tcPr>
          <w:p w14:paraId="707C7A5E" w14:textId="77777777" w:rsidR="00540B47" w:rsidRDefault="00A32617">
            <w:r>
              <w:rPr>
                <w:sz w:val="18"/>
              </w:rPr>
              <w:t>13:58</w:t>
            </w:r>
          </w:p>
        </w:tc>
        <w:tc>
          <w:tcPr>
            <w:tcW w:w="1561" w:type="dxa"/>
          </w:tcPr>
          <w:p w14:paraId="726F5A69" w14:textId="77777777" w:rsidR="00540B47" w:rsidRDefault="00A32617">
            <w:r>
              <w:rPr>
                <w:sz w:val="18"/>
              </w:rPr>
              <w:t>Pablo L. Tubaro</w:t>
            </w:r>
          </w:p>
        </w:tc>
      </w:tr>
      <w:tr w:rsidR="00540B47" w14:paraId="18BF6CC1" w14:textId="77777777" w:rsidTr="00DD565D">
        <w:tc>
          <w:tcPr>
            <w:tcW w:w="942" w:type="dxa"/>
          </w:tcPr>
          <w:p w14:paraId="6D57DDD1" w14:textId="77777777" w:rsidR="00540B47" w:rsidRDefault="00A32617">
            <w:r>
              <w:rPr>
                <w:sz w:val="18"/>
              </w:rPr>
              <w:t>3720</w:t>
            </w:r>
          </w:p>
        </w:tc>
        <w:tc>
          <w:tcPr>
            <w:tcW w:w="1156" w:type="dxa"/>
          </w:tcPr>
          <w:p w14:paraId="5EE59967" w14:textId="77777777" w:rsidR="00540B47" w:rsidRDefault="00A32617">
            <w:r>
              <w:rPr>
                <w:sz w:val="18"/>
              </w:rPr>
              <w:t>MACN</w:t>
            </w:r>
          </w:p>
        </w:tc>
        <w:tc>
          <w:tcPr>
            <w:tcW w:w="1126" w:type="dxa"/>
          </w:tcPr>
          <w:p w14:paraId="293AF5A3" w14:textId="77777777" w:rsidR="00540B47" w:rsidRDefault="00A32617">
            <w:r>
              <w:rPr>
                <w:i/>
                <w:sz w:val="18"/>
              </w:rPr>
              <w:t>Z. capensis</w:t>
            </w:r>
          </w:p>
        </w:tc>
        <w:tc>
          <w:tcPr>
            <w:tcW w:w="977" w:type="dxa"/>
          </w:tcPr>
          <w:p w14:paraId="55EE334C" w14:textId="77777777" w:rsidR="00540B47" w:rsidRDefault="00A32617">
            <w:r>
              <w:rPr>
                <w:sz w:val="18"/>
              </w:rPr>
              <w:t>-50.2910</w:t>
            </w:r>
          </w:p>
        </w:tc>
        <w:tc>
          <w:tcPr>
            <w:tcW w:w="1107" w:type="dxa"/>
          </w:tcPr>
          <w:p w14:paraId="2E32D695" w14:textId="77777777" w:rsidR="00540B47" w:rsidRDefault="00A32617">
            <w:r>
              <w:rPr>
                <w:sz w:val="18"/>
              </w:rPr>
              <w:t>-69.0040</w:t>
            </w:r>
          </w:p>
        </w:tc>
        <w:tc>
          <w:tcPr>
            <w:tcW w:w="1156" w:type="dxa"/>
          </w:tcPr>
          <w:p w14:paraId="6F5EE226" w14:textId="77777777" w:rsidR="00540B47" w:rsidRDefault="00A32617">
            <w:r>
              <w:rPr>
                <w:sz w:val="18"/>
              </w:rPr>
              <w:t>2025-11-10</w:t>
            </w:r>
          </w:p>
        </w:tc>
        <w:tc>
          <w:tcPr>
            <w:tcW w:w="727" w:type="dxa"/>
          </w:tcPr>
          <w:p w14:paraId="2616CBB6" w14:textId="77777777" w:rsidR="00540B47" w:rsidRDefault="00A32617">
            <w:r>
              <w:rPr>
                <w:sz w:val="18"/>
              </w:rPr>
              <w:t>14:01</w:t>
            </w:r>
          </w:p>
        </w:tc>
        <w:tc>
          <w:tcPr>
            <w:tcW w:w="1561" w:type="dxa"/>
          </w:tcPr>
          <w:p w14:paraId="5391BAFD" w14:textId="77777777" w:rsidR="00540B47" w:rsidRDefault="00A32617">
            <w:r>
              <w:rPr>
                <w:sz w:val="18"/>
              </w:rPr>
              <w:t>Pablo L. Tubaro</w:t>
            </w:r>
          </w:p>
        </w:tc>
      </w:tr>
      <w:tr w:rsidR="00540B47" w14:paraId="77915CF7" w14:textId="77777777" w:rsidTr="00DD565D">
        <w:tc>
          <w:tcPr>
            <w:tcW w:w="942" w:type="dxa"/>
          </w:tcPr>
          <w:p w14:paraId="02BBF0B9" w14:textId="77777777" w:rsidR="00540B47" w:rsidRDefault="00A32617">
            <w:r>
              <w:rPr>
                <w:sz w:val="18"/>
              </w:rPr>
              <w:t>3721.1</w:t>
            </w:r>
          </w:p>
        </w:tc>
        <w:tc>
          <w:tcPr>
            <w:tcW w:w="1156" w:type="dxa"/>
          </w:tcPr>
          <w:p w14:paraId="7F0E9D0E" w14:textId="77777777" w:rsidR="00540B47" w:rsidRDefault="00A32617">
            <w:r>
              <w:rPr>
                <w:sz w:val="18"/>
              </w:rPr>
              <w:t>MACN</w:t>
            </w:r>
          </w:p>
        </w:tc>
        <w:tc>
          <w:tcPr>
            <w:tcW w:w="1126" w:type="dxa"/>
          </w:tcPr>
          <w:p w14:paraId="6EAC1699" w14:textId="77777777" w:rsidR="00540B47" w:rsidRDefault="00A32617">
            <w:r>
              <w:rPr>
                <w:i/>
                <w:sz w:val="18"/>
              </w:rPr>
              <w:t>Z. capensis</w:t>
            </w:r>
          </w:p>
        </w:tc>
        <w:tc>
          <w:tcPr>
            <w:tcW w:w="977" w:type="dxa"/>
          </w:tcPr>
          <w:p w14:paraId="5AEBEDBB" w14:textId="77777777" w:rsidR="00540B47" w:rsidRDefault="00A32617">
            <w:r>
              <w:rPr>
                <w:sz w:val="18"/>
              </w:rPr>
              <w:t>-50.2910</w:t>
            </w:r>
          </w:p>
        </w:tc>
        <w:tc>
          <w:tcPr>
            <w:tcW w:w="1107" w:type="dxa"/>
          </w:tcPr>
          <w:p w14:paraId="280C0C68" w14:textId="77777777" w:rsidR="00540B47" w:rsidRDefault="00A32617">
            <w:r>
              <w:rPr>
                <w:sz w:val="18"/>
              </w:rPr>
              <w:t>-69.0030</w:t>
            </w:r>
          </w:p>
        </w:tc>
        <w:tc>
          <w:tcPr>
            <w:tcW w:w="1156" w:type="dxa"/>
          </w:tcPr>
          <w:p w14:paraId="7144B3B7" w14:textId="77777777" w:rsidR="00540B47" w:rsidRDefault="00A32617">
            <w:r>
              <w:rPr>
                <w:sz w:val="18"/>
              </w:rPr>
              <w:t>2025-11-10</w:t>
            </w:r>
          </w:p>
        </w:tc>
        <w:tc>
          <w:tcPr>
            <w:tcW w:w="727" w:type="dxa"/>
          </w:tcPr>
          <w:p w14:paraId="73AF6DB0" w14:textId="77777777" w:rsidR="00540B47" w:rsidRDefault="00A32617">
            <w:r>
              <w:rPr>
                <w:sz w:val="18"/>
              </w:rPr>
              <w:t>14:02</w:t>
            </w:r>
          </w:p>
        </w:tc>
        <w:tc>
          <w:tcPr>
            <w:tcW w:w="1561" w:type="dxa"/>
          </w:tcPr>
          <w:p w14:paraId="2C0FDCAB" w14:textId="77777777" w:rsidR="00540B47" w:rsidRDefault="00A32617">
            <w:r>
              <w:rPr>
                <w:sz w:val="18"/>
              </w:rPr>
              <w:t>Pablo L. Tubaro</w:t>
            </w:r>
          </w:p>
        </w:tc>
      </w:tr>
      <w:tr w:rsidR="00540B47" w14:paraId="4BD0AE97" w14:textId="77777777" w:rsidTr="00DD565D">
        <w:tc>
          <w:tcPr>
            <w:tcW w:w="942" w:type="dxa"/>
          </w:tcPr>
          <w:p w14:paraId="1EA86F8F" w14:textId="77777777" w:rsidR="00540B47" w:rsidRDefault="00A32617">
            <w:r>
              <w:rPr>
                <w:sz w:val="18"/>
              </w:rPr>
              <w:t>3721.2</w:t>
            </w:r>
          </w:p>
        </w:tc>
        <w:tc>
          <w:tcPr>
            <w:tcW w:w="1156" w:type="dxa"/>
          </w:tcPr>
          <w:p w14:paraId="3ECC964B" w14:textId="77777777" w:rsidR="00540B47" w:rsidRDefault="00A32617">
            <w:r>
              <w:rPr>
                <w:sz w:val="18"/>
              </w:rPr>
              <w:t>MACN</w:t>
            </w:r>
          </w:p>
        </w:tc>
        <w:tc>
          <w:tcPr>
            <w:tcW w:w="1126" w:type="dxa"/>
          </w:tcPr>
          <w:p w14:paraId="49AE90D0" w14:textId="77777777" w:rsidR="00540B47" w:rsidRDefault="00A32617">
            <w:r>
              <w:rPr>
                <w:i/>
                <w:sz w:val="18"/>
              </w:rPr>
              <w:t>Z. capensis</w:t>
            </w:r>
          </w:p>
        </w:tc>
        <w:tc>
          <w:tcPr>
            <w:tcW w:w="977" w:type="dxa"/>
          </w:tcPr>
          <w:p w14:paraId="48F66609" w14:textId="77777777" w:rsidR="00540B47" w:rsidRDefault="00A32617">
            <w:r>
              <w:rPr>
                <w:sz w:val="18"/>
              </w:rPr>
              <w:t>-50.2910</w:t>
            </w:r>
          </w:p>
        </w:tc>
        <w:tc>
          <w:tcPr>
            <w:tcW w:w="1107" w:type="dxa"/>
          </w:tcPr>
          <w:p w14:paraId="2FB54561" w14:textId="77777777" w:rsidR="00540B47" w:rsidRDefault="00A32617">
            <w:r>
              <w:rPr>
                <w:sz w:val="18"/>
              </w:rPr>
              <w:t>-69.0030</w:t>
            </w:r>
          </w:p>
        </w:tc>
        <w:tc>
          <w:tcPr>
            <w:tcW w:w="1156" w:type="dxa"/>
          </w:tcPr>
          <w:p w14:paraId="58337979" w14:textId="77777777" w:rsidR="00540B47" w:rsidRDefault="00A32617">
            <w:r>
              <w:rPr>
                <w:sz w:val="18"/>
              </w:rPr>
              <w:t>2025-11-10</w:t>
            </w:r>
          </w:p>
        </w:tc>
        <w:tc>
          <w:tcPr>
            <w:tcW w:w="727" w:type="dxa"/>
          </w:tcPr>
          <w:p w14:paraId="49C7EBA0" w14:textId="77777777" w:rsidR="00540B47" w:rsidRDefault="00A32617">
            <w:r>
              <w:rPr>
                <w:sz w:val="18"/>
              </w:rPr>
              <w:t>14:02</w:t>
            </w:r>
          </w:p>
        </w:tc>
        <w:tc>
          <w:tcPr>
            <w:tcW w:w="1561" w:type="dxa"/>
          </w:tcPr>
          <w:p w14:paraId="15A73CB5" w14:textId="77777777" w:rsidR="00540B47" w:rsidRDefault="00A32617">
            <w:r>
              <w:rPr>
                <w:sz w:val="18"/>
              </w:rPr>
              <w:t>Pablo L. Tubaro</w:t>
            </w:r>
          </w:p>
        </w:tc>
      </w:tr>
      <w:tr w:rsidR="00540B47" w14:paraId="0BDFADBA" w14:textId="77777777" w:rsidTr="00DD565D">
        <w:tc>
          <w:tcPr>
            <w:tcW w:w="942" w:type="dxa"/>
          </w:tcPr>
          <w:p w14:paraId="1FC6B199" w14:textId="77777777" w:rsidR="00540B47" w:rsidRDefault="00A32617">
            <w:r>
              <w:rPr>
                <w:sz w:val="18"/>
              </w:rPr>
              <w:t>3722</w:t>
            </w:r>
          </w:p>
        </w:tc>
        <w:tc>
          <w:tcPr>
            <w:tcW w:w="1156" w:type="dxa"/>
          </w:tcPr>
          <w:p w14:paraId="2497ECC9" w14:textId="77777777" w:rsidR="00540B47" w:rsidRDefault="00A32617">
            <w:r>
              <w:rPr>
                <w:sz w:val="18"/>
              </w:rPr>
              <w:t>MACN</w:t>
            </w:r>
          </w:p>
        </w:tc>
        <w:tc>
          <w:tcPr>
            <w:tcW w:w="1126" w:type="dxa"/>
          </w:tcPr>
          <w:p w14:paraId="7363A951" w14:textId="77777777" w:rsidR="00540B47" w:rsidRDefault="00A32617">
            <w:r>
              <w:rPr>
                <w:i/>
                <w:sz w:val="18"/>
              </w:rPr>
              <w:t>Z. capensis</w:t>
            </w:r>
          </w:p>
        </w:tc>
        <w:tc>
          <w:tcPr>
            <w:tcW w:w="977" w:type="dxa"/>
          </w:tcPr>
          <w:p w14:paraId="51638182" w14:textId="77777777" w:rsidR="00540B47" w:rsidRDefault="00A32617">
            <w:r>
              <w:rPr>
                <w:sz w:val="18"/>
              </w:rPr>
              <w:t>-50.2970</w:t>
            </w:r>
          </w:p>
        </w:tc>
        <w:tc>
          <w:tcPr>
            <w:tcW w:w="1107" w:type="dxa"/>
          </w:tcPr>
          <w:p w14:paraId="716C4672" w14:textId="77777777" w:rsidR="00540B47" w:rsidRDefault="00A32617">
            <w:r>
              <w:rPr>
                <w:sz w:val="18"/>
              </w:rPr>
              <w:t>-69.0040</w:t>
            </w:r>
          </w:p>
        </w:tc>
        <w:tc>
          <w:tcPr>
            <w:tcW w:w="1156" w:type="dxa"/>
          </w:tcPr>
          <w:p w14:paraId="61D764AB" w14:textId="77777777" w:rsidR="00540B47" w:rsidRDefault="00A32617">
            <w:r>
              <w:rPr>
                <w:sz w:val="18"/>
              </w:rPr>
              <w:t>2025-11-10</w:t>
            </w:r>
          </w:p>
        </w:tc>
        <w:tc>
          <w:tcPr>
            <w:tcW w:w="727" w:type="dxa"/>
          </w:tcPr>
          <w:p w14:paraId="1F3DEBA2" w14:textId="77777777" w:rsidR="00540B47" w:rsidRDefault="00A32617">
            <w:r>
              <w:rPr>
                <w:sz w:val="18"/>
              </w:rPr>
              <w:t>14:08</w:t>
            </w:r>
          </w:p>
        </w:tc>
        <w:tc>
          <w:tcPr>
            <w:tcW w:w="1561" w:type="dxa"/>
          </w:tcPr>
          <w:p w14:paraId="258574D4" w14:textId="77777777" w:rsidR="00540B47" w:rsidRDefault="00A32617">
            <w:r>
              <w:rPr>
                <w:sz w:val="18"/>
              </w:rPr>
              <w:t>Pablo L. Tubaro</w:t>
            </w:r>
          </w:p>
        </w:tc>
      </w:tr>
      <w:tr w:rsidR="00540B47" w14:paraId="0AE2AD70" w14:textId="77777777" w:rsidTr="00DD565D">
        <w:tc>
          <w:tcPr>
            <w:tcW w:w="942" w:type="dxa"/>
          </w:tcPr>
          <w:p w14:paraId="1F1881B4" w14:textId="77777777" w:rsidR="00540B47" w:rsidRDefault="00A32617">
            <w:r>
              <w:rPr>
                <w:sz w:val="18"/>
              </w:rPr>
              <w:lastRenderedPageBreak/>
              <w:t>3723</w:t>
            </w:r>
          </w:p>
        </w:tc>
        <w:tc>
          <w:tcPr>
            <w:tcW w:w="1156" w:type="dxa"/>
          </w:tcPr>
          <w:p w14:paraId="0A3494A9" w14:textId="77777777" w:rsidR="00540B47" w:rsidRDefault="00A32617">
            <w:r>
              <w:rPr>
                <w:sz w:val="18"/>
              </w:rPr>
              <w:t>MACN</w:t>
            </w:r>
          </w:p>
        </w:tc>
        <w:tc>
          <w:tcPr>
            <w:tcW w:w="1126" w:type="dxa"/>
          </w:tcPr>
          <w:p w14:paraId="1E37C8B3" w14:textId="77777777" w:rsidR="00540B47" w:rsidRDefault="00A32617">
            <w:r>
              <w:rPr>
                <w:i/>
                <w:sz w:val="18"/>
              </w:rPr>
              <w:t>Z. capensis</w:t>
            </w:r>
          </w:p>
        </w:tc>
        <w:tc>
          <w:tcPr>
            <w:tcW w:w="977" w:type="dxa"/>
          </w:tcPr>
          <w:p w14:paraId="5D1B426F" w14:textId="77777777" w:rsidR="00540B47" w:rsidRDefault="00A32617">
            <w:r>
              <w:rPr>
                <w:sz w:val="18"/>
              </w:rPr>
              <w:t>-50.2970</w:t>
            </w:r>
          </w:p>
        </w:tc>
        <w:tc>
          <w:tcPr>
            <w:tcW w:w="1107" w:type="dxa"/>
          </w:tcPr>
          <w:p w14:paraId="79D07A22" w14:textId="77777777" w:rsidR="00540B47" w:rsidRDefault="00A32617">
            <w:r>
              <w:rPr>
                <w:sz w:val="18"/>
              </w:rPr>
              <w:t>-69.0040</w:t>
            </w:r>
          </w:p>
        </w:tc>
        <w:tc>
          <w:tcPr>
            <w:tcW w:w="1156" w:type="dxa"/>
          </w:tcPr>
          <w:p w14:paraId="4DEA5413" w14:textId="77777777" w:rsidR="00540B47" w:rsidRDefault="00A32617">
            <w:r>
              <w:rPr>
                <w:sz w:val="18"/>
              </w:rPr>
              <w:t>2025-11-10</w:t>
            </w:r>
          </w:p>
        </w:tc>
        <w:tc>
          <w:tcPr>
            <w:tcW w:w="727" w:type="dxa"/>
          </w:tcPr>
          <w:p w14:paraId="31A84222" w14:textId="77777777" w:rsidR="00540B47" w:rsidRDefault="00A32617">
            <w:r>
              <w:rPr>
                <w:sz w:val="18"/>
              </w:rPr>
              <w:t>14:11</w:t>
            </w:r>
          </w:p>
        </w:tc>
        <w:tc>
          <w:tcPr>
            <w:tcW w:w="1561" w:type="dxa"/>
          </w:tcPr>
          <w:p w14:paraId="1EFDD50A" w14:textId="77777777" w:rsidR="00540B47" w:rsidRDefault="00A32617">
            <w:r>
              <w:rPr>
                <w:sz w:val="18"/>
              </w:rPr>
              <w:t>Pablo L. Tubaro</w:t>
            </w:r>
          </w:p>
        </w:tc>
      </w:tr>
      <w:tr w:rsidR="00540B47" w14:paraId="0D193F0A" w14:textId="77777777" w:rsidTr="00DD565D">
        <w:tc>
          <w:tcPr>
            <w:tcW w:w="942" w:type="dxa"/>
          </w:tcPr>
          <w:p w14:paraId="35245C22" w14:textId="77777777" w:rsidR="00540B47" w:rsidRDefault="00A32617">
            <w:r>
              <w:rPr>
                <w:sz w:val="18"/>
              </w:rPr>
              <w:t>3724</w:t>
            </w:r>
          </w:p>
        </w:tc>
        <w:tc>
          <w:tcPr>
            <w:tcW w:w="1156" w:type="dxa"/>
          </w:tcPr>
          <w:p w14:paraId="4EEF51E7" w14:textId="77777777" w:rsidR="00540B47" w:rsidRDefault="00A32617">
            <w:r>
              <w:rPr>
                <w:sz w:val="18"/>
              </w:rPr>
              <w:t>MACN</w:t>
            </w:r>
          </w:p>
        </w:tc>
        <w:tc>
          <w:tcPr>
            <w:tcW w:w="1126" w:type="dxa"/>
          </w:tcPr>
          <w:p w14:paraId="4E25E4AE" w14:textId="77777777" w:rsidR="00540B47" w:rsidRDefault="00A32617">
            <w:r>
              <w:rPr>
                <w:i/>
                <w:sz w:val="18"/>
              </w:rPr>
              <w:t>Z. capensis</w:t>
            </w:r>
          </w:p>
        </w:tc>
        <w:tc>
          <w:tcPr>
            <w:tcW w:w="977" w:type="dxa"/>
          </w:tcPr>
          <w:p w14:paraId="1EC2D848" w14:textId="77777777" w:rsidR="00540B47" w:rsidRDefault="00A32617">
            <w:r>
              <w:rPr>
                <w:sz w:val="18"/>
              </w:rPr>
              <w:t>-50.2970</w:t>
            </w:r>
          </w:p>
        </w:tc>
        <w:tc>
          <w:tcPr>
            <w:tcW w:w="1107" w:type="dxa"/>
          </w:tcPr>
          <w:p w14:paraId="33EFF94E" w14:textId="77777777" w:rsidR="00540B47" w:rsidRDefault="00A32617">
            <w:r>
              <w:rPr>
                <w:sz w:val="18"/>
              </w:rPr>
              <w:t>-69.0040</w:t>
            </w:r>
          </w:p>
        </w:tc>
        <w:tc>
          <w:tcPr>
            <w:tcW w:w="1156" w:type="dxa"/>
          </w:tcPr>
          <w:p w14:paraId="183BF330" w14:textId="77777777" w:rsidR="00540B47" w:rsidRDefault="00A32617">
            <w:r>
              <w:rPr>
                <w:sz w:val="18"/>
              </w:rPr>
              <w:t>2025-11-10</w:t>
            </w:r>
          </w:p>
        </w:tc>
        <w:tc>
          <w:tcPr>
            <w:tcW w:w="727" w:type="dxa"/>
          </w:tcPr>
          <w:p w14:paraId="4EED47B6" w14:textId="77777777" w:rsidR="00540B47" w:rsidRDefault="00A32617">
            <w:r>
              <w:rPr>
                <w:sz w:val="18"/>
              </w:rPr>
              <w:t>14:13</w:t>
            </w:r>
          </w:p>
        </w:tc>
        <w:tc>
          <w:tcPr>
            <w:tcW w:w="1561" w:type="dxa"/>
          </w:tcPr>
          <w:p w14:paraId="7FE4F1B2" w14:textId="77777777" w:rsidR="00540B47" w:rsidRDefault="00A32617">
            <w:r>
              <w:rPr>
                <w:sz w:val="18"/>
              </w:rPr>
              <w:t>Pablo L. Tubaro</w:t>
            </w:r>
          </w:p>
        </w:tc>
      </w:tr>
      <w:tr w:rsidR="00540B47" w14:paraId="5179C5DC" w14:textId="77777777" w:rsidTr="00DD565D">
        <w:tc>
          <w:tcPr>
            <w:tcW w:w="942" w:type="dxa"/>
          </w:tcPr>
          <w:p w14:paraId="1C942266" w14:textId="77777777" w:rsidR="00540B47" w:rsidRDefault="00A32617">
            <w:r>
              <w:rPr>
                <w:sz w:val="18"/>
              </w:rPr>
              <w:t>3725</w:t>
            </w:r>
          </w:p>
        </w:tc>
        <w:tc>
          <w:tcPr>
            <w:tcW w:w="1156" w:type="dxa"/>
          </w:tcPr>
          <w:p w14:paraId="79F86CA2" w14:textId="77777777" w:rsidR="00540B47" w:rsidRDefault="00A32617">
            <w:r>
              <w:rPr>
                <w:sz w:val="18"/>
              </w:rPr>
              <w:t>MACN</w:t>
            </w:r>
          </w:p>
        </w:tc>
        <w:tc>
          <w:tcPr>
            <w:tcW w:w="1126" w:type="dxa"/>
          </w:tcPr>
          <w:p w14:paraId="4A6C6AED" w14:textId="77777777" w:rsidR="00540B47" w:rsidRDefault="00A32617">
            <w:r>
              <w:rPr>
                <w:i/>
                <w:sz w:val="18"/>
              </w:rPr>
              <w:t>Z. capensis</w:t>
            </w:r>
          </w:p>
        </w:tc>
        <w:tc>
          <w:tcPr>
            <w:tcW w:w="977" w:type="dxa"/>
          </w:tcPr>
          <w:p w14:paraId="3C4EEB7A" w14:textId="77777777" w:rsidR="00540B47" w:rsidRDefault="00A32617">
            <w:r>
              <w:rPr>
                <w:sz w:val="18"/>
              </w:rPr>
              <w:t>-50.2970</w:t>
            </w:r>
          </w:p>
        </w:tc>
        <w:tc>
          <w:tcPr>
            <w:tcW w:w="1107" w:type="dxa"/>
          </w:tcPr>
          <w:p w14:paraId="3AAC77F2" w14:textId="77777777" w:rsidR="00540B47" w:rsidRDefault="00A32617">
            <w:r>
              <w:rPr>
                <w:sz w:val="18"/>
              </w:rPr>
              <w:t>-69.0040</w:t>
            </w:r>
          </w:p>
        </w:tc>
        <w:tc>
          <w:tcPr>
            <w:tcW w:w="1156" w:type="dxa"/>
          </w:tcPr>
          <w:p w14:paraId="0582437A" w14:textId="77777777" w:rsidR="00540B47" w:rsidRDefault="00A32617">
            <w:r>
              <w:rPr>
                <w:sz w:val="18"/>
              </w:rPr>
              <w:t>2025-11-10</w:t>
            </w:r>
          </w:p>
        </w:tc>
        <w:tc>
          <w:tcPr>
            <w:tcW w:w="727" w:type="dxa"/>
          </w:tcPr>
          <w:p w14:paraId="71635A83" w14:textId="77777777" w:rsidR="00540B47" w:rsidRDefault="00A32617">
            <w:r>
              <w:rPr>
                <w:sz w:val="18"/>
              </w:rPr>
              <w:t>14:15</w:t>
            </w:r>
          </w:p>
        </w:tc>
        <w:tc>
          <w:tcPr>
            <w:tcW w:w="1561" w:type="dxa"/>
          </w:tcPr>
          <w:p w14:paraId="0B944077" w14:textId="77777777" w:rsidR="00540B47" w:rsidRDefault="00A32617">
            <w:r>
              <w:rPr>
                <w:sz w:val="18"/>
              </w:rPr>
              <w:t>Pablo L. Tubaro</w:t>
            </w:r>
          </w:p>
        </w:tc>
      </w:tr>
      <w:tr w:rsidR="00540B47" w14:paraId="6E484A5B" w14:textId="77777777" w:rsidTr="00DD565D">
        <w:tc>
          <w:tcPr>
            <w:tcW w:w="942" w:type="dxa"/>
          </w:tcPr>
          <w:p w14:paraId="47A85E57" w14:textId="77777777" w:rsidR="00540B47" w:rsidRDefault="00A32617">
            <w:r>
              <w:rPr>
                <w:sz w:val="18"/>
              </w:rPr>
              <w:t>3726</w:t>
            </w:r>
          </w:p>
        </w:tc>
        <w:tc>
          <w:tcPr>
            <w:tcW w:w="1156" w:type="dxa"/>
          </w:tcPr>
          <w:p w14:paraId="21380C25" w14:textId="77777777" w:rsidR="00540B47" w:rsidRDefault="00A32617">
            <w:r>
              <w:rPr>
                <w:sz w:val="18"/>
              </w:rPr>
              <w:t>MACN</w:t>
            </w:r>
          </w:p>
        </w:tc>
        <w:tc>
          <w:tcPr>
            <w:tcW w:w="1126" w:type="dxa"/>
          </w:tcPr>
          <w:p w14:paraId="7E36A76D" w14:textId="77777777" w:rsidR="00540B47" w:rsidRDefault="00A32617">
            <w:r>
              <w:rPr>
                <w:i/>
                <w:sz w:val="18"/>
              </w:rPr>
              <w:t>Z. capensis</w:t>
            </w:r>
          </w:p>
        </w:tc>
        <w:tc>
          <w:tcPr>
            <w:tcW w:w="977" w:type="dxa"/>
          </w:tcPr>
          <w:p w14:paraId="11C20573" w14:textId="77777777" w:rsidR="00540B47" w:rsidRDefault="00A32617">
            <w:r>
              <w:rPr>
                <w:sz w:val="18"/>
              </w:rPr>
              <w:t>-50.2970</w:t>
            </w:r>
          </w:p>
        </w:tc>
        <w:tc>
          <w:tcPr>
            <w:tcW w:w="1107" w:type="dxa"/>
          </w:tcPr>
          <w:p w14:paraId="5B57C233" w14:textId="77777777" w:rsidR="00540B47" w:rsidRDefault="00A32617">
            <w:r>
              <w:rPr>
                <w:sz w:val="18"/>
              </w:rPr>
              <w:t>-69.0040</w:t>
            </w:r>
          </w:p>
        </w:tc>
        <w:tc>
          <w:tcPr>
            <w:tcW w:w="1156" w:type="dxa"/>
          </w:tcPr>
          <w:p w14:paraId="50C20BEC" w14:textId="77777777" w:rsidR="00540B47" w:rsidRDefault="00A32617">
            <w:r>
              <w:rPr>
                <w:sz w:val="18"/>
              </w:rPr>
              <w:t>2025-11-10</w:t>
            </w:r>
          </w:p>
        </w:tc>
        <w:tc>
          <w:tcPr>
            <w:tcW w:w="727" w:type="dxa"/>
          </w:tcPr>
          <w:p w14:paraId="3F503E11" w14:textId="77777777" w:rsidR="00540B47" w:rsidRDefault="00A32617">
            <w:r>
              <w:rPr>
                <w:sz w:val="18"/>
              </w:rPr>
              <w:t>14:20</w:t>
            </w:r>
          </w:p>
        </w:tc>
        <w:tc>
          <w:tcPr>
            <w:tcW w:w="1561" w:type="dxa"/>
          </w:tcPr>
          <w:p w14:paraId="0469EA25" w14:textId="77777777" w:rsidR="00540B47" w:rsidRDefault="00A32617">
            <w:r>
              <w:rPr>
                <w:sz w:val="18"/>
              </w:rPr>
              <w:t>Pablo L. Tubaro</w:t>
            </w:r>
          </w:p>
        </w:tc>
      </w:tr>
      <w:tr w:rsidR="00540B47" w14:paraId="4FBF9D37" w14:textId="77777777" w:rsidTr="00DD565D">
        <w:tc>
          <w:tcPr>
            <w:tcW w:w="942" w:type="dxa"/>
          </w:tcPr>
          <w:p w14:paraId="665978BF" w14:textId="77777777" w:rsidR="00540B47" w:rsidRDefault="00A32617">
            <w:r>
              <w:rPr>
                <w:sz w:val="18"/>
              </w:rPr>
              <w:t>3727</w:t>
            </w:r>
          </w:p>
        </w:tc>
        <w:tc>
          <w:tcPr>
            <w:tcW w:w="1156" w:type="dxa"/>
          </w:tcPr>
          <w:p w14:paraId="117A229D" w14:textId="77777777" w:rsidR="00540B47" w:rsidRDefault="00A32617">
            <w:r>
              <w:rPr>
                <w:sz w:val="18"/>
              </w:rPr>
              <w:t>MACN</w:t>
            </w:r>
          </w:p>
        </w:tc>
        <w:tc>
          <w:tcPr>
            <w:tcW w:w="1126" w:type="dxa"/>
          </w:tcPr>
          <w:p w14:paraId="158E91BE" w14:textId="77777777" w:rsidR="00540B47" w:rsidRDefault="00A32617">
            <w:r>
              <w:rPr>
                <w:i/>
                <w:sz w:val="18"/>
              </w:rPr>
              <w:t>Z. capensis</w:t>
            </w:r>
          </w:p>
        </w:tc>
        <w:tc>
          <w:tcPr>
            <w:tcW w:w="977" w:type="dxa"/>
          </w:tcPr>
          <w:p w14:paraId="1979DC0D" w14:textId="77777777" w:rsidR="00540B47" w:rsidRDefault="00A32617">
            <w:r>
              <w:rPr>
                <w:sz w:val="18"/>
              </w:rPr>
              <w:t>-50.3030</w:t>
            </w:r>
          </w:p>
        </w:tc>
        <w:tc>
          <w:tcPr>
            <w:tcW w:w="1107" w:type="dxa"/>
          </w:tcPr>
          <w:p w14:paraId="72FB90C6" w14:textId="77777777" w:rsidR="00540B47" w:rsidRDefault="00A32617">
            <w:r>
              <w:rPr>
                <w:sz w:val="18"/>
              </w:rPr>
              <w:t>-68.9940</w:t>
            </w:r>
          </w:p>
        </w:tc>
        <w:tc>
          <w:tcPr>
            <w:tcW w:w="1156" w:type="dxa"/>
          </w:tcPr>
          <w:p w14:paraId="37EDE2A8" w14:textId="77777777" w:rsidR="00540B47" w:rsidRDefault="00A32617">
            <w:r>
              <w:rPr>
                <w:sz w:val="18"/>
              </w:rPr>
              <w:t>2025-11-10</w:t>
            </w:r>
          </w:p>
        </w:tc>
        <w:tc>
          <w:tcPr>
            <w:tcW w:w="727" w:type="dxa"/>
          </w:tcPr>
          <w:p w14:paraId="3C1D2212" w14:textId="77777777" w:rsidR="00540B47" w:rsidRDefault="00A32617">
            <w:r>
              <w:rPr>
                <w:sz w:val="18"/>
              </w:rPr>
              <w:t>14:24</w:t>
            </w:r>
          </w:p>
        </w:tc>
        <w:tc>
          <w:tcPr>
            <w:tcW w:w="1561" w:type="dxa"/>
          </w:tcPr>
          <w:p w14:paraId="44B0DA9D" w14:textId="77777777" w:rsidR="00540B47" w:rsidRDefault="00A32617">
            <w:r>
              <w:rPr>
                <w:sz w:val="18"/>
              </w:rPr>
              <w:t>Pablo L. Tubaro</w:t>
            </w:r>
          </w:p>
        </w:tc>
      </w:tr>
      <w:tr w:rsidR="00540B47" w14:paraId="09FA45A9" w14:textId="77777777" w:rsidTr="00DD565D">
        <w:tc>
          <w:tcPr>
            <w:tcW w:w="942" w:type="dxa"/>
          </w:tcPr>
          <w:p w14:paraId="04FF1B34" w14:textId="77777777" w:rsidR="00540B47" w:rsidRDefault="00A32617">
            <w:r>
              <w:rPr>
                <w:sz w:val="18"/>
              </w:rPr>
              <w:t>3728</w:t>
            </w:r>
          </w:p>
        </w:tc>
        <w:tc>
          <w:tcPr>
            <w:tcW w:w="1156" w:type="dxa"/>
          </w:tcPr>
          <w:p w14:paraId="49C353A9" w14:textId="77777777" w:rsidR="00540B47" w:rsidRDefault="00A32617">
            <w:r>
              <w:rPr>
                <w:sz w:val="18"/>
              </w:rPr>
              <w:t>MACN</w:t>
            </w:r>
          </w:p>
        </w:tc>
        <w:tc>
          <w:tcPr>
            <w:tcW w:w="1126" w:type="dxa"/>
          </w:tcPr>
          <w:p w14:paraId="656D55F4" w14:textId="77777777" w:rsidR="00540B47" w:rsidRDefault="00A32617">
            <w:r>
              <w:rPr>
                <w:i/>
                <w:sz w:val="18"/>
              </w:rPr>
              <w:t>Z. capensis</w:t>
            </w:r>
          </w:p>
        </w:tc>
        <w:tc>
          <w:tcPr>
            <w:tcW w:w="977" w:type="dxa"/>
          </w:tcPr>
          <w:p w14:paraId="2E87707F" w14:textId="77777777" w:rsidR="00540B47" w:rsidRDefault="00A32617">
            <w:r>
              <w:rPr>
                <w:sz w:val="18"/>
              </w:rPr>
              <w:t>-50.3100</w:t>
            </w:r>
          </w:p>
        </w:tc>
        <w:tc>
          <w:tcPr>
            <w:tcW w:w="1107" w:type="dxa"/>
          </w:tcPr>
          <w:p w14:paraId="1CF37F79" w14:textId="77777777" w:rsidR="00540B47" w:rsidRDefault="00A32617">
            <w:r>
              <w:rPr>
                <w:sz w:val="18"/>
              </w:rPr>
              <w:t>-68.9810</w:t>
            </w:r>
          </w:p>
        </w:tc>
        <w:tc>
          <w:tcPr>
            <w:tcW w:w="1156" w:type="dxa"/>
          </w:tcPr>
          <w:p w14:paraId="446DF570" w14:textId="77777777" w:rsidR="00540B47" w:rsidRDefault="00A32617">
            <w:r>
              <w:rPr>
                <w:sz w:val="18"/>
              </w:rPr>
              <w:t>2025-11-10</w:t>
            </w:r>
          </w:p>
        </w:tc>
        <w:tc>
          <w:tcPr>
            <w:tcW w:w="727" w:type="dxa"/>
          </w:tcPr>
          <w:p w14:paraId="496D912B" w14:textId="77777777" w:rsidR="00540B47" w:rsidRDefault="00A32617">
            <w:r>
              <w:rPr>
                <w:sz w:val="18"/>
              </w:rPr>
              <w:t>14:32</w:t>
            </w:r>
          </w:p>
        </w:tc>
        <w:tc>
          <w:tcPr>
            <w:tcW w:w="1561" w:type="dxa"/>
          </w:tcPr>
          <w:p w14:paraId="0B670367" w14:textId="77777777" w:rsidR="00540B47" w:rsidRDefault="00A32617">
            <w:r>
              <w:rPr>
                <w:sz w:val="18"/>
              </w:rPr>
              <w:t>Pablo L. Tubaro</w:t>
            </w:r>
          </w:p>
        </w:tc>
      </w:tr>
      <w:tr w:rsidR="00540B47" w14:paraId="0312D802" w14:textId="77777777" w:rsidTr="00DD565D">
        <w:tc>
          <w:tcPr>
            <w:tcW w:w="942" w:type="dxa"/>
          </w:tcPr>
          <w:p w14:paraId="614F238F" w14:textId="77777777" w:rsidR="00540B47" w:rsidRDefault="00A32617">
            <w:r>
              <w:rPr>
                <w:sz w:val="18"/>
              </w:rPr>
              <w:t>3729</w:t>
            </w:r>
          </w:p>
        </w:tc>
        <w:tc>
          <w:tcPr>
            <w:tcW w:w="1156" w:type="dxa"/>
          </w:tcPr>
          <w:p w14:paraId="34140383" w14:textId="77777777" w:rsidR="00540B47" w:rsidRDefault="00A32617">
            <w:r>
              <w:rPr>
                <w:sz w:val="18"/>
              </w:rPr>
              <w:t>MACN</w:t>
            </w:r>
          </w:p>
        </w:tc>
        <w:tc>
          <w:tcPr>
            <w:tcW w:w="1126" w:type="dxa"/>
          </w:tcPr>
          <w:p w14:paraId="7ED774E7" w14:textId="77777777" w:rsidR="00540B47" w:rsidRDefault="00A32617">
            <w:r>
              <w:rPr>
                <w:i/>
                <w:sz w:val="18"/>
              </w:rPr>
              <w:t>Z. capensis</w:t>
            </w:r>
          </w:p>
        </w:tc>
        <w:tc>
          <w:tcPr>
            <w:tcW w:w="977" w:type="dxa"/>
          </w:tcPr>
          <w:p w14:paraId="2AACCA97" w14:textId="77777777" w:rsidR="00540B47" w:rsidRDefault="00A32617">
            <w:r>
              <w:rPr>
                <w:sz w:val="18"/>
              </w:rPr>
              <w:t>-50.3140</w:t>
            </w:r>
          </w:p>
        </w:tc>
        <w:tc>
          <w:tcPr>
            <w:tcW w:w="1107" w:type="dxa"/>
          </w:tcPr>
          <w:p w14:paraId="41E4C252" w14:textId="77777777" w:rsidR="00540B47" w:rsidRDefault="00A32617">
            <w:r>
              <w:rPr>
                <w:sz w:val="18"/>
              </w:rPr>
              <w:t>-68.9780</w:t>
            </w:r>
          </w:p>
        </w:tc>
        <w:tc>
          <w:tcPr>
            <w:tcW w:w="1156" w:type="dxa"/>
          </w:tcPr>
          <w:p w14:paraId="7FFF97DB" w14:textId="77777777" w:rsidR="00540B47" w:rsidRDefault="00A32617">
            <w:r>
              <w:rPr>
                <w:sz w:val="18"/>
              </w:rPr>
              <w:t>2025-11-10</w:t>
            </w:r>
          </w:p>
        </w:tc>
        <w:tc>
          <w:tcPr>
            <w:tcW w:w="727" w:type="dxa"/>
          </w:tcPr>
          <w:p w14:paraId="0B71A51F" w14:textId="77777777" w:rsidR="00540B47" w:rsidRDefault="00A32617">
            <w:r>
              <w:rPr>
                <w:sz w:val="18"/>
              </w:rPr>
              <w:t>14:54</w:t>
            </w:r>
          </w:p>
        </w:tc>
        <w:tc>
          <w:tcPr>
            <w:tcW w:w="1561" w:type="dxa"/>
          </w:tcPr>
          <w:p w14:paraId="21D853C8" w14:textId="77777777" w:rsidR="00540B47" w:rsidRDefault="00A32617">
            <w:r>
              <w:rPr>
                <w:sz w:val="18"/>
              </w:rPr>
              <w:t>Pablo L. Tubaro</w:t>
            </w:r>
          </w:p>
        </w:tc>
      </w:tr>
      <w:tr w:rsidR="00540B47" w14:paraId="43CA057D" w14:textId="77777777" w:rsidTr="00DD565D">
        <w:tc>
          <w:tcPr>
            <w:tcW w:w="942" w:type="dxa"/>
          </w:tcPr>
          <w:p w14:paraId="04F5689F" w14:textId="77777777" w:rsidR="00540B47" w:rsidRDefault="00A32617">
            <w:r>
              <w:rPr>
                <w:sz w:val="18"/>
              </w:rPr>
              <w:t>3730</w:t>
            </w:r>
          </w:p>
        </w:tc>
        <w:tc>
          <w:tcPr>
            <w:tcW w:w="1156" w:type="dxa"/>
          </w:tcPr>
          <w:p w14:paraId="55BB4F77" w14:textId="77777777" w:rsidR="00540B47" w:rsidRDefault="00A32617">
            <w:r>
              <w:rPr>
                <w:sz w:val="18"/>
              </w:rPr>
              <w:t>MACN</w:t>
            </w:r>
          </w:p>
        </w:tc>
        <w:tc>
          <w:tcPr>
            <w:tcW w:w="1126" w:type="dxa"/>
          </w:tcPr>
          <w:p w14:paraId="0DE45F71" w14:textId="77777777" w:rsidR="00540B47" w:rsidRDefault="00A32617">
            <w:r>
              <w:rPr>
                <w:i/>
                <w:sz w:val="18"/>
              </w:rPr>
              <w:t>Z. capensis</w:t>
            </w:r>
          </w:p>
        </w:tc>
        <w:tc>
          <w:tcPr>
            <w:tcW w:w="977" w:type="dxa"/>
          </w:tcPr>
          <w:p w14:paraId="0D2E26BB" w14:textId="77777777" w:rsidR="00540B47" w:rsidRDefault="00A32617">
            <w:r>
              <w:rPr>
                <w:sz w:val="18"/>
              </w:rPr>
              <w:t>-50.3270</w:t>
            </w:r>
          </w:p>
        </w:tc>
        <w:tc>
          <w:tcPr>
            <w:tcW w:w="1107" w:type="dxa"/>
          </w:tcPr>
          <w:p w14:paraId="3E907BA5" w14:textId="77777777" w:rsidR="00540B47" w:rsidRDefault="00A32617">
            <w:r>
              <w:rPr>
                <w:sz w:val="18"/>
              </w:rPr>
              <w:t>-68.9650</w:t>
            </w:r>
          </w:p>
        </w:tc>
        <w:tc>
          <w:tcPr>
            <w:tcW w:w="1156" w:type="dxa"/>
          </w:tcPr>
          <w:p w14:paraId="47E44D1F" w14:textId="77777777" w:rsidR="00540B47" w:rsidRDefault="00A32617">
            <w:r>
              <w:rPr>
                <w:sz w:val="18"/>
              </w:rPr>
              <w:t>2025-11-10</w:t>
            </w:r>
          </w:p>
        </w:tc>
        <w:tc>
          <w:tcPr>
            <w:tcW w:w="727" w:type="dxa"/>
          </w:tcPr>
          <w:p w14:paraId="1C6F727C" w14:textId="77777777" w:rsidR="00540B47" w:rsidRDefault="00A32617">
            <w:r>
              <w:rPr>
                <w:sz w:val="18"/>
              </w:rPr>
              <w:t>15:12</w:t>
            </w:r>
          </w:p>
        </w:tc>
        <w:tc>
          <w:tcPr>
            <w:tcW w:w="1561" w:type="dxa"/>
          </w:tcPr>
          <w:p w14:paraId="7A87B8D0" w14:textId="77777777" w:rsidR="00540B47" w:rsidRDefault="00A32617">
            <w:r>
              <w:rPr>
                <w:sz w:val="18"/>
              </w:rPr>
              <w:t>Pablo L. Tubaro</w:t>
            </w:r>
          </w:p>
        </w:tc>
      </w:tr>
      <w:tr w:rsidR="00540B47" w14:paraId="43E3B5E9" w14:textId="77777777" w:rsidTr="00DD565D">
        <w:tc>
          <w:tcPr>
            <w:tcW w:w="942" w:type="dxa"/>
          </w:tcPr>
          <w:p w14:paraId="3841650D" w14:textId="77777777" w:rsidR="00540B47" w:rsidRDefault="00A32617">
            <w:r>
              <w:rPr>
                <w:sz w:val="18"/>
              </w:rPr>
              <w:t>3731</w:t>
            </w:r>
          </w:p>
        </w:tc>
        <w:tc>
          <w:tcPr>
            <w:tcW w:w="1156" w:type="dxa"/>
          </w:tcPr>
          <w:p w14:paraId="3FCE78FE" w14:textId="77777777" w:rsidR="00540B47" w:rsidRDefault="00A32617">
            <w:r>
              <w:rPr>
                <w:sz w:val="18"/>
              </w:rPr>
              <w:t>MACN</w:t>
            </w:r>
          </w:p>
        </w:tc>
        <w:tc>
          <w:tcPr>
            <w:tcW w:w="1126" w:type="dxa"/>
          </w:tcPr>
          <w:p w14:paraId="6F0476DF" w14:textId="77777777" w:rsidR="00540B47" w:rsidRDefault="00A32617">
            <w:r>
              <w:rPr>
                <w:i/>
                <w:sz w:val="18"/>
              </w:rPr>
              <w:t>Z. capensis</w:t>
            </w:r>
          </w:p>
        </w:tc>
        <w:tc>
          <w:tcPr>
            <w:tcW w:w="977" w:type="dxa"/>
          </w:tcPr>
          <w:p w14:paraId="1951379C" w14:textId="77777777" w:rsidR="00540B47" w:rsidRDefault="00A32617">
            <w:r>
              <w:rPr>
                <w:sz w:val="18"/>
              </w:rPr>
              <w:t>-50.3300</w:t>
            </w:r>
          </w:p>
        </w:tc>
        <w:tc>
          <w:tcPr>
            <w:tcW w:w="1107" w:type="dxa"/>
          </w:tcPr>
          <w:p w14:paraId="5BCF130B" w14:textId="77777777" w:rsidR="00540B47" w:rsidRDefault="00A32617">
            <w:r>
              <w:rPr>
                <w:sz w:val="18"/>
              </w:rPr>
              <w:t>-68.9600</w:t>
            </w:r>
          </w:p>
        </w:tc>
        <w:tc>
          <w:tcPr>
            <w:tcW w:w="1156" w:type="dxa"/>
          </w:tcPr>
          <w:p w14:paraId="321A6FC1" w14:textId="77777777" w:rsidR="00540B47" w:rsidRDefault="00A32617">
            <w:r>
              <w:rPr>
                <w:sz w:val="18"/>
              </w:rPr>
              <w:t>2025-11-10</w:t>
            </w:r>
          </w:p>
        </w:tc>
        <w:tc>
          <w:tcPr>
            <w:tcW w:w="727" w:type="dxa"/>
          </w:tcPr>
          <w:p w14:paraId="3B3E0206" w14:textId="77777777" w:rsidR="00540B47" w:rsidRDefault="00A32617">
            <w:r>
              <w:rPr>
                <w:sz w:val="18"/>
              </w:rPr>
              <w:t>15:22</w:t>
            </w:r>
          </w:p>
        </w:tc>
        <w:tc>
          <w:tcPr>
            <w:tcW w:w="1561" w:type="dxa"/>
          </w:tcPr>
          <w:p w14:paraId="54E081E3" w14:textId="77777777" w:rsidR="00540B47" w:rsidRDefault="00A32617">
            <w:r>
              <w:rPr>
                <w:sz w:val="18"/>
              </w:rPr>
              <w:t>Pablo L. Tubaro</w:t>
            </w:r>
          </w:p>
        </w:tc>
      </w:tr>
      <w:tr w:rsidR="00540B47" w14:paraId="5A8F9788" w14:textId="77777777" w:rsidTr="00DD565D">
        <w:tc>
          <w:tcPr>
            <w:tcW w:w="942" w:type="dxa"/>
          </w:tcPr>
          <w:p w14:paraId="11C67A53" w14:textId="77777777" w:rsidR="00540B47" w:rsidRDefault="00A32617">
            <w:r>
              <w:rPr>
                <w:sz w:val="18"/>
              </w:rPr>
              <w:t>3732</w:t>
            </w:r>
          </w:p>
        </w:tc>
        <w:tc>
          <w:tcPr>
            <w:tcW w:w="1156" w:type="dxa"/>
          </w:tcPr>
          <w:p w14:paraId="064F6AFE" w14:textId="77777777" w:rsidR="00540B47" w:rsidRDefault="00A32617">
            <w:r>
              <w:rPr>
                <w:sz w:val="18"/>
              </w:rPr>
              <w:t>MACN</w:t>
            </w:r>
          </w:p>
        </w:tc>
        <w:tc>
          <w:tcPr>
            <w:tcW w:w="1126" w:type="dxa"/>
          </w:tcPr>
          <w:p w14:paraId="2FC84587" w14:textId="77777777" w:rsidR="00540B47" w:rsidRDefault="00A32617">
            <w:r>
              <w:rPr>
                <w:i/>
                <w:sz w:val="18"/>
              </w:rPr>
              <w:t>Z. capensis</w:t>
            </w:r>
          </w:p>
        </w:tc>
        <w:tc>
          <w:tcPr>
            <w:tcW w:w="977" w:type="dxa"/>
          </w:tcPr>
          <w:p w14:paraId="312008D0" w14:textId="77777777" w:rsidR="00540B47" w:rsidRDefault="00A32617">
            <w:r>
              <w:rPr>
                <w:sz w:val="18"/>
              </w:rPr>
              <w:t>-50.3300</w:t>
            </w:r>
          </w:p>
        </w:tc>
        <w:tc>
          <w:tcPr>
            <w:tcW w:w="1107" w:type="dxa"/>
          </w:tcPr>
          <w:p w14:paraId="34FED2F4" w14:textId="77777777" w:rsidR="00540B47" w:rsidRDefault="00A32617">
            <w:r>
              <w:rPr>
                <w:sz w:val="18"/>
              </w:rPr>
              <w:t>-68.9600</w:t>
            </w:r>
          </w:p>
        </w:tc>
        <w:tc>
          <w:tcPr>
            <w:tcW w:w="1156" w:type="dxa"/>
          </w:tcPr>
          <w:p w14:paraId="2EEFA7BE" w14:textId="77777777" w:rsidR="00540B47" w:rsidRDefault="00A32617">
            <w:r>
              <w:rPr>
                <w:sz w:val="18"/>
              </w:rPr>
              <w:t>2025-11-10</w:t>
            </w:r>
          </w:p>
        </w:tc>
        <w:tc>
          <w:tcPr>
            <w:tcW w:w="727" w:type="dxa"/>
          </w:tcPr>
          <w:p w14:paraId="3B02FA57" w14:textId="77777777" w:rsidR="00540B47" w:rsidRDefault="00A32617">
            <w:r>
              <w:rPr>
                <w:sz w:val="18"/>
              </w:rPr>
              <w:t>15:29</w:t>
            </w:r>
          </w:p>
        </w:tc>
        <w:tc>
          <w:tcPr>
            <w:tcW w:w="1561" w:type="dxa"/>
          </w:tcPr>
          <w:p w14:paraId="7C4ABF08" w14:textId="77777777" w:rsidR="00540B47" w:rsidRDefault="00A32617">
            <w:r>
              <w:rPr>
                <w:sz w:val="18"/>
              </w:rPr>
              <w:t>Pablo L. Tubaro</w:t>
            </w:r>
          </w:p>
        </w:tc>
      </w:tr>
      <w:tr w:rsidR="00540B47" w14:paraId="459938FA" w14:textId="77777777" w:rsidTr="00DD565D">
        <w:tc>
          <w:tcPr>
            <w:tcW w:w="942" w:type="dxa"/>
          </w:tcPr>
          <w:p w14:paraId="51B51F89" w14:textId="77777777" w:rsidR="00540B47" w:rsidRDefault="00A32617">
            <w:r>
              <w:rPr>
                <w:sz w:val="18"/>
              </w:rPr>
              <w:t>3733</w:t>
            </w:r>
          </w:p>
        </w:tc>
        <w:tc>
          <w:tcPr>
            <w:tcW w:w="1156" w:type="dxa"/>
          </w:tcPr>
          <w:p w14:paraId="2C87B086" w14:textId="77777777" w:rsidR="00540B47" w:rsidRDefault="00A32617">
            <w:r>
              <w:rPr>
                <w:sz w:val="18"/>
              </w:rPr>
              <w:t>MACN</w:t>
            </w:r>
          </w:p>
        </w:tc>
        <w:tc>
          <w:tcPr>
            <w:tcW w:w="1126" w:type="dxa"/>
          </w:tcPr>
          <w:p w14:paraId="6C8BD1C7" w14:textId="77777777" w:rsidR="00540B47" w:rsidRDefault="00A32617">
            <w:r>
              <w:rPr>
                <w:i/>
                <w:sz w:val="18"/>
              </w:rPr>
              <w:t>Z. capensis</w:t>
            </w:r>
          </w:p>
        </w:tc>
        <w:tc>
          <w:tcPr>
            <w:tcW w:w="977" w:type="dxa"/>
          </w:tcPr>
          <w:p w14:paraId="4AFBBBF9" w14:textId="77777777" w:rsidR="00540B47" w:rsidRDefault="00A32617">
            <w:r>
              <w:rPr>
                <w:sz w:val="18"/>
              </w:rPr>
              <w:t>-50.3340</w:t>
            </w:r>
          </w:p>
        </w:tc>
        <w:tc>
          <w:tcPr>
            <w:tcW w:w="1107" w:type="dxa"/>
          </w:tcPr>
          <w:p w14:paraId="366722E3" w14:textId="77777777" w:rsidR="00540B47" w:rsidRDefault="00A32617">
            <w:r>
              <w:rPr>
                <w:sz w:val="18"/>
              </w:rPr>
              <w:t>-68.9580</w:t>
            </w:r>
          </w:p>
        </w:tc>
        <w:tc>
          <w:tcPr>
            <w:tcW w:w="1156" w:type="dxa"/>
          </w:tcPr>
          <w:p w14:paraId="2DB239BB" w14:textId="77777777" w:rsidR="00540B47" w:rsidRDefault="00A32617">
            <w:r>
              <w:rPr>
                <w:sz w:val="18"/>
              </w:rPr>
              <w:t>2025-11-10</w:t>
            </w:r>
          </w:p>
        </w:tc>
        <w:tc>
          <w:tcPr>
            <w:tcW w:w="727" w:type="dxa"/>
          </w:tcPr>
          <w:p w14:paraId="295D778D" w14:textId="77777777" w:rsidR="00540B47" w:rsidRDefault="00A32617">
            <w:r>
              <w:rPr>
                <w:sz w:val="18"/>
              </w:rPr>
              <w:t>15:34</w:t>
            </w:r>
          </w:p>
        </w:tc>
        <w:tc>
          <w:tcPr>
            <w:tcW w:w="1561" w:type="dxa"/>
          </w:tcPr>
          <w:p w14:paraId="01C0340B" w14:textId="77777777" w:rsidR="00540B47" w:rsidRDefault="00A32617">
            <w:r>
              <w:rPr>
                <w:sz w:val="18"/>
              </w:rPr>
              <w:t>Pablo L. Tubaro</w:t>
            </w:r>
          </w:p>
        </w:tc>
      </w:tr>
      <w:tr w:rsidR="00540B47" w14:paraId="41B3BDE7" w14:textId="77777777" w:rsidTr="00DD565D">
        <w:tc>
          <w:tcPr>
            <w:tcW w:w="942" w:type="dxa"/>
          </w:tcPr>
          <w:p w14:paraId="222BA465" w14:textId="77777777" w:rsidR="00540B47" w:rsidRDefault="00A32617">
            <w:r>
              <w:rPr>
                <w:sz w:val="18"/>
              </w:rPr>
              <w:t>3734</w:t>
            </w:r>
          </w:p>
        </w:tc>
        <w:tc>
          <w:tcPr>
            <w:tcW w:w="1156" w:type="dxa"/>
          </w:tcPr>
          <w:p w14:paraId="7F4E6B70" w14:textId="77777777" w:rsidR="00540B47" w:rsidRDefault="00A32617">
            <w:r>
              <w:rPr>
                <w:sz w:val="18"/>
              </w:rPr>
              <w:t>MACN</w:t>
            </w:r>
          </w:p>
        </w:tc>
        <w:tc>
          <w:tcPr>
            <w:tcW w:w="1126" w:type="dxa"/>
          </w:tcPr>
          <w:p w14:paraId="7E7CA317" w14:textId="77777777" w:rsidR="00540B47" w:rsidRDefault="00A32617">
            <w:r>
              <w:rPr>
                <w:i/>
                <w:sz w:val="18"/>
              </w:rPr>
              <w:t>Z. capensis</w:t>
            </w:r>
          </w:p>
        </w:tc>
        <w:tc>
          <w:tcPr>
            <w:tcW w:w="977" w:type="dxa"/>
          </w:tcPr>
          <w:p w14:paraId="0E89AFDB" w14:textId="77777777" w:rsidR="00540B47" w:rsidRDefault="00A32617">
            <w:r>
              <w:rPr>
                <w:sz w:val="18"/>
              </w:rPr>
              <w:t>-50.2900</w:t>
            </w:r>
          </w:p>
        </w:tc>
        <w:tc>
          <w:tcPr>
            <w:tcW w:w="1107" w:type="dxa"/>
          </w:tcPr>
          <w:p w14:paraId="532C19D5" w14:textId="77777777" w:rsidR="00540B47" w:rsidRDefault="00A32617">
            <w:r>
              <w:rPr>
                <w:sz w:val="18"/>
              </w:rPr>
              <w:t>-69.0050</w:t>
            </w:r>
          </w:p>
        </w:tc>
        <w:tc>
          <w:tcPr>
            <w:tcW w:w="1156" w:type="dxa"/>
          </w:tcPr>
          <w:p w14:paraId="5DE7DFD6" w14:textId="77777777" w:rsidR="00540B47" w:rsidRDefault="00A32617">
            <w:r>
              <w:rPr>
                <w:sz w:val="18"/>
              </w:rPr>
              <w:t>2025-11-10</w:t>
            </w:r>
          </w:p>
        </w:tc>
        <w:tc>
          <w:tcPr>
            <w:tcW w:w="727" w:type="dxa"/>
          </w:tcPr>
          <w:p w14:paraId="2382FE51" w14:textId="77777777" w:rsidR="00540B47" w:rsidRDefault="00A32617">
            <w:r>
              <w:rPr>
                <w:sz w:val="18"/>
              </w:rPr>
              <w:t>15:52</w:t>
            </w:r>
          </w:p>
        </w:tc>
        <w:tc>
          <w:tcPr>
            <w:tcW w:w="1561" w:type="dxa"/>
          </w:tcPr>
          <w:p w14:paraId="736340A4" w14:textId="77777777" w:rsidR="00540B47" w:rsidRDefault="00A32617">
            <w:r>
              <w:rPr>
                <w:sz w:val="18"/>
              </w:rPr>
              <w:t>Pablo L. Tubaro</w:t>
            </w:r>
          </w:p>
        </w:tc>
      </w:tr>
      <w:tr w:rsidR="00540B47" w14:paraId="0E7ADBF7" w14:textId="77777777" w:rsidTr="00DD565D">
        <w:tc>
          <w:tcPr>
            <w:tcW w:w="942" w:type="dxa"/>
          </w:tcPr>
          <w:p w14:paraId="2789172B" w14:textId="77777777" w:rsidR="00540B47" w:rsidRDefault="00A32617">
            <w:r>
              <w:rPr>
                <w:sz w:val="18"/>
              </w:rPr>
              <w:t>3735</w:t>
            </w:r>
          </w:p>
        </w:tc>
        <w:tc>
          <w:tcPr>
            <w:tcW w:w="1156" w:type="dxa"/>
          </w:tcPr>
          <w:p w14:paraId="514A94B4" w14:textId="77777777" w:rsidR="00540B47" w:rsidRDefault="00A32617">
            <w:r>
              <w:rPr>
                <w:sz w:val="18"/>
              </w:rPr>
              <w:t>MACN</w:t>
            </w:r>
          </w:p>
        </w:tc>
        <w:tc>
          <w:tcPr>
            <w:tcW w:w="1126" w:type="dxa"/>
          </w:tcPr>
          <w:p w14:paraId="35378D31" w14:textId="77777777" w:rsidR="00540B47" w:rsidRDefault="00A32617">
            <w:r>
              <w:rPr>
                <w:i/>
                <w:sz w:val="18"/>
              </w:rPr>
              <w:t>Z. capensis</w:t>
            </w:r>
          </w:p>
        </w:tc>
        <w:tc>
          <w:tcPr>
            <w:tcW w:w="977" w:type="dxa"/>
          </w:tcPr>
          <w:p w14:paraId="2F305570" w14:textId="77777777" w:rsidR="00540B47" w:rsidRDefault="00A32617">
            <w:r>
              <w:rPr>
                <w:sz w:val="18"/>
              </w:rPr>
              <w:t>-50.2890</w:t>
            </w:r>
          </w:p>
        </w:tc>
        <w:tc>
          <w:tcPr>
            <w:tcW w:w="1107" w:type="dxa"/>
          </w:tcPr>
          <w:p w14:paraId="6C4A6BD9" w14:textId="77777777" w:rsidR="00540B47" w:rsidRDefault="00A32617">
            <w:r>
              <w:rPr>
                <w:sz w:val="18"/>
              </w:rPr>
              <w:t>-69.0050</w:t>
            </w:r>
          </w:p>
        </w:tc>
        <w:tc>
          <w:tcPr>
            <w:tcW w:w="1156" w:type="dxa"/>
          </w:tcPr>
          <w:p w14:paraId="7E184C94" w14:textId="77777777" w:rsidR="00540B47" w:rsidRDefault="00A32617">
            <w:r>
              <w:rPr>
                <w:sz w:val="18"/>
              </w:rPr>
              <w:t>2025-11-10</w:t>
            </w:r>
          </w:p>
        </w:tc>
        <w:tc>
          <w:tcPr>
            <w:tcW w:w="727" w:type="dxa"/>
          </w:tcPr>
          <w:p w14:paraId="053EC793" w14:textId="77777777" w:rsidR="00540B47" w:rsidRDefault="00A32617">
            <w:r>
              <w:rPr>
                <w:sz w:val="18"/>
              </w:rPr>
              <w:t>15:53</w:t>
            </w:r>
          </w:p>
        </w:tc>
        <w:tc>
          <w:tcPr>
            <w:tcW w:w="1561" w:type="dxa"/>
          </w:tcPr>
          <w:p w14:paraId="547B04FA" w14:textId="77777777" w:rsidR="00540B47" w:rsidRDefault="00A32617">
            <w:r>
              <w:rPr>
                <w:sz w:val="18"/>
              </w:rPr>
              <w:t>Pablo L. Tubaro</w:t>
            </w:r>
          </w:p>
        </w:tc>
      </w:tr>
      <w:tr w:rsidR="00540B47" w14:paraId="47DD1B0D" w14:textId="77777777" w:rsidTr="00DD565D">
        <w:tc>
          <w:tcPr>
            <w:tcW w:w="942" w:type="dxa"/>
          </w:tcPr>
          <w:p w14:paraId="1A5550D9" w14:textId="77777777" w:rsidR="00540B47" w:rsidRDefault="00A32617">
            <w:r>
              <w:rPr>
                <w:sz w:val="18"/>
              </w:rPr>
              <w:t>3736</w:t>
            </w:r>
          </w:p>
        </w:tc>
        <w:tc>
          <w:tcPr>
            <w:tcW w:w="1156" w:type="dxa"/>
          </w:tcPr>
          <w:p w14:paraId="560B5E8F" w14:textId="77777777" w:rsidR="00540B47" w:rsidRDefault="00A32617">
            <w:r>
              <w:rPr>
                <w:sz w:val="18"/>
              </w:rPr>
              <w:t>MACN</w:t>
            </w:r>
          </w:p>
        </w:tc>
        <w:tc>
          <w:tcPr>
            <w:tcW w:w="1126" w:type="dxa"/>
          </w:tcPr>
          <w:p w14:paraId="0D3789F7" w14:textId="77777777" w:rsidR="00540B47" w:rsidRDefault="00A32617">
            <w:r>
              <w:rPr>
                <w:i/>
                <w:sz w:val="18"/>
              </w:rPr>
              <w:t>Z. capensis</w:t>
            </w:r>
          </w:p>
        </w:tc>
        <w:tc>
          <w:tcPr>
            <w:tcW w:w="977" w:type="dxa"/>
          </w:tcPr>
          <w:p w14:paraId="26B47F6E" w14:textId="77777777" w:rsidR="00540B47" w:rsidRDefault="00A32617">
            <w:r>
              <w:rPr>
                <w:sz w:val="18"/>
              </w:rPr>
              <w:t>-50.2880</w:t>
            </w:r>
          </w:p>
        </w:tc>
        <w:tc>
          <w:tcPr>
            <w:tcW w:w="1107" w:type="dxa"/>
          </w:tcPr>
          <w:p w14:paraId="7589695D" w14:textId="77777777" w:rsidR="00540B47" w:rsidRDefault="00A32617">
            <w:r>
              <w:rPr>
                <w:sz w:val="18"/>
              </w:rPr>
              <w:t>-69.0050</w:t>
            </w:r>
          </w:p>
        </w:tc>
        <w:tc>
          <w:tcPr>
            <w:tcW w:w="1156" w:type="dxa"/>
          </w:tcPr>
          <w:p w14:paraId="339BFCC9" w14:textId="77777777" w:rsidR="00540B47" w:rsidRDefault="00A32617">
            <w:r>
              <w:rPr>
                <w:sz w:val="18"/>
              </w:rPr>
              <w:t>2025-11-10</w:t>
            </w:r>
          </w:p>
        </w:tc>
        <w:tc>
          <w:tcPr>
            <w:tcW w:w="727" w:type="dxa"/>
          </w:tcPr>
          <w:p w14:paraId="023D895C" w14:textId="77777777" w:rsidR="00540B47" w:rsidRDefault="00A32617">
            <w:r>
              <w:rPr>
                <w:sz w:val="18"/>
              </w:rPr>
              <w:t>15:57</w:t>
            </w:r>
          </w:p>
        </w:tc>
        <w:tc>
          <w:tcPr>
            <w:tcW w:w="1561" w:type="dxa"/>
          </w:tcPr>
          <w:p w14:paraId="0DCB35D6" w14:textId="77777777" w:rsidR="00540B47" w:rsidRDefault="00A32617">
            <w:r>
              <w:rPr>
                <w:sz w:val="18"/>
              </w:rPr>
              <w:t>Pablo L. Tubaro</w:t>
            </w:r>
          </w:p>
        </w:tc>
      </w:tr>
      <w:tr w:rsidR="00540B47" w14:paraId="5E425864" w14:textId="77777777" w:rsidTr="00DD565D">
        <w:tc>
          <w:tcPr>
            <w:tcW w:w="942" w:type="dxa"/>
          </w:tcPr>
          <w:p w14:paraId="08639712" w14:textId="77777777" w:rsidR="00540B47" w:rsidRDefault="00A32617">
            <w:r>
              <w:rPr>
                <w:sz w:val="18"/>
              </w:rPr>
              <w:t>3737</w:t>
            </w:r>
          </w:p>
        </w:tc>
        <w:tc>
          <w:tcPr>
            <w:tcW w:w="1156" w:type="dxa"/>
          </w:tcPr>
          <w:p w14:paraId="6FA73CBE" w14:textId="77777777" w:rsidR="00540B47" w:rsidRDefault="00A32617">
            <w:r>
              <w:rPr>
                <w:sz w:val="18"/>
              </w:rPr>
              <w:t>MACN</w:t>
            </w:r>
          </w:p>
        </w:tc>
        <w:tc>
          <w:tcPr>
            <w:tcW w:w="1126" w:type="dxa"/>
          </w:tcPr>
          <w:p w14:paraId="7DD22F7E" w14:textId="77777777" w:rsidR="00540B47" w:rsidRDefault="00A32617">
            <w:r>
              <w:rPr>
                <w:i/>
                <w:sz w:val="18"/>
              </w:rPr>
              <w:t>Z. capensis</w:t>
            </w:r>
          </w:p>
        </w:tc>
        <w:tc>
          <w:tcPr>
            <w:tcW w:w="977" w:type="dxa"/>
          </w:tcPr>
          <w:p w14:paraId="0374F953" w14:textId="77777777" w:rsidR="00540B47" w:rsidRDefault="00A32617">
            <w:r>
              <w:rPr>
                <w:sz w:val="18"/>
              </w:rPr>
              <w:t>-50.0480</w:t>
            </w:r>
          </w:p>
        </w:tc>
        <w:tc>
          <w:tcPr>
            <w:tcW w:w="1107" w:type="dxa"/>
          </w:tcPr>
          <w:p w14:paraId="398DA511" w14:textId="77777777" w:rsidR="00540B47" w:rsidRDefault="00A32617">
            <w:r>
              <w:rPr>
                <w:sz w:val="18"/>
              </w:rPr>
              <w:t>-68.9215</w:t>
            </w:r>
          </w:p>
        </w:tc>
        <w:tc>
          <w:tcPr>
            <w:tcW w:w="1156" w:type="dxa"/>
          </w:tcPr>
          <w:p w14:paraId="0A0254B2" w14:textId="77777777" w:rsidR="00540B47" w:rsidRDefault="00A32617">
            <w:r>
              <w:rPr>
                <w:sz w:val="18"/>
              </w:rPr>
              <w:t>2025-11-11</w:t>
            </w:r>
          </w:p>
        </w:tc>
        <w:tc>
          <w:tcPr>
            <w:tcW w:w="727" w:type="dxa"/>
          </w:tcPr>
          <w:p w14:paraId="1677EA23" w14:textId="77777777" w:rsidR="00540B47" w:rsidRDefault="00A32617">
            <w:r>
              <w:rPr>
                <w:sz w:val="18"/>
              </w:rPr>
              <w:t>06:27</w:t>
            </w:r>
          </w:p>
        </w:tc>
        <w:tc>
          <w:tcPr>
            <w:tcW w:w="1561" w:type="dxa"/>
          </w:tcPr>
          <w:p w14:paraId="115E0068" w14:textId="77777777" w:rsidR="00540B47" w:rsidRDefault="00A32617">
            <w:r>
              <w:rPr>
                <w:sz w:val="18"/>
              </w:rPr>
              <w:t>Agustin I. Casale</w:t>
            </w:r>
          </w:p>
        </w:tc>
      </w:tr>
      <w:tr w:rsidR="00540B47" w14:paraId="1307175E" w14:textId="77777777" w:rsidTr="00DD565D">
        <w:tc>
          <w:tcPr>
            <w:tcW w:w="942" w:type="dxa"/>
          </w:tcPr>
          <w:p w14:paraId="3245E087" w14:textId="77777777" w:rsidR="00540B47" w:rsidRDefault="00A32617">
            <w:r>
              <w:rPr>
                <w:sz w:val="18"/>
              </w:rPr>
              <w:t>3738</w:t>
            </w:r>
          </w:p>
        </w:tc>
        <w:tc>
          <w:tcPr>
            <w:tcW w:w="1156" w:type="dxa"/>
          </w:tcPr>
          <w:p w14:paraId="3DC3599C" w14:textId="77777777" w:rsidR="00540B47" w:rsidRDefault="00A32617">
            <w:r>
              <w:rPr>
                <w:sz w:val="18"/>
              </w:rPr>
              <w:t>MACN</w:t>
            </w:r>
          </w:p>
        </w:tc>
        <w:tc>
          <w:tcPr>
            <w:tcW w:w="1126" w:type="dxa"/>
          </w:tcPr>
          <w:p w14:paraId="0A5182DA" w14:textId="77777777" w:rsidR="00540B47" w:rsidRDefault="00A32617">
            <w:r>
              <w:rPr>
                <w:i/>
                <w:sz w:val="18"/>
              </w:rPr>
              <w:t>Z. capensis</w:t>
            </w:r>
          </w:p>
        </w:tc>
        <w:tc>
          <w:tcPr>
            <w:tcW w:w="977" w:type="dxa"/>
          </w:tcPr>
          <w:p w14:paraId="74159C1D" w14:textId="77777777" w:rsidR="00540B47" w:rsidRDefault="00A32617">
            <w:r>
              <w:rPr>
                <w:sz w:val="18"/>
              </w:rPr>
              <w:t>-50.0326</w:t>
            </w:r>
          </w:p>
        </w:tc>
        <w:tc>
          <w:tcPr>
            <w:tcW w:w="1107" w:type="dxa"/>
          </w:tcPr>
          <w:p w14:paraId="7C130A34" w14:textId="77777777" w:rsidR="00540B47" w:rsidRDefault="00A32617">
            <w:r>
              <w:rPr>
                <w:sz w:val="18"/>
              </w:rPr>
              <w:t>-68.9173</w:t>
            </w:r>
          </w:p>
        </w:tc>
        <w:tc>
          <w:tcPr>
            <w:tcW w:w="1156" w:type="dxa"/>
          </w:tcPr>
          <w:p w14:paraId="017B6EE5" w14:textId="77777777" w:rsidR="00540B47" w:rsidRDefault="00A32617">
            <w:r>
              <w:rPr>
                <w:sz w:val="18"/>
              </w:rPr>
              <w:t>2025-11-11</w:t>
            </w:r>
          </w:p>
        </w:tc>
        <w:tc>
          <w:tcPr>
            <w:tcW w:w="727" w:type="dxa"/>
          </w:tcPr>
          <w:p w14:paraId="775A005C" w14:textId="77777777" w:rsidR="00540B47" w:rsidRDefault="00A32617">
            <w:r>
              <w:rPr>
                <w:sz w:val="18"/>
              </w:rPr>
              <w:t>06:44</w:t>
            </w:r>
          </w:p>
        </w:tc>
        <w:tc>
          <w:tcPr>
            <w:tcW w:w="1561" w:type="dxa"/>
          </w:tcPr>
          <w:p w14:paraId="52CCB9F7" w14:textId="77777777" w:rsidR="00540B47" w:rsidRDefault="00A32617">
            <w:r>
              <w:rPr>
                <w:sz w:val="18"/>
              </w:rPr>
              <w:t>Agustin I. Casale</w:t>
            </w:r>
          </w:p>
        </w:tc>
      </w:tr>
      <w:tr w:rsidR="00540B47" w14:paraId="53313EB0" w14:textId="77777777" w:rsidTr="00DD565D">
        <w:tc>
          <w:tcPr>
            <w:tcW w:w="942" w:type="dxa"/>
          </w:tcPr>
          <w:p w14:paraId="12183470" w14:textId="77777777" w:rsidR="00540B47" w:rsidRDefault="00A32617">
            <w:r>
              <w:rPr>
                <w:sz w:val="18"/>
              </w:rPr>
              <w:t>3739</w:t>
            </w:r>
          </w:p>
        </w:tc>
        <w:tc>
          <w:tcPr>
            <w:tcW w:w="1156" w:type="dxa"/>
          </w:tcPr>
          <w:p w14:paraId="45A06482" w14:textId="77777777" w:rsidR="00540B47" w:rsidRDefault="00A32617">
            <w:r>
              <w:rPr>
                <w:sz w:val="18"/>
              </w:rPr>
              <w:t>MACN</w:t>
            </w:r>
          </w:p>
        </w:tc>
        <w:tc>
          <w:tcPr>
            <w:tcW w:w="1126" w:type="dxa"/>
          </w:tcPr>
          <w:p w14:paraId="353CB56E" w14:textId="77777777" w:rsidR="00540B47" w:rsidRDefault="00A32617">
            <w:r>
              <w:rPr>
                <w:i/>
                <w:sz w:val="18"/>
              </w:rPr>
              <w:t>Z. capensis</w:t>
            </w:r>
          </w:p>
        </w:tc>
        <w:tc>
          <w:tcPr>
            <w:tcW w:w="977" w:type="dxa"/>
          </w:tcPr>
          <w:p w14:paraId="75090D82" w14:textId="77777777" w:rsidR="00540B47" w:rsidRDefault="00A32617">
            <w:r>
              <w:rPr>
                <w:sz w:val="18"/>
              </w:rPr>
              <w:t>-50.0500</w:t>
            </w:r>
          </w:p>
        </w:tc>
        <w:tc>
          <w:tcPr>
            <w:tcW w:w="1107" w:type="dxa"/>
          </w:tcPr>
          <w:p w14:paraId="7758182E" w14:textId="77777777" w:rsidR="00540B47" w:rsidRDefault="00A32617">
            <w:r>
              <w:rPr>
                <w:sz w:val="18"/>
              </w:rPr>
              <w:t>-68.9180</w:t>
            </w:r>
          </w:p>
        </w:tc>
        <w:tc>
          <w:tcPr>
            <w:tcW w:w="1156" w:type="dxa"/>
          </w:tcPr>
          <w:p w14:paraId="09A4828B" w14:textId="77777777" w:rsidR="00540B47" w:rsidRDefault="00A32617">
            <w:r>
              <w:rPr>
                <w:sz w:val="18"/>
              </w:rPr>
              <w:t>2025-11-11</w:t>
            </w:r>
          </w:p>
        </w:tc>
        <w:tc>
          <w:tcPr>
            <w:tcW w:w="727" w:type="dxa"/>
          </w:tcPr>
          <w:p w14:paraId="0730BC48" w14:textId="77777777" w:rsidR="00540B47" w:rsidRDefault="00A32617">
            <w:r>
              <w:rPr>
                <w:sz w:val="18"/>
              </w:rPr>
              <w:t>06:20</w:t>
            </w:r>
          </w:p>
        </w:tc>
        <w:tc>
          <w:tcPr>
            <w:tcW w:w="1561" w:type="dxa"/>
          </w:tcPr>
          <w:p w14:paraId="73B3C8F4" w14:textId="77777777" w:rsidR="00540B47" w:rsidRDefault="00A32617">
            <w:r>
              <w:rPr>
                <w:sz w:val="18"/>
              </w:rPr>
              <w:t>Pablo L. Tubaro</w:t>
            </w:r>
          </w:p>
        </w:tc>
      </w:tr>
      <w:tr w:rsidR="00540B47" w14:paraId="37848906" w14:textId="77777777" w:rsidTr="00DD565D">
        <w:tc>
          <w:tcPr>
            <w:tcW w:w="942" w:type="dxa"/>
          </w:tcPr>
          <w:p w14:paraId="233EBE21" w14:textId="77777777" w:rsidR="00540B47" w:rsidRDefault="00A32617">
            <w:r>
              <w:rPr>
                <w:sz w:val="18"/>
              </w:rPr>
              <w:t>3740</w:t>
            </w:r>
          </w:p>
        </w:tc>
        <w:tc>
          <w:tcPr>
            <w:tcW w:w="1156" w:type="dxa"/>
          </w:tcPr>
          <w:p w14:paraId="3910C9D0" w14:textId="77777777" w:rsidR="00540B47" w:rsidRDefault="00A32617">
            <w:r>
              <w:rPr>
                <w:sz w:val="18"/>
              </w:rPr>
              <w:t>MACN</w:t>
            </w:r>
          </w:p>
        </w:tc>
        <w:tc>
          <w:tcPr>
            <w:tcW w:w="1126" w:type="dxa"/>
          </w:tcPr>
          <w:p w14:paraId="541AF186" w14:textId="77777777" w:rsidR="00540B47" w:rsidRDefault="00A32617">
            <w:r>
              <w:rPr>
                <w:i/>
                <w:sz w:val="18"/>
              </w:rPr>
              <w:t>Z. capensis</w:t>
            </w:r>
          </w:p>
        </w:tc>
        <w:tc>
          <w:tcPr>
            <w:tcW w:w="977" w:type="dxa"/>
          </w:tcPr>
          <w:p w14:paraId="28B08E07" w14:textId="77777777" w:rsidR="00540B47" w:rsidRDefault="00A32617">
            <w:r>
              <w:rPr>
                <w:sz w:val="18"/>
              </w:rPr>
              <w:t>-50.0500</w:t>
            </w:r>
          </w:p>
        </w:tc>
        <w:tc>
          <w:tcPr>
            <w:tcW w:w="1107" w:type="dxa"/>
          </w:tcPr>
          <w:p w14:paraId="18456F0C" w14:textId="77777777" w:rsidR="00540B47" w:rsidRDefault="00A32617">
            <w:r>
              <w:rPr>
                <w:sz w:val="18"/>
              </w:rPr>
              <w:t>-68.9180</w:t>
            </w:r>
          </w:p>
        </w:tc>
        <w:tc>
          <w:tcPr>
            <w:tcW w:w="1156" w:type="dxa"/>
          </w:tcPr>
          <w:p w14:paraId="3AC1E44B" w14:textId="77777777" w:rsidR="00540B47" w:rsidRDefault="00A32617">
            <w:r>
              <w:rPr>
                <w:sz w:val="18"/>
              </w:rPr>
              <w:t>2025-11-11</w:t>
            </w:r>
          </w:p>
        </w:tc>
        <w:tc>
          <w:tcPr>
            <w:tcW w:w="727" w:type="dxa"/>
          </w:tcPr>
          <w:p w14:paraId="3B5FEF48" w14:textId="77777777" w:rsidR="00540B47" w:rsidRDefault="00A32617">
            <w:r>
              <w:rPr>
                <w:sz w:val="18"/>
              </w:rPr>
              <w:t>06:26</w:t>
            </w:r>
          </w:p>
        </w:tc>
        <w:tc>
          <w:tcPr>
            <w:tcW w:w="1561" w:type="dxa"/>
          </w:tcPr>
          <w:p w14:paraId="6A6B756B" w14:textId="77777777" w:rsidR="00540B47" w:rsidRDefault="00A32617">
            <w:r>
              <w:rPr>
                <w:sz w:val="18"/>
              </w:rPr>
              <w:t>Pablo L. Tubaro</w:t>
            </w:r>
          </w:p>
        </w:tc>
      </w:tr>
      <w:tr w:rsidR="00540B47" w14:paraId="49855822" w14:textId="77777777" w:rsidTr="00DD565D">
        <w:tc>
          <w:tcPr>
            <w:tcW w:w="942" w:type="dxa"/>
          </w:tcPr>
          <w:p w14:paraId="72898E62" w14:textId="77777777" w:rsidR="00540B47" w:rsidRDefault="00A32617">
            <w:r>
              <w:rPr>
                <w:sz w:val="18"/>
              </w:rPr>
              <w:t>3741</w:t>
            </w:r>
          </w:p>
        </w:tc>
        <w:tc>
          <w:tcPr>
            <w:tcW w:w="1156" w:type="dxa"/>
          </w:tcPr>
          <w:p w14:paraId="22283253" w14:textId="77777777" w:rsidR="00540B47" w:rsidRDefault="00A32617">
            <w:r>
              <w:rPr>
                <w:sz w:val="18"/>
              </w:rPr>
              <w:t>MACN</w:t>
            </w:r>
          </w:p>
        </w:tc>
        <w:tc>
          <w:tcPr>
            <w:tcW w:w="1126" w:type="dxa"/>
          </w:tcPr>
          <w:p w14:paraId="7B1F6334" w14:textId="77777777" w:rsidR="00540B47" w:rsidRDefault="00A32617">
            <w:r>
              <w:rPr>
                <w:i/>
                <w:sz w:val="18"/>
              </w:rPr>
              <w:t>Z. capensis</w:t>
            </w:r>
          </w:p>
        </w:tc>
        <w:tc>
          <w:tcPr>
            <w:tcW w:w="977" w:type="dxa"/>
          </w:tcPr>
          <w:p w14:paraId="7E2DC5E9" w14:textId="77777777" w:rsidR="00540B47" w:rsidRDefault="00A32617">
            <w:r>
              <w:rPr>
                <w:sz w:val="18"/>
              </w:rPr>
              <w:t>-50.0480</w:t>
            </w:r>
          </w:p>
        </w:tc>
        <w:tc>
          <w:tcPr>
            <w:tcW w:w="1107" w:type="dxa"/>
          </w:tcPr>
          <w:p w14:paraId="3D0E7DF2" w14:textId="77777777" w:rsidR="00540B47" w:rsidRDefault="00A32617">
            <w:r>
              <w:rPr>
                <w:sz w:val="18"/>
              </w:rPr>
              <w:t>-68.9210</w:t>
            </w:r>
          </w:p>
        </w:tc>
        <w:tc>
          <w:tcPr>
            <w:tcW w:w="1156" w:type="dxa"/>
          </w:tcPr>
          <w:p w14:paraId="700281F4" w14:textId="77777777" w:rsidR="00540B47" w:rsidRDefault="00A32617">
            <w:r>
              <w:rPr>
                <w:sz w:val="18"/>
              </w:rPr>
              <w:t>2025-11-11</w:t>
            </w:r>
          </w:p>
        </w:tc>
        <w:tc>
          <w:tcPr>
            <w:tcW w:w="727" w:type="dxa"/>
          </w:tcPr>
          <w:p w14:paraId="2B407410" w14:textId="77777777" w:rsidR="00540B47" w:rsidRDefault="00A32617">
            <w:r>
              <w:rPr>
                <w:sz w:val="18"/>
              </w:rPr>
              <w:t>06:27</w:t>
            </w:r>
          </w:p>
        </w:tc>
        <w:tc>
          <w:tcPr>
            <w:tcW w:w="1561" w:type="dxa"/>
          </w:tcPr>
          <w:p w14:paraId="62B15E8E" w14:textId="77777777" w:rsidR="00540B47" w:rsidRDefault="00A32617">
            <w:r>
              <w:rPr>
                <w:sz w:val="18"/>
              </w:rPr>
              <w:t>Pablo L. Tubaro</w:t>
            </w:r>
          </w:p>
        </w:tc>
      </w:tr>
      <w:tr w:rsidR="00540B47" w14:paraId="23E74DD3" w14:textId="77777777" w:rsidTr="00DD565D">
        <w:tc>
          <w:tcPr>
            <w:tcW w:w="942" w:type="dxa"/>
          </w:tcPr>
          <w:p w14:paraId="1B92F56F" w14:textId="77777777" w:rsidR="00540B47" w:rsidRDefault="00A32617">
            <w:r>
              <w:rPr>
                <w:sz w:val="18"/>
              </w:rPr>
              <w:t>3742</w:t>
            </w:r>
          </w:p>
        </w:tc>
        <w:tc>
          <w:tcPr>
            <w:tcW w:w="1156" w:type="dxa"/>
          </w:tcPr>
          <w:p w14:paraId="6FDE5812" w14:textId="77777777" w:rsidR="00540B47" w:rsidRDefault="00A32617">
            <w:r>
              <w:rPr>
                <w:sz w:val="18"/>
              </w:rPr>
              <w:t>MACN</w:t>
            </w:r>
          </w:p>
        </w:tc>
        <w:tc>
          <w:tcPr>
            <w:tcW w:w="1126" w:type="dxa"/>
          </w:tcPr>
          <w:p w14:paraId="3FE5A5F2" w14:textId="77777777" w:rsidR="00540B47" w:rsidRDefault="00A32617">
            <w:r>
              <w:rPr>
                <w:i/>
                <w:sz w:val="18"/>
              </w:rPr>
              <w:t>Z. capensis</w:t>
            </w:r>
          </w:p>
        </w:tc>
        <w:tc>
          <w:tcPr>
            <w:tcW w:w="977" w:type="dxa"/>
          </w:tcPr>
          <w:p w14:paraId="681C150C" w14:textId="77777777" w:rsidR="00540B47" w:rsidRDefault="00A32617">
            <w:r>
              <w:rPr>
                <w:sz w:val="18"/>
              </w:rPr>
              <w:t>-50.0480</w:t>
            </w:r>
          </w:p>
        </w:tc>
        <w:tc>
          <w:tcPr>
            <w:tcW w:w="1107" w:type="dxa"/>
          </w:tcPr>
          <w:p w14:paraId="186048ED" w14:textId="77777777" w:rsidR="00540B47" w:rsidRDefault="00A32617">
            <w:r>
              <w:rPr>
                <w:sz w:val="18"/>
              </w:rPr>
              <w:t>-68.9210</w:t>
            </w:r>
          </w:p>
        </w:tc>
        <w:tc>
          <w:tcPr>
            <w:tcW w:w="1156" w:type="dxa"/>
          </w:tcPr>
          <w:p w14:paraId="40DA5E3A" w14:textId="77777777" w:rsidR="00540B47" w:rsidRDefault="00A32617">
            <w:r>
              <w:rPr>
                <w:sz w:val="18"/>
              </w:rPr>
              <w:t>2025-11-11</w:t>
            </w:r>
          </w:p>
        </w:tc>
        <w:tc>
          <w:tcPr>
            <w:tcW w:w="727" w:type="dxa"/>
          </w:tcPr>
          <w:p w14:paraId="145D9E68" w14:textId="77777777" w:rsidR="00540B47" w:rsidRDefault="00A32617">
            <w:r>
              <w:rPr>
                <w:sz w:val="18"/>
              </w:rPr>
              <w:t>06:31</w:t>
            </w:r>
          </w:p>
        </w:tc>
        <w:tc>
          <w:tcPr>
            <w:tcW w:w="1561" w:type="dxa"/>
          </w:tcPr>
          <w:p w14:paraId="6692AC42" w14:textId="77777777" w:rsidR="00540B47" w:rsidRDefault="00A32617">
            <w:r>
              <w:rPr>
                <w:sz w:val="18"/>
              </w:rPr>
              <w:t>Pablo L. Tubaro</w:t>
            </w:r>
          </w:p>
        </w:tc>
      </w:tr>
      <w:tr w:rsidR="00540B47" w14:paraId="10B92D92" w14:textId="77777777" w:rsidTr="00DD565D">
        <w:tc>
          <w:tcPr>
            <w:tcW w:w="942" w:type="dxa"/>
          </w:tcPr>
          <w:p w14:paraId="7BA15610" w14:textId="77777777" w:rsidR="00540B47" w:rsidRDefault="00A32617">
            <w:r>
              <w:rPr>
                <w:sz w:val="18"/>
              </w:rPr>
              <w:t>3743</w:t>
            </w:r>
          </w:p>
        </w:tc>
        <w:tc>
          <w:tcPr>
            <w:tcW w:w="1156" w:type="dxa"/>
          </w:tcPr>
          <w:p w14:paraId="776FAFC7" w14:textId="77777777" w:rsidR="00540B47" w:rsidRDefault="00A32617">
            <w:r>
              <w:rPr>
                <w:sz w:val="18"/>
              </w:rPr>
              <w:t>MACN</w:t>
            </w:r>
          </w:p>
        </w:tc>
        <w:tc>
          <w:tcPr>
            <w:tcW w:w="1126" w:type="dxa"/>
          </w:tcPr>
          <w:p w14:paraId="12B74AD3" w14:textId="77777777" w:rsidR="00540B47" w:rsidRDefault="00A32617">
            <w:r>
              <w:rPr>
                <w:i/>
                <w:sz w:val="18"/>
              </w:rPr>
              <w:t>Z. capensis</w:t>
            </w:r>
          </w:p>
        </w:tc>
        <w:tc>
          <w:tcPr>
            <w:tcW w:w="977" w:type="dxa"/>
          </w:tcPr>
          <w:p w14:paraId="1CBE38ED" w14:textId="77777777" w:rsidR="00540B47" w:rsidRDefault="00A32617">
            <w:r>
              <w:rPr>
                <w:sz w:val="18"/>
              </w:rPr>
              <w:t>-50.0060</w:t>
            </w:r>
          </w:p>
        </w:tc>
        <w:tc>
          <w:tcPr>
            <w:tcW w:w="1107" w:type="dxa"/>
          </w:tcPr>
          <w:p w14:paraId="489A9F62" w14:textId="77777777" w:rsidR="00540B47" w:rsidRDefault="00A32617">
            <w:r>
              <w:rPr>
                <w:sz w:val="18"/>
              </w:rPr>
              <w:t>-68.9436</w:t>
            </w:r>
          </w:p>
        </w:tc>
        <w:tc>
          <w:tcPr>
            <w:tcW w:w="1156" w:type="dxa"/>
          </w:tcPr>
          <w:p w14:paraId="6EE150C9" w14:textId="77777777" w:rsidR="00540B47" w:rsidRDefault="00A32617">
            <w:r>
              <w:rPr>
                <w:sz w:val="18"/>
              </w:rPr>
              <w:t>2025-11-11</w:t>
            </w:r>
          </w:p>
        </w:tc>
        <w:tc>
          <w:tcPr>
            <w:tcW w:w="727" w:type="dxa"/>
          </w:tcPr>
          <w:p w14:paraId="54E51539" w14:textId="77777777" w:rsidR="00540B47" w:rsidRDefault="00A32617">
            <w:r>
              <w:rPr>
                <w:sz w:val="18"/>
              </w:rPr>
              <w:t>07:21</w:t>
            </w:r>
          </w:p>
        </w:tc>
        <w:tc>
          <w:tcPr>
            <w:tcW w:w="1561" w:type="dxa"/>
          </w:tcPr>
          <w:p w14:paraId="736BFC41" w14:textId="77777777" w:rsidR="00540B47" w:rsidRDefault="00A32617">
            <w:r>
              <w:rPr>
                <w:sz w:val="18"/>
              </w:rPr>
              <w:t>Agustin I. Casale</w:t>
            </w:r>
          </w:p>
        </w:tc>
      </w:tr>
      <w:tr w:rsidR="00540B47" w14:paraId="50302418" w14:textId="77777777" w:rsidTr="00DD565D">
        <w:tc>
          <w:tcPr>
            <w:tcW w:w="942" w:type="dxa"/>
          </w:tcPr>
          <w:p w14:paraId="2B15F981" w14:textId="77777777" w:rsidR="00540B47" w:rsidRDefault="00A32617">
            <w:r>
              <w:rPr>
                <w:sz w:val="18"/>
              </w:rPr>
              <w:t>3744</w:t>
            </w:r>
          </w:p>
        </w:tc>
        <w:tc>
          <w:tcPr>
            <w:tcW w:w="1156" w:type="dxa"/>
          </w:tcPr>
          <w:p w14:paraId="05119DF0" w14:textId="77777777" w:rsidR="00540B47" w:rsidRDefault="00A32617">
            <w:r>
              <w:rPr>
                <w:sz w:val="18"/>
              </w:rPr>
              <w:t>MACN</w:t>
            </w:r>
          </w:p>
        </w:tc>
        <w:tc>
          <w:tcPr>
            <w:tcW w:w="1126" w:type="dxa"/>
          </w:tcPr>
          <w:p w14:paraId="0FE4AC06" w14:textId="77777777" w:rsidR="00540B47" w:rsidRDefault="00A32617">
            <w:r>
              <w:rPr>
                <w:i/>
                <w:sz w:val="18"/>
              </w:rPr>
              <w:t>Z. capensis</w:t>
            </w:r>
          </w:p>
        </w:tc>
        <w:tc>
          <w:tcPr>
            <w:tcW w:w="977" w:type="dxa"/>
          </w:tcPr>
          <w:p w14:paraId="52A81F9F" w14:textId="77777777" w:rsidR="00540B47" w:rsidRDefault="00A32617">
            <w:r>
              <w:rPr>
                <w:sz w:val="18"/>
              </w:rPr>
              <w:t>-49.9986</w:t>
            </w:r>
          </w:p>
        </w:tc>
        <w:tc>
          <w:tcPr>
            <w:tcW w:w="1107" w:type="dxa"/>
          </w:tcPr>
          <w:p w14:paraId="16D1EE81" w14:textId="77777777" w:rsidR="00540B47" w:rsidRDefault="00A32617">
            <w:r>
              <w:rPr>
                <w:sz w:val="18"/>
              </w:rPr>
              <w:t>-68.9375</w:t>
            </w:r>
          </w:p>
        </w:tc>
        <w:tc>
          <w:tcPr>
            <w:tcW w:w="1156" w:type="dxa"/>
          </w:tcPr>
          <w:p w14:paraId="0EB7993E" w14:textId="77777777" w:rsidR="00540B47" w:rsidRDefault="00A32617">
            <w:r>
              <w:rPr>
                <w:sz w:val="18"/>
              </w:rPr>
              <w:t>2025-11-11</w:t>
            </w:r>
          </w:p>
        </w:tc>
        <w:tc>
          <w:tcPr>
            <w:tcW w:w="727" w:type="dxa"/>
          </w:tcPr>
          <w:p w14:paraId="347E92DA" w14:textId="77777777" w:rsidR="00540B47" w:rsidRDefault="00A32617">
            <w:r>
              <w:rPr>
                <w:sz w:val="18"/>
              </w:rPr>
              <w:t>07:40</w:t>
            </w:r>
          </w:p>
        </w:tc>
        <w:tc>
          <w:tcPr>
            <w:tcW w:w="1561" w:type="dxa"/>
          </w:tcPr>
          <w:p w14:paraId="76D478ED" w14:textId="77777777" w:rsidR="00540B47" w:rsidRDefault="00A32617">
            <w:r>
              <w:rPr>
                <w:sz w:val="18"/>
              </w:rPr>
              <w:t>Agustin I. Casale</w:t>
            </w:r>
          </w:p>
        </w:tc>
      </w:tr>
      <w:tr w:rsidR="00540B47" w14:paraId="2623B563" w14:textId="77777777" w:rsidTr="00DD565D">
        <w:tc>
          <w:tcPr>
            <w:tcW w:w="942" w:type="dxa"/>
          </w:tcPr>
          <w:p w14:paraId="61E57A45" w14:textId="77777777" w:rsidR="00540B47" w:rsidRDefault="00A32617">
            <w:r>
              <w:rPr>
                <w:sz w:val="18"/>
              </w:rPr>
              <w:t>3745</w:t>
            </w:r>
          </w:p>
        </w:tc>
        <w:tc>
          <w:tcPr>
            <w:tcW w:w="1156" w:type="dxa"/>
          </w:tcPr>
          <w:p w14:paraId="3B9082D5" w14:textId="77777777" w:rsidR="00540B47" w:rsidRDefault="00A32617">
            <w:r>
              <w:rPr>
                <w:sz w:val="18"/>
              </w:rPr>
              <w:t>MACN</w:t>
            </w:r>
          </w:p>
        </w:tc>
        <w:tc>
          <w:tcPr>
            <w:tcW w:w="1126" w:type="dxa"/>
          </w:tcPr>
          <w:p w14:paraId="31F7F015" w14:textId="77777777" w:rsidR="00540B47" w:rsidRDefault="00A32617">
            <w:r>
              <w:rPr>
                <w:i/>
                <w:sz w:val="18"/>
              </w:rPr>
              <w:t>Z. capensis</w:t>
            </w:r>
          </w:p>
        </w:tc>
        <w:tc>
          <w:tcPr>
            <w:tcW w:w="977" w:type="dxa"/>
          </w:tcPr>
          <w:p w14:paraId="0FC23325" w14:textId="77777777" w:rsidR="00540B47" w:rsidRDefault="00A32617">
            <w:r>
              <w:rPr>
                <w:sz w:val="18"/>
              </w:rPr>
              <w:t>-50.0001</w:t>
            </w:r>
          </w:p>
        </w:tc>
        <w:tc>
          <w:tcPr>
            <w:tcW w:w="1107" w:type="dxa"/>
          </w:tcPr>
          <w:p w14:paraId="2830B9EE" w14:textId="77777777" w:rsidR="00540B47" w:rsidRDefault="00A32617">
            <w:r>
              <w:rPr>
                <w:sz w:val="18"/>
              </w:rPr>
              <w:t>-68.9247</w:t>
            </w:r>
          </w:p>
        </w:tc>
        <w:tc>
          <w:tcPr>
            <w:tcW w:w="1156" w:type="dxa"/>
          </w:tcPr>
          <w:p w14:paraId="7059AEBC" w14:textId="77777777" w:rsidR="00540B47" w:rsidRDefault="00A32617">
            <w:r>
              <w:rPr>
                <w:sz w:val="18"/>
              </w:rPr>
              <w:t>2025-11-11</w:t>
            </w:r>
          </w:p>
        </w:tc>
        <w:tc>
          <w:tcPr>
            <w:tcW w:w="727" w:type="dxa"/>
          </w:tcPr>
          <w:p w14:paraId="3B9142E1" w14:textId="77777777" w:rsidR="00540B47" w:rsidRDefault="00A32617">
            <w:r>
              <w:rPr>
                <w:sz w:val="18"/>
              </w:rPr>
              <w:t>07:00</w:t>
            </w:r>
          </w:p>
        </w:tc>
        <w:tc>
          <w:tcPr>
            <w:tcW w:w="1561" w:type="dxa"/>
          </w:tcPr>
          <w:p w14:paraId="4EBF90D2" w14:textId="77777777" w:rsidR="00540B47" w:rsidRDefault="00A32617">
            <w:r>
              <w:rPr>
                <w:sz w:val="18"/>
              </w:rPr>
              <w:t>Pablo L. Tubaro</w:t>
            </w:r>
          </w:p>
        </w:tc>
      </w:tr>
      <w:tr w:rsidR="00540B47" w14:paraId="5E9E3CD7" w14:textId="77777777" w:rsidTr="00DD565D">
        <w:tc>
          <w:tcPr>
            <w:tcW w:w="942" w:type="dxa"/>
          </w:tcPr>
          <w:p w14:paraId="42F25C6C" w14:textId="77777777" w:rsidR="00540B47" w:rsidRDefault="00A32617">
            <w:r>
              <w:rPr>
                <w:sz w:val="18"/>
              </w:rPr>
              <w:t>3746</w:t>
            </w:r>
          </w:p>
        </w:tc>
        <w:tc>
          <w:tcPr>
            <w:tcW w:w="1156" w:type="dxa"/>
          </w:tcPr>
          <w:p w14:paraId="66D083AF" w14:textId="77777777" w:rsidR="00540B47" w:rsidRDefault="00A32617">
            <w:r>
              <w:rPr>
                <w:sz w:val="18"/>
              </w:rPr>
              <w:t>MACN</w:t>
            </w:r>
          </w:p>
        </w:tc>
        <w:tc>
          <w:tcPr>
            <w:tcW w:w="1126" w:type="dxa"/>
          </w:tcPr>
          <w:p w14:paraId="6858B25A" w14:textId="77777777" w:rsidR="00540B47" w:rsidRDefault="00A32617">
            <w:r>
              <w:rPr>
                <w:i/>
                <w:sz w:val="18"/>
              </w:rPr>
              <w:t>Z. capensis</w:t>
            </w:r>
          </w:p>
        </w:tc>
        <w:tc>
          <w:tcPr>
            <w:tcW w:w="977" w:type="dxa"/>
          </w:tcPr>
          <w:p w14:paraId="2DBF2879" w14:textId="77777777" w:rsidR="00540B47" w:rsidRDefault="00A32617">
            <w:r>
              <w:rPr>
                <w:sz w:val="18"/>
              </w:rPr>
              <w:t>-50.0009</w:t>
            </w:r>
          </w:p>
        </w:tc>
        <w:tc>
          <w:tcPr>
            <w:tcW w:w="1107" w:type="dxa"/>
          </w:tcPr>
          <w:p w14:paraId="19807483" w14:textId="77777777" w:rsidR="00540B47" w:rsidRDefault="00A32617">
            <w:r>
              <w:rPr>
                <w:sz w:val="18"/>
              </w:rPr>
              <w:t>-68.9254</w:t>
            </w:r>
          </w:p>
        </w:tc>
        <w:tc>
          <w:tcPr>
            <w:tcW w:w="1156" w:type="dxa"/>
          </w:tcPr>
          <w:p w14:paraId="70029529" w14:textId="77777777" w:rsidR="00540B47" w:rsidRDefault="00A32617">
            <w:r>
              <w:rPr>
                <w:sz w:val="18"/>
              </w:rPr>
              <w:t>2025-11-11</w:t>
            </w:r>
          </w:p>
        </w:tc>
        <w:tc>
          <w:tcPr>
            <w:tcW w:w="727" w:type="dxa"/>
          </w:tcPr>
          <w:p w14:paraId="2E21425A" w14:textId="77777777" w:rsidR="00540B47" w:rsidRDefault="00A32617">
            <w:r>
              <w:rPr>
                <w:sz w:val="18"/>
              </w:rPr>
              <w:t>07:04</w:t>
            </w:r>
          </w:p>
        </w:tc>
        <w:tc>
          <w:tcPr>
            <w:tcW w:w="1561" w:type="dxa"/>
          </w:tcPr>
          <w:p w14:paraId="4CFB454B" w14:textId="77777777" w:rsidR="00540B47" w:rsidRDefault="00A32617">
            <w:r>
              <w:rPr>
                <w:sz w:val="18"/>
              </w:rPr>
              <w:t>Pablo L. Tubaro</w:t>
            </w:r>
          </w:p>
        </w:tc>
      </w:tr>
      <w:tr w:rsidR="00540B47" w14:paraId="3B979749" w14:textId="77777777" w:rsidTr="00DD565D">
        <w:tc>
          <w:tcPr>
            <w:tcW w:w="942" w:type="dxa"/>
          </w:tcPr>
          <w:p w14:paraId="7790E1D6" w14:textId="77777777" w:rsidR="00540B47" w:rsidRDefault="00A32617">
            <w:r>
              <w:rPr>
                <w:sz w:val="18"/>
              </w:rPr>
              <w:t>3747</w:t>
            </w:r>
          </w:p>
        </w:tc>
        <w:tc>
          <w:tcPr>
            <w:tcW w:w="1156" w:type="dxa"/>
          </w:tcPr>
          <w:p w14:paraId="0C34D7DD" w14:textId="77777777" w:rsidR="00540B47" w:rsidRDefault="00A32617">
            <w:r>
              <w:rPr>
                <w:sz w:val="18"/>
              </w:rPr>
              <w:t>MACN</w:t>
            </w:r>
          </w:p>
        </w:tc>
        <w:tc>
          <w:tcPr>
            <w:tcW w:w="1126" w:type="dxa"/>
          </w:tcPr>
          <w:p w14:paraId="6249FC58" w14:textId="77777777" w:rsidR="00540B47" w:rsidRDefault="00A32617">
            <w:r>
              <w:rPr>
                <w:i/>
                <w:sz w:val="18"/>
              </w:rPr>
              <w:t>Z. capensis</w:t>
            </w:r>
          </w:p>
        </w:tc>
        <w:tc>
          <w:tcPr>
            <w:tcW w:w="977" w:type="dxa"/>
          </w:tcPr>
          <w:p w14:paraId="4B62AB9D" w14:textId="77777777" w:rsidR="00540B47" w:rsidRDefault="00A32617">
            <w:r>
              <w:rPr>
                <w:sz w:val="18"/>
              </w:rPr>
              <w:t>-50.0047</w:t>
            </w:r>
          </w:p>
        </w:tc>
        <w:tc>
          <w:tcPr>
            <w:tcW w:w="1107" w:type="dxa"/>
          </w:tcPr>
          <w:p w14:paraId="235E723D" w14:textId="77777777" w:rsidR="00540B47" w:rsidRDefault="00A32617">
            <w:r>
              <w:rPr>
                <w:sz w:val="18"/>
              </w:rPr>
              <w:t>-68.9420</w:t>
            </w:r>
          </w:p>
        </w:tc>
        <w:tc>
          <w:tcPr>
            <w:tcW w:w="1156" w:type="dxa"/>
          </w:tcPr>
          <w:p w14:paraId="79515D95" w14:textId="77777777" w:rsidR="00540B47" w:rsidRDefault="00A32617">
            <w:r>
              <w:rPr>
                <w:sz w:val="18"/>
              </w:rPr>
              <w:t>2025-11-11</w:t>
            </w:r>
          </w:p>
        </w:tc>
        <w:tc>
          <w:tcPr>
            <w:tcW w:w="727" w:type="dxa"/>
          </w:tcPr>
          <w:p w14:paraId="41800BA6" w14:textId="77777777" w:rsidR="00540B47" w:rsidRDefault="00A32617">
            <w:r>
              <w:rPr>
                <w:sz w:val="18"/>
              </w:rPr>
              <w:t>07:14</w:t>
            </w:r>
          </w:p>
        </w:tc>
        <w:tc>
          <w:tcPr>
            <w:tcW w:w="1561" w:type="dxa"/>
          </w:tcPr>
          <w:p w14:paraId="684BB625" w14:textId="77777777" w:rsidR="00540B47" w:rsidRDefault="00A32617">
            <w:r>
              <w:rPr>
                <w:sz w:val="18"/>
              </w:rPr>
              <w:t>Pablo L. Tubaro</w:t>
            </w:r>
          </w:p>
        </w:tc>
      </w:tr>
      <w:tr w:rsidR="00540B47" w14:paraId="48AEC20B" w14:textId="77777777" w:rsidTr="00DD565D">
        <w:tc>
          <w:tcPr>
            <w:tcW w:w="942" w:type="dxa"/>
          </w:tcPr>
          <w:p w14:paraId="4193B04C" w14:textId="77777777" w:rsidR="00540B47" w:rsidRDefault="00A32617">
            <w:r>
              <w:rPr>
                <w:sz w:val="18"/>
              </w:rPr>
              <w:t>3748</w:t>
            </w:r>
          </w:p>
        </w:tc>
        <w:tc>
          <w:tcPr>
            <w:tcW w:w="1156" w:type="dxa"/>
          </w:tcPr>
          <w:p w14:paraId="59DF3936" w14:textId="77777777" w:rsidR="00540B47" w:rsidRDefault="00A32617">
            <w:r>
              <w:rPr>
                <w:sz w:val="18"/>
              </w:rPr>
              <w:t>MACN</w:t>
            </w:r>
          </w:p>
        </w:tc>
        <w:tc>
          <w:tcPr>
            <w:tcW w:w="1126" w:type="dxa"/>
          </w:tcPr>
          <w:p w14:paraId="63A2B225" w14:textId="77777777" w:rsidR="00540B47" w:rsidRDefault="00A32617">
            <w:r>
              <w:rPr>
                <w:i/>
                <w:sz w:val="18"/>
              </w:rPr>
              <w:t>Z. capensis</w:t>
            </w:r>
          </w:p>
        </w:tc>
        <w:tc>
          <w:tcPr>
            <w:tcW w:w="977" w:type="dxa"/>
          </w:tcPr>
          <w:p w14:paraId="73991400" w14:textId="77777777" w:rsidR="00540B47" w:rsidRDefault="00A32617">
            <w:r>
              <w:rPr>
                <w:sz w:val="18"/>
              </w:rPr>
              <w:t>-50.0064</w:t>
            </w:r>
          </w:p>
        </w:tc>
        <w:tc>
          <w:tcPr>
            <w:tcW w:w="1107" w:type="dxa"/>
          </w:tcPr>
          <w:p w14:paraId="52A126AE" w14:textId="77777777" w:rsidR="00540B47" w:rsidRDefault="00A32617">
            <w:r>
              <w:rPr>
                <w:sz w:val="18"/>
              </w:rPr>
              <w:t>-68.9430</w:t>
            </w:r>
          </w:p>
        </w:tc>
        <w:tc>
          <w:tcPr>
            <w:tcW w:w="1156" w:type="dxa"/>
          </w:tcPr>
          <w:p w14:paraId="0B55C398" w14:textId="77777777" w:rsidR="00540B47" w:rsidRDefault="00A32617">
            <w:r>
              <w:rPr>
                <w:sz w:val="18"/>
              </w:rPr>
              <w:t>2025-11-11</w:t>
            </w:r>
          </w:p>
        </w:tc>
        <w:tc>
          <w:tcPr>
            <w:tcW w:w="727" w:type="dxa"/>
          </w:tcPr>
          <w:p w14:paraId="743D64A6" w14:textId="77777777" w:rsidR="00540B47" w:rsidRDefault="00A32617">
            <w:r>
              <w:rPr>
                <w:sz w:val="18"/>
              </w:rPr>
              <w:t>07:18</w:t>
            </w:r>
          </w:p>
        </w:tc>
        <w:tc>
          <w:tcPr>
            <w:tcW w:w="1561" w:type="dxa"/>
          </w:tcPr>
          <w:p w14:paraId="724B2A9D" w14:textId="77777777" w:rsidR="00540B47" w:rsidRDefault="00A32617">
            <w:r>
              <w:rPr>
                <w:sz w:val="18"/>
              </w:rPr>
              <w:t>Pablo L. Tubaro</w:t>
            </w:r>
          </w:p>
        </w:tc>
      </w:tr>
      <w:tr w:rsidR="00540B47" w14:paraId="7FD1CAD5" w14:textId="77777777" w:rsidTr="00DD565D">
        <w:tc>
          <w:tcPr>
            <w:tcW w:w="942" w:type="dxa"/>
          </w:tcPr>
          <w:p w14:paraId="73570752" w14:textId="77777777" w:rsidR="00540B47" w:rsidRDefault="00A32617">
            <w:r>
              <w:rPr>
                <w:sz w:val="18"/>
              </w:rPr>
              <w:t>3749</w:t>
            </w:r>
          </w:p>
        </w:tc>
        <w:tc>
          <w:tcPr>
            <w:tcW w:w="1156" w:type="dxa"/>
          </w:tcPr>
          <w:p w14:paraId="6CC0C122" w14:textId="77777777" w:rsidR="00540B47" w:rsidRDefault="00A32617">
            <w:r>
              <w:rPr>
                <w:sz w:val="18"/>
              </w:rPr>
              <w:t>MACN</w:t>
            </w:r>
          </w:p>
        </w:tc>
        <w:tc>
          <w:tcPr>
            <w:tcW w:w="1126" w:type="dxa"/>
          </w:tcPr>
          <w:p w14:paraId="39BE285E" w14:textId="77777777" w:rsidR="00540B47" w:rsidRDefault="00A32617">
            <w:r>
              <w:rPr>
                <w:i/>
                <w:sz w:val="18"/>
              </w:rPr>
              <w:t>Z. capensis</w:t>
            </w:r>
          </w:p>
        </w:tc>
        <w:tc>
          <w:tcPr>
            <w:tcW w:w="977" w:type="dxa"/>
          </w:tcPr>
          <w:p w14:paraId="4F1F7118" w14:textId="77777777" w:rsidR="00540B47" w:rsidRDefault="00A32617">
            <w:r>
              <w:rPr>
                <w:sz w:val="18"/>
              </w:rPr>
              <w:t>-50.0064</w:t>
            </w:r>
          </w:p>
        </w:tc>
        <w:tc>
          <w:tcPr>
            <w:tcW w:w="1107" w:type="dxa"/>
          </w:tcPr>
          <w:p w14:paraId="0442827C" w14:textId="77777777" w:rsidR="00540B47" w:rsidRDefault="00A32617">
            <w:r>
              <w:rPr>
                <w:sz w:val="18"/>
              </w:rPr>
              <w:t>-68.9430</w:t>
            </w:r>
          </w:p>
        </w:tc>
        <w:tc>
          <w:tcPr>
            <w:tcW w:w="1156" w:type="dxa"/>
          </w:tcPr>
          <w:p w14:paraId="06947D95" w14:textId="77777777" w:rsidR="00540B47" w:rsidRDefault="00A32617">
            <w:r>
              <w:rPr>
                <w:sz w:val="18"/>
              </w:rPr>
              <w:t>2025-11-11</w:t>
            </w:r>
          </w:p>
        </w:tc>
        <w:tc>
          <w:tcPr>
            <w:tcW w:w="727" w:type="dxa"/>
          </w:tcPr>
          <w:p w14:paraId="09A268E4" w14:textId="77777777" w:rsidR="00540B47" w:rsidRDefault="00A32617">
            <w:r>
              <w:rPr>
                <w:sz w:val="18"/>
              </w:rPr>
              <w:t>07:21</w:t>
            </w:r>
          </w:p>
        </w:tc>
        <w:tc>
          <w:tcPr>
            <w:tcW w:w="1561" w:type="dxa"/>
          </w:tcPr>
          <w:p w14:paraId="369EA94D" w14:textId="77777777" w:rsidR="00540B47" w:rsidRDefault="00A32617">
            <w:r>
              <w:rPr>
                <w:sz w:val="18"/>
              </w:rPr>
              <w:t>Pablo L. Tubaro</w:t>
            </w:r>
          </w:p>
        </w:tc>
      </w:tr>
      <w:tr w:rsidR="00540B47" w14:paraId="46F72013" w14:textId="77777777" w:rsidTr="00DD565D">
        <w:tc>
          <w:tcPr>
            <w:tcW w:w="942" w:type="dxa"/>
          </w:tcPr>
          <w:p w14:paraId="2E5F41BE" w14:textId="77777777" w:rsidR="00540B47" w:rsidRDefault="00A32617">
            <w:r>
              <w:rPr>
                <w:sz w:val="18"/>
              </w:rPr>
              <w:t>3750</w:t>
            </w:r>
          </w:p>
        </w:tc>
        <w:tc>
          <w:tcPr>
            <w:tcW w:w="1156" w:type="dxa"/>
          </w:tcPr>
          <w:p w14:paraId="1769F350" w14:textId="77777777" w:rsidR="00540B47" w:rsidRDefault="00A32617">
            <w:r>
              <w:rPr>
                <w:sz w:val="18"/>
              </w:rPr>
              <w:t>MACN</w:t>
            </w:r>
          </w:p>
        </w:tc>
        <w:tc>
          <w:tcPr>
            <w:tcW w:w="1126" w:type="dxa"/>
          </w:tcPr>
          <w:p w14:paraId="56A7FD02" w14:textId="77777777" w:rsidR="00540B47" w:rsidRDefault="00A32617">
            <w:r>
              <w:rPr>
                <w:i/>
                <w:sz w:val="18"/>
              </w:rPr>
              <w:t>Z. capensis</w:t>
            </w:r>
          </w:p>
        </w:tc>
        <w:tc>
          <w:tcPr>
            <w:tcW w:w="977" w:type="dxa"/>
          </w:tcPr>
          <w:p w14:paraId="05A2115E" w14:textId="77777777" w:rsidR="00540B47" w:rsidRDefault="00A32617">
            <w:r>
              <w:rPr>
                <w:sz w:val="18"/>
              </w:rPr>
              <w:t>-50.0051</w:t>
            </w:r>
          </w:p>
        </w:tc>
        <w:tc>
          <w:tcPr>
            <w:tcW w:w="1107" w:type="dxa"/>
          </w:tcPr>
          <w:p w14:paraId="3580FC3F" w14:textId="77777777" w:rsidR="00540B47" w:rsidRDefault="00A32617">
            <w:r>
              <w:rPr>
                <w:sz w:val="18"/>
              </w:rPr>
              <w:t>-68.9447</w:t>
            </w:r>
          </w:p>
        </w:tc>
        <w:tc>
          <w:tcPr>
            <w:tcW w:w="1156" w:type="dxa"/>
          </w:tcPr>
          <w:p w14:paraId="3059C019" w14:textId="77777777" w:rsidR="00540B47" w:rsidRDefault="00A32617">
            <w:r>
              <w:rPr>
                <w:sz w:val="18"/>
              </w:rPr>
              <w:t>2025-11-11</w:t>
            </w:r>
          </w:p>
        </w:tc>
        <w:tc>
          <w:tcPr>
            <w:tcW w:w="727" w:type="dxa"/>
          </w:tcPr>
          <w:p w14:paraId="7E2B564C" w14:textId="77777777" w:rsidR="00540B47" w:rsidRDefault="00A32617">
            <w:r>
              <w:rPr>
                <w:sz w:val="18"/>
              </w:rPr>
              <w:t>07:25</w:t>
            </w:r>
          </w:p>
        </w:tc>
        <w:tc>
          <w:tcPr>
            <w:tcW w:w="1561" w:type="dxa"/>
          </w:tcPr>
          <w:p w14:paraId="5F9A8BEE" w14:textId="77777777" w:rsidR="00540B47" w:rsidRDefault="00A32617">
            <w:r>
              <w:rPr>
                <w:sz w:val="18"/>
              </w:rPr>
              <w:t>Pablo L. Tubaro</w:t>
            </w:r>
          </w:p>
        </w:tc>
      </w:tr>
      <w:tr w:rsidR="00540B47" w14:paraId="12161713" w14:textId="77777777" w:rsidTr="00DD565D">
        <w:tc>
          <w:tcPr>
            <w:tcW w:w="942" w:type="dxa"/>
          </w:tcPr>
          <w:p w14:paraId="119640FD" w14:textId="77777777" w:rsidR="00540B47" w:rsidRDefault="00A32617">
            <w:r>
              <w:rPr>
                <w:sz w:val="18"/>
              </w:rPr>
              <w:t>3751</w:t>
            </w:r>
          </w:p>
        </w:tc>
        <w:tc>
          <w:tcPr>
            <w:tcW w:w="1156" w:type="dxa"/>
          </w:tcPr>
          <w:p w14:paraId="4C47D358" w14:textId="77777777" w:rsidR="00540B47" w:rsidRDefault="00A32617">
            <w:r>
              <w:rPr>
                <w:sz w:val="18"/>
              </w:rPr>
              <w:t>MACN</w:t>
            </w:r>
          </w:p>
        </w:tc>
        <w:tc>
          <w:tcPr>
            <w:tcW w:w="1126" w:type="dxa"/>
          </w:tcPr>
          <w:p w14:paraId="7A83C1F7" w14:textId="77777777" w:rsidR="00540B47" w:rsidRDefault="00A32617">
            <w:r>
              <w:rPr>
                <w:i/>
                <w:sz w:val="18"/>
              </w:rPr>
              <w:t>Z. capensis</w:t>
            </w:r>
          </w:p>
        </w:tc>
        <w:tc>
          <w:tcPr>
            <w:tcW w:w="977" w:type="dxa"/>
          </w:tcPr>
          <w:p w14:paraId="2BB50942" w14:textId="77777777" w:rsidR="00540B47" w:rsidRDefault="00A32617">
            <w:r>
              <w:rPr>
                <w:sz w:val="18"/>
              </w:rPr>
              <w:t>-50.0040</w:t>
            </w:r>
          </w:p>
        </w:tc>
        <w:tc>
          <w:tcPr>
            <w:tcW w:w="1107" w:type="dxa"/>
          </w:tcPr>
          <w:p w14:paraId="5B30EB70" w14:textId="77777777" w:rsidR="00540B47" w:rsidRDefault="00A32617">
            <w:r>
              <w:rPr>
                <w:sz w:val="18"/>
              </w:rPr>
              <w:t>-68.9335</w:t>
            </w:r>
          </w:p>
        </w:tc>
        <w:tc>
          <w:tcPr>
            <w:tcW w:w="1156" w:type="dxa"/>
          </w:tcPr>
          <w:p w14:paraId="7EC505F2" w14:textId="77777777" w:rsidR="00540B47" w:rsidRDefault="00A32617">
            <w:r>
              <w:rPr>
                <w:sz w:val="18"/>
              </w:rPr>
              <w:t>2025-11-11</w:t>
            </w:r>
          </w:p>
        </w:tc>
        <w:tc>
          <w:tcPr>
            <w:tcW w:w="727" w:type="dxa"/>
          </w:tcPr>
          <w:p w14:paraId="67820215" w14:textId="77777777" w:rsidR="00540B47" w:rsidRDefault="00A32617">
            <w:r>
              <w:rPr>
                <w:sz w:val="18"/>
              </w:rPr>
              <w:t>07:29</w:t>
            </w:r>
          </w:p>
        </w:tc>
        <w:tc>
          <w:tcPr>
            <w:tcW w:w="1561" w:type="dxa"/>
          </w:tcPr>
          <w:p w14:paraId="0196D280" w14:textId="77777777" w:rsidR="00540B47" w:rsidRDefault="00A32617">
            <w:r>
              <w:rPr>
                <w:sz w:val="18"/>
              </w:rPr>
              <w:t>Pablo L. Tubaro</w:t>
            </w:r>
          </w:p>
        </w:tc>
      </w:tr>
      <w:tr w:rsidR="00540B47" w14:paraId="2130F4E2" w14:textId="77777777" w:rsidTr="00DD565D">
        <w:tc>
          <w:tcPr>
            <w:tcW w:w="942" w:type="dxa"/>
          </w:tcPr>
          <w:p w14:paraId="747FEB93" w14:textId="77777777" w:rsidR="00540B47" w:rsidRDefault="00A32617">
            <w:r>
              <w:rPr>
                <w:sz w:val="18"/>
              </w:rPr>
              <w:t>3752</w:t>
            </w:r>
          </w:p>
        </w:tc>
        <w:tc>
          <w:tcPr>
            <w:tcW w:w="1156" w:type="dxa"/>
          </w:tcPr>
          <w:p w14:paraId="6A7D4A2B" w14:textId="77777777" w:rsidR="00540B47" w:rsidRDefault="00A32617">
            <w:r>
              <w:rPr>
                <w:sz w:val="18"/>
              </w:rPr>
              <w:t>MACN</w:t>
            </w:r>
          </w:p>
        </w:tc>
        <w:tc>
          <w:tcPr>
            <w:tcW w:w="1126" w:type="dxa"/>
          </w:tcPr>
          <w:p w14:paraId="63933B18" w14:textId="77777777" w:rsidR="00540B47" w:rsidRDefault="00A32617">
            <w:r>
              <w:rPr>
                <w:i/>
                <w:sz w:val="18"/>
              </w:rPr>
              <w:t>Z. capensis</w:t>
            </w:r>
          </w:p>
        </w:tc>
        <w:tc>
          <w:tcPr>
            <w:tcW w:w="977" w:type="dxa"/>
          </w:tcPr>
          <w:p w14:paraId="224F0201" w14:textId="77777777" w:rsidR="00540B47" w:rsidRDefault="00A32617">
            <w:r>
              <w:rPr>
                <w:sz w:val="18"/>
              </w:rPr>
              <w:t>-49.9951</w:t>
            </w:r>
          </w:p>
        </w:tc>
        <w:tc>
          <w:tcPr>
            <w:tcW w:w="1107" w:type="dxa"/>
          </w:tcPr>
          <w:p w14:paraId="4C0CA49F" w14:textId="77777777" w:rsidR="00540B47" w:rsidRDefault="00A32617">
            <w:r>
              <w:rPr>
                <w:sz w:val="18"/>
              </w:rPr>
              <w:t>-68.9276</w:t>
            </w:r>
          </w:p>
        </w:tc>
        <w:tc>
          <w:tcPr>
            <w:tcW w:w="1156" w:type="dxa"/>
          </w:tcPr>
          <w:p w14:paraId="1C1453D0" w14:textId="77777777" w:rsidR="00540B47" w:rsidRDefault="00A32617">
            <w:r>
              <w:rPr>
                <w:sz w:val="18"/>
              </w:rPr>
              <w:t>2025-11-11</w:t>
            </w:r>
          </w:p>
        </w:tc>
        <w:tc>
          <w:tcPr>
            <w:tcW w:w="727" w:type="dxa"/>
          </w:tcPr>
          <w:p w14:paraId="52E00331" w14:textId="77777777" w:rsidR="00540B47" w:rsidRDefault="00A32617">
            <w:r>
              <w:rPr>
                <w:sz w:val="18"/>
              </w:rPr>
              <w:t>07:35</w:t>
            </w:r>
          </w:p>
        </w:tc>
        <w:tc>
          <w:tcPr>
            <w:tcW w:w="1561" w:type="dxa"/>
          </w:tcPr>
          <w:p w14:paraId="76E74437" w14:textId="77777777" w:rsidR="00540B47" w:rsidRDefault="00A32617">
            <w:r>
              <w:rPr>
                <w:sz w:val="18"/>
              </w:rPr>
              <w:t>Pablo L. Tubaro</w:t>
            </w:r>
          </w:p>
        </w:tc>
      </w:tr>
      <w:tr w:rsidR="00540B47" w14:paraId="1BC65396" w14:textId="77777777" w:rsidTr="00DD565D">
        <w:tc>
          <w:tcPr>
            <w:tcW w:w="942" w:type="dxa"/>
          </w:tcPr>
          <w:p w14:paraId="6E2F422A" w14:textId="77777777" w:rsidR="00540B47" w:rsidRDefault="00A32617">
            <w:r>
              <w:rPr>
                <w:sz w:val="18"/>
              </w:rPr>
              <w:t>3753</w:t>
            </w:r>
          </w:p>
        </w:tc>
        <w:tc>
          <w:tcPr>
            <w:tcW w:w="1156" w:type="dxa"/>
          </w:tcPr>
          <w:p w14:paraId="260A2AB6" w14:textId="77777777" w:rsidR="00540B47" w:rsidRDefault="00A32617">
            <w:r>
              <w:rPr>
                <w:sz w:val="18"/>
              </w:rPr>
              <w:t>MACN</w:t>
            </w:r>
          </w:p>
        </w:tc>
        <w:tc>
          <w:tcPr>
            <w:tcW w:w="1126" w:type="dxa"/>
          </w:tcPr>
          <w:p w14:paraId="6F155FDB" w14:textId="77777777" w:rsidR="00540B47" w:rsidRDefault="00A32617">
            <w:r>
              <w:rPr>
                <w:i/>
                <w:sz w:val="18"/>
              </w:rPr>
              <w:t>Z. capensis</w:t>
            </w:r>
          </w:p>
        </w:tc>
        <w:tc>
          <w:tcPr>
            <w:tcW w:w="977" w:type="dxa"/>
          </w:tcPr>
          <w:p w14:paraId="220B494D" w14:textId="77777777" w:rsidR="00540B47" w:rsidRDefault="00A32617">
            <w:r>
              <w:rPr>
                <w:sz w:val="18"/>
              </w:rPr>
              <w:t>-49.9990</w:t>
            </w:r>
          </w:p>
        </w:tc>
        <w:tc>
          <w:tcPr>
            <w:tcW w:w="1107" w:type="dxa"/>
          </w:tcPr>
          <w:p w14:paraId="2607C273" w14:textId="77777777" w:rsidR="00540B47" w:rsidRDefault="00A32617">
            <w:r>
              <w:rPr>
                <w:sz w:val="18"/>
              </w:rPr>
              <w:t>-68.9414</w:t>
            </w:r>
          </w:p>
        </w:tc>
        <w:tc>
          <w:tcPr>
            <w:tcW w:w="1156" w:type="dxa"/>
          </w:tcPr>
          <w:p w14:paraId="12BB8774" w14:textId="77777777" w:rsidR="00540B47" w:rsidRDefault="00A32617">
            <w:r>
              <w:rPr>
                <w:sz w:val="18"/>
              </w:rPr>
              <w:t>2025-11-11</w:t>
            </w:r>
          </w:p>
        </w:tc>
        <w:tc>
          <w:tcPr>
            <w:tcW w:w="727" w:type="dxa"/>
          </w:tcPr>
          <w:p w14:paraId="3F48202B" w14:textId="77777777" w:rsidR="00540B47" w:rsidRDefault="00A32617">
            <w:r>
              <w:rPr>
                <w:sz w:val="18"/>
              </w:rPr>
              <w:t>07:39</w:t>
            </w:r>
          </w:p>
        </w:tc>
        <w:tc>
          <w:tcPr>
            <w:tcW w:w="1561" w:type="dxa"/>
          </w:tcPr>
          <w:p w14:paraId="4D06DFD9" w14:textId="77777777" w:rsidR="00540B47" w:rsidRDefault="00A32617">
            <w:r>
              <w:rPr>
                <w:sz w:val="18"/>
              </w:rPr>
              <w:t>Pablo L. Tubaro</w:t>
            </w:r>
          </w:p>
        </w:tc>
      </w:tr>
      <w:tr w:rsidR="00540B47" w14:paraId="69C47ABC" w14:textId="77777777" w:rsidTr="00DD565D">
        <w:tc>
          <w:tcPr>
            <w:tcW w:w="942" w:type="dxa"/>
          </w:tcPr>
          <w:p w14:paraId="22816D79" w14:textId="77777777" w:rsidR="00540B47" w:rsidRDefault="00A32617">
            <w:r>
              <w:rPr>
                <w:sz w:val="18"/>
              </w:rPr>
              <w:t>3754</w:t>
            </w:r>
          </w:p>
        </w:tc>
        <w:tc>
          <w:tcPr>
            <w:tcW w:w="1156" w:type="dxa"/>
          </w:tcPr>
          <w:p w14:paraId="5A51757A" w14:textId="77777777" w:rsidR="00540B47" w:rsidRDefault="00A32617">
            <w:r>
              <w:rPr>
                <w:sz w:val="18"/>
              </w:rPr>
              <w:t>MACN</w:t>
            </w:r>
          </w:p>
        </w:tc>
        <w:tc>
          <w:tcPr>
            <w:tcW w:w="1126" w:type="dxa"/>
          </w:tcPr>
          <w:p w14:paraId="02149DD8" w14:textId="77777777" w:rsidR="00540B47" w:rsidRDefault="00A32617">
            <w:r>
              <w:rPr>
                <w:i/>
                <w:sz w:val="18"/>
              </w:rPr>
              <w:t>Z. capensis</w:t>
            </w:r>
          </w:p>
        </w:tc>
        <w:tc>
          <w:tcPr>
            <w:tcW w:w="977" w:type="dxa"/>
          </w:tcPr>
          <w:p w14:paraId="6BF816BF" w14:textId="77777777" w:rsidR="00540B47" w:rsidRDefault="00A32617">
            <w:r>
              <w:rPr>
                <w:sz w:val="18"/>
              </w:rPr>
              <w:t>-49.9990</w:t>
            </w:r>
          </w:p>
        </w:tc>
        <w:tc>
          <w:tcPr>
            <w:tcW w:w="1107" w:type="dxa"/>
          </w:tcPr>
          <w:p w14:paraId="278D8ED5" w14:textId="77777777" w:rsidR="00540B47" w:rsidRDefault="00A32617">
            <w:r>
              <w:rPr>
                <w:sz w:val="18"/>
              </w:rPr>
              <w:t>-68.9414</w:t>
            </w:r>
          </w:p>
        </w:tc>
        <w:tc>
          <w:tcPr>
            <w:tcW w:w="1156" w:type="dxa"/>
          </w:tcPr>
          <w:p w14:paraId="7CAD4C14" w14:textId="77777777" w:rsidR="00540B47" w:rsidRDefault="00A32617">
            <w:r>
              <w:rPr>
                <w:sz w:val="18"/>
              </w:rPr>
              <w:t>2025-11-11</w:t>
            </w:r>
          </w:p>
        </w:tc>
        <w:tc>
          <w:tcPr>
            <w:tcW w:w="727" w:type="dxa"/>
          </w:tcPr>
          <w:p w14:paraId="1F4C9F24" w14:textId="77777777" w:rsidR="00540B47" w:rsidRDefault="00A32617">
            <w:r>
              <w:rPr>
                <w:sz w:val="18"/>
              </w:rPr>
              <w:t>07:42</w:t>
            </w:r>
          </w:p>
        </w:tc>
        <w:tc>
          <w:tcPr>
            <w:tcW w:w="1561" w:type="dxa"/>
          </w:tcPr>
          <w:p w14:paraId="5981F5ED" w14:textId="77777777" w:rsidR="00540B47" w:rsidRDefault="00A32617">
            <w:r>
              <w:rPr>
                <w:sz w:val="18"/>
              </w:rPr>
              <w:t>Pablo L. Tubaro</w:t>
            </w:r>
          </w:p>
        </w:tc>
      </w:tr>
      <w:tr w:rsidR="00540B47" w14:paraId="1E84D472" w14:textId="77777777" w:rsidTr="00DD565D">
        <w:tc>
          <w:tcPr>
            <w:tcW w:w="942" w:type="dxa"/>
          </w:tcPr>
          <w:p w14:paraId="31A55EE1" w14:textId="77777777" w:rsidR="00540B47" w:rsidRDefault="00A32617">
            <w:r>
              <w:rPr>
                <w:sz w:val="18"/>
              </w:rPr>
              <w:t>3755</w:t>
            </w:r>
          </w:p>
        </w:tc>
        <w:tc>
          <w:tcPr>
            <w:tcW w:w="1156" w:type="dxa"/>
          </w:tcPr>
          <w:p w14:paraId="3035BCC0" w14:textId="77777777" w:rsidR="00540B47" w:rsidRDefault="00A32617">
            <w:r>
              <w:rPr>
                <w:sz w:val="18"/>
              </w:rPr>
              <w:t>MACN</w:t>
            </w:r>
          </w:p>
        </w:tc>
        <w:tc>
          <w:tcPr>
            <w:tcW w:w="1126" w:type="dxa"/>
          </w:tcPr>
          <w:p w14:paraId="1896D184" w14:textId="77777777" w:rsidR="00540B47" w:rsidRDefault="00A32617">
            <w:r>
              <w:rPr>
                <w:i/>
                <w:sz w:val="18"/>
              </w:rPr>
              <w:t>Z. capensis</w:t>
            </w:r>
          </w:p>
        </w:tc>
        <w:tc>
          <w:tcPr>
            <w:tcW w:w="977" w:type="dxa"/>
          </w:tcPr>
          <w:p w14:paraId="6CF07E88" w14:textId="77777777" w:rsidR="00540B47" w:rsidRDefault="00A32617">
            <w:r>
              <w:rPr>
                <w:sz w:val="18"/>
              </w:rPr>
              <w:t>-49.9991</w:t>
            </w:r>
          </w:p>
        </w:tc>
        <w:tc>
          <w:tcPr>
            <w:tcW w:w="1107" w:type="dxa"/>
          </w:tcPr>
          <w:p w14:paraId="61330F7B" w14:textId="77777777" w:rsidR="00540B47" w:rsidRDefault="00A32617">
            <w:r>
              <w:rPr>
                <w:sz w:val="18"/>
              </w:rPr>
              <w:t>-68.9514</w:t>
            </w:r>
          </w:p>
        </w:tc>
        <w:tc>
          <w:tcPr>
            <w:tcW w:w="1156" w:type="dxa"/>
          </w:tcPr>
          <w:p w14:paraId="7EE5C70F" w14:textId="77777777" w:rsidR="00540B47" w:rsidRDefault="00A32617">
            <w:r>
              <w:rPr>
                <w:sz w:val="18"/>
              </w:rPr>
              <w:t>2025-11-11</w:t>
            </w:r>
          </w:p>
        </w:tc>
        <w:tc>
          <w:tcPr>
            <w:tcW w:w="727" w:type="dxa"/>
          </w:tcPr>
          <w:p w14:paraId="5012816F" w14:textId="77777777" w:rsidR="00540B47" w:rsidRDefault="00A32617">
            <w:r>
              <w:rPr>
                <w:sz w:val="18"/>
              </w:rPr>
              <w:t>07:48</w:t>
            </w:r>
          </w:p>
        </w:tc>
        <w:tc>
          <w:tcPr>
            <w:tcW w:w="1561" w:type="dxa"/>
          </w:tcPr>
          <w:p w14:paraId="70FC6A3F" w14:textId="77777777" w:rsidR="00540B47" w:rsidRDefault="00A32617">
            <w:r>
              <w:rPr>
                <w:sz w:val="18"/>
              </w:rPr>
              <w:t>Pablo L. Tubaro</w:t>
            </w:r>
          </w:p>
        </w:tc>
      </w:tr>
      <w:tr w:rsidR="00540B47" w14:paraId="4E2BCC0F" w14:textId="77777777" w:rsidTr="00DD565D">
        <w:tc>
          <w:tcPr>
            <w:tcW w:w="942" w:type="dxa"/>
          </w:tcPr>
          <w:p w14:paraId="68D6E012" w14:textId="77777777" w:rsidR="00540B47" w:rsidRDefault="00A32617">
            <w:r>
              <w:rPr>
                <w:sz w:val="18"/>
              </w:rPr>
              <w:t>3756</w:t>
            </w:r>
          </w:p>
        </w:tc>
        <w:tc>
          <w:tcPr>
            <w:tcW w:w="1156" w:type="dxa"/>
          </w:tcPr>
          <w:p w14:paraId="165EF765" w14:textId="77777777" w:rsidR="00540B47" w:rsidRDefault="00A32617">
            <w:r>
              <w:rPr>
                <w:sz w:val="18"/>
              </w:rPr>
              <w:t>MACN</w:t>
            </w:r>
          </w:p>
        </w:tc>
        <w:tc>
          <w:tcPr>
            <w:tcW w:w="1126" w:type="dxa"/>
          </w:tcPr>
          <w:p w14:paraId="5445A3E6" w14:textId="77777777" w:rsidR="00540B47" w:rsidRDefault="00A32617">
            <w:r>
              <w:rPr>
                <w:i/>
                <w:sz w:val="18"/>
              </w:rPr>
              <w:t>Z. capensis</w:t>
            </w:r>
          </w:p>
        </w:tc>
        <w:tc>
          <w:tcPr>
            <w:tcW w:w="977" w:type="dxa"/>
          </w:tcPr>
          <w:p w14:paraId="0EAD8FF7" w14:textId="77777777" w:rsidR="00540B47" w:rsidRDefault="00A32617">
            <w:r>
              <w:rPr>
                <w:sz w:val="18"/>
              </w:rPr>
              <w:t>-50.0055</w:t>
            </w:r>
          </w:p>
        </w:tc>
        <w:tc>
          <w:tcPr>
            <w:tcW w:w="1107" w:type="dxa"/>
          </w:tcPr>
          <w:p w14:paraId="3378AF4D" w14:textId="77777777" w:rsidR="00540B47" w:rsidRDefault="00A32617">
            <w:r>
              <w:rPr>
                <w:sz w:val="18"/>
              </w:rPr>
              <w:t>-68.9941</w:t>
            </w:r>
          </w:p>
        </w:tc>
        <w:tc>
          <w:tcPr>
            <w:tcW w:w="1156" w:type="dxa"/>
          </w:tcPr>
          <w:p w14:paraId="37E9FC22" w14:textId="77777777" w:rsidR="00540B47" w:rsidRDefault="00A32617">
            <w:r>
              <w:rPr>
                <w:sz w:val="18"/>
              </w:rPr>
              <w:t>2025-11-11</w:t>
            </w:r>
          </w:p>
        </w:tc>
        <w:tc>
          <w:tcPr>
            <w:tcW w:w="727" w:type="dxa"/>
          </w:tcPr>
          <w:p w14:paraId="267A720E" w14:textId="77777777" w:rsidR="00540B47" w:rsidRDefault="00A32617">
            <w:r>
              <w:rPr>
                <w:sz w:val="18"/>
              </w:rPr>
              <w:t>07:56</w:t>
            </w:r>
          </w:p>
        </w:tc>
        <w:tc>
          <w:tcPr>
            <w:tcW w:w="1561" w:type="dxa"/>
          </w:tcPr>
          <w:p w14:paraId="4276446C" w14:textId="77777777" w:rsidR="00540B47" w:rsidRDefault="00A32617">
            <w:r>
              <w:rPr>
                <w:sz w:val="18"/>
              </w:rPr>
              <w:t>Pablo L. Tubaro</w:t>
            </w:r>
          </w:p>
        </w:tc>
      </w:tr>
      <w:tr w:rsidR="00540B47" w14:paraId="6B2737EE" w14:textId="77777777" w:rsidTr="00DD565D">
        <w:tc>
          <w:tcPr>
            <w:tcW w:w="942" w:type="dxa"/>
          </w:tcPr>
          <w:p w14:paraId="014039B7" w14:textId="77777777" w:rsidR="00540B47" w:rsidRDefault="00A32617">
            <w:r>
              <w:rPr>
                <w:sz w:val="18"/>
              </w:rPr>
              <w:t>3757</w:t>
            </w:r>
          </w:p>
        </w:tc>
        <w:tc>
          <w:tcPr>
            <w:tcW w:w="1156" w:type="dxa"/>
          </w:tcPr>
          <w:p w14:paraId="17F2C1ED" w14:textId="77777777" w:rsidR="00540B47" w:rsidRDefault="00A32617">
            <w:r>
              <w:rPr>
                <w:sz w:val="18"/>
              </w:rPr>
              <w:t>MACN</w:t>
            </w:r>
          </w:p>
        </w:tc>
        <w:tc>
          <w:tcPr>
            <w:tcW w:w="1126" w:type="dxa"/>
          </w:tcPr>
          <w:p w14:paraId="57066D86" w14:textId="77777777" w:rsidR="00540B47" w:rsidRDefault="00A32617">
            <w:r>
              <w:rPr>
                <w:i/>
                <w:sz w:val="18"/>
              </w:rPr>
              <w:t>Z. capensis</w:t>
            </w:r>
          </w:p>
        </w:tc>
        <w:tc>
          <w:tcPr>
            <w:tcW w:w="977" w:type="dxa"/>
          </w:tcPr>
          <w:p w14:paraId="2CA49D83" w14:textId="77777777" w:rsidR="00540B47" w:rsidRDefault="00A32617">
            <w:r>
              <w:rPr>
                <w:sz w:val="18"/>
              </w:rPr>
              <w:t>-50.0169</w:t>
            </w:r>
          </w:p>
        </w:tc>
        <w:tc>
          <w:tcPr>
            <w:tcW w:w="1107" w:type="dxa"/>
          </w:tcPr>
          <w:p w14:paraId="423B7512" w14:textId="77777777" w:rsidR="00540B47" w:rsidRDefault="00A32617">
            <w:r>
              <w:rPr>
                <w:sz w:val="18"/>
              </w:rPr>
              <w:t>-69.0045</w:t>
            </w:r>
          </w:p>
        </w:tc>
        <w:tc>
          <w:tcPr>
            <w:tcW w:w="1156" w:type="dxa"/>
          </w:tcPr>
          <w:p w14:paraId="7E06FC24" w14:textId="77777777" w:rsidR="00540B47" w:rsidRDefault="00A32617">
            <w:r>
              <w:rPr>
                <w:sz w:val="18"/>
              </w:rPr>
              <w:t>2025-11-11</w:t>
            </w:r>
          </w:p>
        </w:tc>
        <w:tc>
          <w:tcPr>
            <w:tcW w:w="727" w:type="dxa"/>
          </w:tcPr>
          <w:p w14:paraId="6D03F1A7" w14:textId="77777777" w:rsidR="00540B47" w:rsidRDefault="00A32617">
            <w:r>
              <w:rPr>
                <w:sz w:val="18"/>
              </w:rPr>
              <w:t>08:07</w:t>
            </w:r>
          </w:p>
        </w:tc>
        <w:tc>
          <w:tcPr>
            <w:tcW w:w="1561" w:type="dxa"/>
          </w:tcPr>
          <w:p w14:paraId="4B5A882E" w14:textId="77777777" w:rsidR="00540B47" w:rsidRDefault="00A32617">
            <w:r>
              <w:rPr>
                <w:sz w:val="18"/>
              </w:rPr>
              <w:t>Pablo L. Tubaro</w:t>
            </w:r>
          </w:p>
        </w:tc>
      </w:tr>
      <w:tr w:rsidR="00540B47" w14:paraId="3988D16D" w14:textId="77777777" w:rsidTr="00DD565D">
        <w:tc>
          <w:tcPr>
            <w:tcW w:w="942" w:type="dxa"/>
          </w:tcPr>
          <w:p w14:paraId="5A99A2E4" w14:textId="77777777" w:rsidR="00540B47" w:rsidRDefault="00A32617">
            <w:r>
              <w:rPr>
                <w:sz w:val="18"/>
              </w:rPr>
              <w:t>3758</w:t>
            </w:r>
          </w:p>
        </w:tc>
        <w:tc>
          <w:tcPr>
            <w:tcW w:w="1156" w:type="dxa"/>
          </w:tcPr>
          <w:p w14:paraId="530AE15D" w14:textId="77777777" w:rsidR="00540B47" w:rsidRDefault="00A32617">
            <w:r>
              <w:rPr>
                <w:sz w:val="18"/>
              </w:rPr>
              <w:t>MACN</w:t>
            </w:r>
          </w:p>
        </w:tc>
        <w:tc>
          <w:tcPr>
            <w:tcW w:w="1126" w:type="dxa"/>
          </w:tcPr>
          <w:p w14:paraId="63749323" w14:textId="77777777" w:rsidR="00540B47" w:rsidRDefault="00A32617">
            <w:r>
              <w:rPr>
                <w:i/>
                <w:sz w:val="18"/>
              </w:rPr>
              <w:t>Z. capensis</w:t>
            </w:r>
          </w:p>
        </w:tc>
        <w:tc>
          <w:tcPr>
            <w:tcW w:w="977" w:type="dxa"/>
          </w:tcPr>
          <w:p w14:paraId="0A3D8434" w14:textId="77777777" w:rsidR="00540B47" w:rsidRDefault="00A32617">
            <w:r>
              <w:rPr>
                <w:sz w:val="18"/>
              </w:rPr>
              <w:t>-50.0397</w:t>
            </w:r>
          </w:p>
        </w:tc>
        <w:tc>
          <w:tcPr>
            <w:tcW w:w="1107" w:type="dxa"/>
          </w:tcPr>
          <w:p w14:paraId="7505743D" w14:textId="77777777" w:rsidR="00540B47" w:rsidRDefault="00A32617">
            <w:r>
              <w:rPr>
                <w:sz w:val="18"/>
              </w:rPr>
              <w:t>-69.0138</w:t>
            </w:r>
          </w:p>
        </w:tc>
        <w:tc>
          <w:tcPr>
            <w:tcW w:w="1156" w:type="dxa"/>
          </w:tcPr>
          <w:p w14:paraId="6D492E96" w14:textId="77777777" w:rsidR="00540B47" w:rsidRDefault="00A32617">
            <w:r>
              <w:rPr>
                <w:sz w:val="18"/>
              </w:rPr>
              <w:t>2025-11-11</w:t>
            </w:r>
          </w:p>
        </w:tc>
        <w:tc>
          <w:tcPr>
            <w:tcW w:w="727" w:type="dxa"/>
          </w:tcPr>
          <w:p w14:paraId="2B8D1606" w14:textId="77777777" w:rsidR="00540B47" w:rsidRDefault="00A32617">
            <w:r>
              <w:rPr>
                <w:sz w:val="18"/>
              </w:rPr>
              <w:t>08:18</w:t>
            </w:r>
          </w:p>
        </w:tc>
        <w:tc>
          <w:tcPr>
            <w:tcW w:w="1561" w:type="dxa"/>
          </w:tcPr>
          <w:p w14:paraId="5E929C73" w14:textId="77777777" w:rsidR="00540B47" w:rsidRDefault="00A32617">
            <w:r>
              <w:rPr>
                <w:sz w:val="18"/>
              </w:rPr>
              <w:t>Pablo L. Tubaro</w:t>
            </w:r>
          </w:p>
        </w:tc>
      </w:tr>
      <w:tr w:rsidR="00540B47" w14:paraId="2018CF47" w14:textId="77777777" w:rsidTr="00DD565D">
        <w:tc>
          <w:tcPr>
            <w:tcW w:w="942" w:type="dxa"/>
          </w:tcPr>
          <w:p w14:paraId="50D720C8" w14:textId="77777777" w:rsidR="00540B47" w:rsidRDefault="00A32617">
            <w:r>
              <w:rPr>
                <w:sz w:val="18"/>
              </w:rPr>
              <w:t>3759</w:t>
            </w:r>
          </w:p>
        </w:tc>
        <w:tc>
          <w:tcPr>
            <w:tcW w:w="1156" w:type="dxa"/>
          </w:tcPr>
          <w:p w14:paraId="68117EDB" w14:textId="77777777" w:rsidR="00540B47" w:rsidRDefault="00A32617">
            <w:r>
              <w:rPr>
                <w:sz w:val="18"/>
              </w:rPr>
              <w:t>MACN</w:t>
            </w:r>
          </w:p>
        </w:tc>
        <w:tc>
          <w:tcPr>
            <w:tcW w:w="1126" w:type="dxa"/>
          </w:tcPr>
          <w:p w14:paraId="023C8E79" w14:textId="77777777" w:rsidR="00540B47" w:rsidRDefault="00A32617">
            <w:r>
              <w:rPr>
                <w:i/>
                <w:sz w:val="18"/>
              </w:rPr>
              <w:t>Z. capensis</w:t>
            </w:r>
          </w:p>
        </w:tc>
        <w:tc>
          <w:tcPr>
            <w:tcW w:w="977" w:type="dxa"/>
          </w:tcPr>
          <w:p w14:paraId="6832758C" w14:textId="77777777" w:rsidR="00540B47" w:rsidRDefault="00A32617">
            <w:r>
              <w:rPr>
                <w:sz w:val="18"/>
              </w:rPr>
              <w:t>-50.0386</w:t>
            </w:r>
          </w:p>
        </w:tc>
        <w:tc>
          <w:tcPr>
            <w:tcW w:w="1107" w:type="dxa"/>
          </w:tcPr>
          <w:p w14:paraId="72D46189" w14:textId="77777777" w:rsidR="00540B47" w:rsidRDefault="00A32617">
            <w:r>
              <w:rPr>
                <w:sz w:val="18"/>
              </w:rPr>
              <w:t>-69.0433</w:t>
            </w:r>
          </w:p>
        </w:tc>
        <w:tc>
          <w:tcPr>
            <w:tcW w:w="1156" w:type="dxa"/>
          </w:tcPr>
          <w:p w14:paraId="58AEC844" w14:textId="77777777" w:rsidR="00540B47" w:rsidRDefault="00A32617">
            <w:r>
              <w:rPr>
                <w:sz w:val="18"/>
              </w:rPr>
              <w:t>2025-11-11</w:t>
            </w:r>
          </w:p>
        </w:tc>
        <w:tc>
          <w:tcPr>
            <w:tcW w:w="727" w:type="dxa"/>
          </w:tcPr>
          <w:p w14:paraId="4445D083" w14:textId="77777777" w:rsidR="00540B47" w:rsidRDefault="00A32617">
            <w:r>
              <w:rPr>
                <w:sz w:val="18"/>
              </w:rPr>
              <w:t>08:38</w:t>
            </w:r>
          </w:p>
        </w:tc>
        <w:tc>
          <w:tcPr>
            <w:tcW w:w="1561" w:type="dxa"/>
          </w:tcPr>
          <w:p w14:paraId="455D1C70" w14:textId="77777777" w:rsidR="00540B47" w:rsidRDefault="00A32617">
            <w:r>
              <w:rPr>
                <w:sz w:val="18"/>
              </w:rPr>
              <w:t>Pablo L. Tubaro</w:t>
            </w:r>
          </w:p>
        </w:tc>
      </w:tr>
      <w:tr w:rsidR="00540B47" w14:paraId="4A9311A7" w14:textId="77777777" w:rsidTr="00DD565D">
        <w:tc>
          <w:tcPr>
            <w:tcW w:w="942" w:type="dxa"/>
          </w:tcPr>
          <w:p w14:paraId="72D4A16B" w14:textId="77777777" w:rsidR="00540B47" w:rsidRDefault="00A32617">
            <w:r>
              <w:rPr>
                <w:sz w:val="18"/>
              </w:rPr>
              <w:t>3760</w:t>
            </w:r>
          </w:p>
        </w:tc>
        <w:tc>
          <w:tcPr>
            <w:tcW w:w="1156" w:type="dxa"/>
          </w:tcPr>
          <w:p w14:paraId="624182C6" w14:textId="77777777" w:rsidR="00540B47" w:rsidRDefault="00A32617">
            <w:r>
              <w:rPr>
                <w:sz w:val="18"/>
              </w:rPr>
              <w:t>MACN</w:t>
            </w:r>
          </w:p>
        </w:tc>
        <w:tc>
          <w:tcPr>
            <w:tcW w:w="1126" w:type="dxa"/>
          </w:tcPr>
          <w:p w14:paraId="0642DE58" w14:textId="77777777" w:rsidR="00540B47" w:rsidRDefault="00A32617">
            <w:r>
              <w:rPr>
                <w:i/>
                <w:sz w:val="18"/>
              </w:rPr>
              <w:t>Z. capensis</w:t>
            </w:r>
          </w:p>
        </w:tc>
        <w:tc>
          <w:tcPr>
            <w:tcW w:w="977" w:type="dxa"/>
          </w:tcPr>
          <w:p w14:paraId="4E588579" w14:textId="77777777" w:rsidR="00540B47" w:rsidRDefault="00A32617">
            <w:r>
              <w:rPr>
                <w:sz w:val="18"/>
              </w:rPr>
              <w:t>-50.0236</w:t>
            </w:r>
          </w:p>
        </w:tc>
        <w:tc>
          <w:tcPr>
            <w:tcW w:w="1107" w:type="dxa"/>
          </w:tcPr>
          <w:p w14:paraId="350552F1" w14:textId="77777777" w:rsidR="00540B47" w:rsidRDefault="00A32617">
            <w:r>
              <w:rPr>
                <w:sz w:val="18"/>
              </w:rPr>
              <w:t>-69.0412</w:t>
            </w:r>
          </w:p>
        </w:tc>
        <w:tc>
          <w:tcPr>
            <w:tcW w:w="1156" w:type="dxa"/>
          </w:tcPr>
          <w:p w14:paraId="284BB52E" w14:textId="77777777" w:rsidR="00540B47" w:rsidRDefault="00A32617">
            <w:r>
              <w:rPr>
                <w:sz w:val="18"/>
              </w:rPr>
              <w:t>2025-11-11</w:t>
            </w:r>
          </w:p>
        </w:tc>
        <w:tc>
          <w:tcPr>
            <w:tcW w:w="727" w:type="dxa"/>
          </w:tcPr>
          <w:p w14:paraId="7B726014" w14:textId="77777777" w:rsidR="00540B47" w:rsidRDefault="00A32617">
            <w:r>
              <w:rPr>
                <w:sz w:val="18"/>
              </w:rPr>
              <w:t>08:53</w:t>
            </w:r>
          </w:p>
        </w:tc>
        <w:tc>
          <w:tcPr>
            <w:tcW w:w="1561" w:type="dxa"/>
          </w:tcPr>
          <w:p w14:paraId="6DDCCC35" w14:textId="77777777" w:rsidR="00540B47" w:rsidRDefault="00A32617">
            <w:r>
              <w:rPr>
                <w:sz w:val="18"/>
              </w:rPr>
              <w:t>Pablo L. Tubaro</w:t>
            </w:r>
          </w:p>
        </w:tc>
      </w:tr>
      <w:tr w:rsidR="00540B47" w14:paraId="1121FF3B" w14:textId="77777777" w:rsidTr="00DD565D">
        <w:tc>
          <w:tcPr>
            <w:tcW w:w="942" w:type="dxa"/>
          </w:tcPr>
          <w:p w14:paraId="07190C03" w14:textId="77777777" w:rsidR="00540B47" w:rsidRDefault="00A32617">
            <w:r>
              <w:rPr>
                <w:sz w:val="18"/>
              </w:rPr>
              <w:t>3761</w:t>
            </w:r>
          </w:p>
        </w:tc>
        <w:tc>
          <w:tcPr>
            <w:tcW w:w="1156" w:type="dxa"/>
          </w:tcPr>
          <w:p w14:paraId="66EE887C" w14:textId="77777777" w:rsidR="00540B47" w:rsidRDefault="00A32617">
            <w:r>
              <w:rPr>
                <w:sz w:val="18"/>
              </w:rPr>
              <w:t>MACN</w:t>
            </w:r>
          </w:p>
        </w:tc>
        <w:tc>
          <w:tcPr>
            <w:tcW w:w="1126" w:type="dxa"/>
          </w:tcPr>
          <w:p w14:paraId="67F6DC21" w14:textId="77777777" w:rsidR="00540B47" w:rsidRDefault="00A32617">
            <w:r>
              <w:rPr>
                <w:i/>
                <w:sz w:val="18"/>
              </w:rPr>
              <w:t>Z. capensis</w:t>
            </w:r>
          </w:p>
        </w:tc>
        <w:tc>
          <w:tcPr>
            <w:tcW w:w="977" w:type="dxa"/>
          </w:tcPr>
          <w:p w14:paraId="0467CB16" w14:textId="77777777" w:rsidR="00540B47" w:rsidRDefault="00A32617">
            <w:r>
              <w:rPr>
                <w:sz w:val="18"/>
              </w:rPr>
              <w:t>-49.9769</w:t>
            </w:r>
          </w:p>
        </w:tc>
        <w:tc>
          <w:tcPr>
            <w:tcW w:w="1107" w:type="dxa"/>
          </w:tcPr>
          <w:p w14:paraId="1CE6D074" w14:textId="77777777" w:rsidR="00540B47" w:rsidRDefault="00A32617">
            <w:r>
              <w:rPr>
                <w:sz w:val="18"/>
              </w:rPr>
              <w:t>-68.9594</w:t>
            </w:r>
          </w:p>
        </w:tc>
        <w:tc>
          <w:tcPr>
            <w:tcW w:w="1156" w:type="dxa"/>
          </w:tcPr>
          <w:p w14:paraId="5DD7B43A" w14:textId="77777777" w:rsidR="00540B47" w:rsidRDefault="00A32617">
            <w:r>
              <w:rPr>
                <w:sz w:val="18"/>
              </w:rPr>
              <w:t>2025-11-11</w:t>
            </w:r>
          </w:p>
        </w:tc>
        <w:tc>
          <w:tcPr>
            <w:tcW w:w="727" w:type="dxa"/>
          </w:tcPr>
          <w:p w14:paraId="3729F6DA" w14:textId="77777777" w:rsidR="00540B47" w:rsidRDefault="00A32617">
            <w:r>
              <w:rPr>
                <w:sz w:val="18"/>
              </w:rPr>
              <w:t>09:20</w:t>
            </w:r>
          </w:p>
        </w:tc>
        <w:tc>
          <w:tcPr>
            <w:tcW w:w="1561" w:type="dxa"/>
          </w:tcPr>
          <w:p w14:paraId="5FEFE49B" w14:textId="77777777" w:rsidR="00540B47" w:rsidRDefault="00A32617">
            <w:r>
              <w:rPr>
                <w:sz w:val="18"/>
              </w:rPr>
              <w:t>Agustin I. Casale</w:t>
            </w:r>
          </w:p>
        </w:tc>
      </w:tr>
      <w:tr w:rsidR="00540B47" w14:paraId="5E1741A8" w14:textId="77777777" w:rsidTr="00DD565D">
        <w:tc>
          <w:tcPr>
            <w:tcW w:w="942" w:type="dxa"/>
          </w:tcPr>
          <w:p w14:paraId="604923A4" w14:textId="77777777" w:rsidR="00540B47" w:rsidRDefault="00A32617">
            <w:r>
              <w:rPr>
                <w:sz w:val="18"/>
              </w:rPr>
              <w:t>3762</w:t>
            </w:r>
          </w:p>
        </w:tc>
        <w:tc>
          <w:tcPr>
            <w:tcW w:w="1156" w:type="dxa"/>
          </w:tcPr>
          <w:p w14:paraId="70E94708" w14:textId="77777777" w:rsidR="00540B47" w:rsidRDefault="00A32617">
            <w:r>
              <w:rPr>
                <w:sz w:val="18"/>
              </w:rPr>
              <w:t>MACN</w:t>
            </w:r>
          </w:p>
        </w:tc>
        <w:tc>
          <w:tcPr>
            <w:tcW w:w="1126" w:type="dxa"/>
          </w:tcPr>
          <w:p w14:paraId="4056F2CB" w14:textId="77777777" w:rsidR="00540B47" w:rsidRDefault="00A32617">
            <w:r>
              <w:rPr>
                <w:i/>
                <w:sz w:val="18"/>
              </w:rPr>
              <w:t>Z. capensis</w:t>
            </w:r>
          </w:p>
        </w:tc>
        <w:tc>
          <w:tcPr>
            <w:tcW w:w="977" w:type="dxa"/>
          </w:tcPr>
          <w:p w14:paraId="62AD3D5F" w14:textId="77777777" w:rsidR="00540B47" w:rsidRDefault="00A32617">
            <w:r>
              <w:rPr>
                <w:sz w:val="18"/>
              </w:rPr>
              <w:t>-49.9846</w:t>
            </w:r>
          </w:p>
        </w:tc>
        <w:tc>
          <w:tcPr>
            <w:tcW w:w="1107" w:type="dxa"/>
          </w:tcPr>
          <w:p w14:paraId="2B18475F" w14:textId="77777777" w:rsidR="00540B47" w:rsidRDefault="00A32617">
            <w:r>
              <w:rPr>
                <w:sz w:val="18"/>
              </w:rPr>
              <w:t>-68.9835</w:t>
            </w:r>
          </w:p>
        </w:tc>
        <w:tc>
          <w:tcPr>
            <w:tcW w:w="1156" w:type="dxa"/>
          </w:tcPr>
          <w:p w14:paraId="5D76C387" w14:textId="77777777" w:rsidR="00540B47" w:rsidRDefault="00A32617">
            <w:r>
              <w:rPr>
                <w:sz w:val="18"/>
              </w:rPr>
              <w:t>2025-11-11</w:t>
            </w:r>
          </w:p>
        </w:tc>
        <w:tc>
          <w:tcPr>
            <w:tcW w:w="727" w:type="dxa"/>
          </w:tcPr>
          <w:p w14:paraId="3037FED7" w14:textId="77777777" w:rsidR="00540B47" w:rsidRDefault="00A32617">
            <w:r>
              <w:rPr>
                <w:sz w:val="18"/>
              </w:rPr>
              <w:t>09:04</w:t>
            </w:r>
          </w:p>
        </w:tc>
        <w:tc>
          <w:tcPr>
            <w:tcW w:w="1561" w:type="dxa"/>
          </w:tcPr>
          <w:p w14:paraId="6F384E0D" w14:textId="77777777" w:rsidR="00540B47" w:rsidRDefault="00A32617">
            <w:r>
              <w:rPr>
                <w:sz w:val="18"/>
              </w:rPr>
              <w:t>Pablo L. Tubaro</w:t>
            </w:r>
          </w:p>
        </w:tc>
      </w:tr>
      <w:tr w:rsidR="00540B47" w14:paraId="02B9AD89" w14:textId="77777777" w:rsidTr="00DD565D">
        <w:tc>
          <w:tcPr>
            <w:tcW w:w="942" w:type="dxa"/>
          </w:tcPr>
          <w:p w14:paraId="3D3EAA77" w14:textId="77777777" w:rsidR="00540B47" w:rsidRDefault="00A32617">
            <w:r>
              <w:rPr>
                <w:sz w:val="18"/>
              </w:rPr>
              <w:t>3763</w:t>
            </w:r>
          </w:p>
        </w:tc>
        <w:tc>
          <w:tcPr>
            <w:tcW w:w="1156" w:type="dxa"/>
          </w:tcPr>
          <w:p w14:paraId="281E684E" w14:textId="77777777" w:rsidR="00540B47" w:rsidRDefault="00A32617">
            <w:r>
              <w:rPr>
                <w:sz w:val="18"/>
              </w:rPr>
              <w:t>MACN</w:t>
            </w:r>
          </w:p>
        </w:tc>
        <w:tc>
          <w:tcPr>
            <w:tcW w:w="1126" w:type="dxa"/>
          </w:tcPr>
          <w:p w14:paraId="31944058" w14:textId="77777777" w:rsidR="00540B47" w:rsidRDefault="00A32617">
            <w:r>
              <w:rPr>
                <w:i/>
                <w:sz w:val="18"/>
              </w:rPr>
              <w:t>Z. capensis</w:t>
            </w:r>
          </w:p>
        </w:tc>
        <w:tc>
          <w:tcPr>
            <w:tcW w:w="977" w:type="dxa"/>
          </w:tcPr>
          <w:p w14:paraId="1F7538CD" w14:textId="77777777" w:rsidR="00540B47" w:rsidRDefault="00A32617">
            <w:r>
              <w:rPr>
                <w:sz w:val="18"/>
              </w:rPr>
              <w:t>-49.9770</w:t>
            </w:r>
          </w:p>
        </w:tc>
        <w:tc>
          <w:tcPr>
            <w:tcW w:w="1107" w:type="dxa"/>
          </w:tcPr>
          <w:p w14:paraId="6F10D93A" w14:textId="77777777" w:rsidR="00540B47" w:rsidRDefault="00A32617">
            <w:r>
              <w:rPr>
                <w:sz w:val="18"/>
              </w:rPr>
              <w:t>-68.9610</w:t>
            </w:r>
          </w:p>
        </w:tc>
        <w:tc>
          <w:tcPr>
            <w:tcW w:w="1156" w:type="dxa"/>
          </w:tcPr>
          <w:p w14:paraId="746A6E38" w14:textId="77777777" w:rsidR="00540B47" w:rsidRDefault="00A32617">
            <w:r>
              <w:rPr>
                <w:sz w:val="18"/>
              </w:rPr>
              <w:t>2025-11-11</w:t>
            </w:r>
          </w:p>
        </w:tc>
        <w:tc>
          <w:tcPr>
            <w:tcW w:w="727" w:type="dxa"/>
          </w:tcPr>
          <w:p w14:paraId="321346C4" w14:textId="77777777" w:rsidR="00540B47" w:rsidRDefault="00A32617">
            <w:r>
              <w:rPr>
                <w:sz w:val="18"/>
              </w:rPr>
              <w:t>09:15</w:t>
            </w:r>
          </w:p>
        </w:tc>
        <w:tc>
          <w:tcPr>
            <w:tcW w:w="1561" w:type="dxa"/>
          </w:tcPr>
          <w:p w14:paraId="288EA0C0" w14:textId="77777777" w:rsidR="00540B47" w:rsidRDefault="00A32617">
            <w:r>
              <w:rPr>
                <w:sz w:val="18"/>
              </w:rPr>
              <w:t>Pablo L. Tubaro</w:t>
            </w:r>
          </w:p>
        </w:tc>
      </w:tr>
      <w:tr w:rsidR="00540B47" w14:paraId="1E8CE425" w14:textId="77777777" w:rsidTr="00DD565D">
        <w:tc>
          <w:tcPr>
            <w:tcW w:w="942" w:type="dxa"/>
          </w:tcPr>
          <w:p w14:paraId="284314B2" w14:textId="77777777" w:rsidR="00540B47" w:rsidRDefault="00A32617">
            <w:r>
              <w:rPr>
                <w:sz w:val="18"/>
              </w:rPr>
              <w:t>3764</w:t>
            </w:r>
          </w:p>
        </w:tc>
        <w:tc>
          <w:tcPr>
            <w:tcW w:w="1156" w:type="dxa"/>
          </w:tcPr>
          <w:p w14:paraId="307DC5C9" w14:textId="77777777" w:rsidR="00540B47" w:rsidRDefault="00A32617">
            <w:r>
              <w:rPr>
                <w:sz w:val="18"/>
              </w:rPr>
              <w:t>MACN</w:t>
            </w:r>
          </w:p>
        </w:tc>
        <w:tc>
          <w:tcPr>
            <w:tcW w:w="1126" w:type="dxa"/>
          </w:tcPr>
          <w:p w14:paraId="641987AF" w14:textId="77777777" w:rsidR="00540B47" w:rsidRDefault="00A32617">
            <w:r>
              <w:rPr>
                <w:i/>
                <w:sz w:val="18"/>
              </w:rPr>
              <w:t>Z. capensis</w:t>
            </w:r>
          </w:p>
        </w:tc>
        <w:tc>
          <w:tcPr>
            <w:tcW w:w="977" w:type="dxa"/>
          </w:tcPr>
          <w:p w14:paraId="42773258" w14:textId="77777777" w:rsidR="00540B47" w:rsidRDefault="00A32617">
            <w:r>
              <w:rPr>
                <w:sz w:val="18"/>
              </w:rPr>
              <w:t>-49.9760</w:t>
            </w:r>
          </w:p>
        </w:tc>
        <w:tc>
          <w:tcPr>
            <w:tcW w:w="1107" w:type="dxa"/>
          </w:tcPr>
          <w:p w14:paraId="71D337C7" w14:textId="77777777" w:rsidR="00540B47" w:rsidRDefault="00A32617">
            <w:r>
              <w:rPr>
                <w:sz w:val="18"/>
              </w:rPr>
              <w:t>-68.9687</w:t>
            </w:r>
          </w:p>
        </w:tc>
        <w:tc>
          <w:tcPr>
            <w:tcW w:w="1156" w:type="dxa"/>
          </w:tcPr>
          <w:p w14:paraId="4F0FB704" w14:textId="77777777" w:rsidR="00540B47" w:rsidRDefault="00A32617">
            <w:r>
              <w:rPr>
                <w:sz w:val="18"/>
              </w:rPr>
              <w:t>2025-11-11</w:t>
            </w:r>
          </w:p>
        </w:tc>
        <w:tc>
          <w:tcPr>
            <w:tcW w:w="727" w:type="dxa"/>
          </w:tcPr>
          <w:p w14:paraId="28ECF9AF" w14:textId="77777777" w:rsidR="00540B47" w:rsidRDefault="00A32617">
            <w:r>
              <w:rPr>
                <w:sz w:val="18"/>
              </w:rPr>
              <w:t>09:19</w:t>
            </w:r>
          </w:p>
        </w:tc>
        <w:tc>
          <w:tcPr>
            <w:tcW w:w="1561" w:type="dxa"/>
          </w:tcPr>
          <w:p w14:paraId="26337143" w14:textId="77777777" w:rsidR="00540B47" w:rsidRDefault="00A32617">
            <w:r>
              <w:rPr>
                <w:sz w:val="18"/>
              </w:rPr>
              <w:t>Pablo L. Tubaro</w:t>
            </w:r>
          </w:p>
        </w:tc>
      </w:tr>
      <w:tr w:rsidR="00540B47" w14:paraId="663E2D28" w14:textId="77777777" w:rsidTr="00DD565D">
        <w:tc>
          <w:tcPr>
            <w:tcW w:w="942" w:type="dxa"/>
          </w:tcPr>
          <w:p w14:paraId="1E1919E3" w14:textId="77777777" w:rsidR="00540B47" w:rsidRDefault="00A32617">
            <w:r>
              <w:rPr>
                <w:sz w:val="18"/>
              </w:rPr>
              <w:t>3765</w:t>
            </w:r>
          </w:p>
        </w:tc>
        <w:tc>
          <w:tcPr>
            <w:tcW w:w="1156" w:type="dxa"/>
          </w:tcPr>
          <w:p w14:paraId="4402E704" w14:textId="77777777" w:rsidR="00540B47" w:rsidRDefault="00A32617">
            <w:r>
              <w:rPr>
                <w:sz w:val="18"/>
              </w:rPr>
              <w:t>MACN</w:t>
            </w:r>
          </w:p>
        </w:tc>
        <w:tc>
          <w:tcPr>
            <w:tcW w:w="1126" w:type="dxa"/>
          </w:tcPr>
          <w:p w14:paraId="3E655E38" w14:textId="77777777" w:rsidR="00540B47" w:rsidRDefault="00A32617">
            <w:r>
              <w:rPr>
                <w:i/>
                <w:sz w:val="18"/>
              </w:rPr>
              <w:t>Z. capensis</w:t>
            </w:r>
          </w:p>
        </w:tc>
        <w:tc>
          <w:tcPr>
            <w:tcW w:w="977" w:type="dxa"/>
          </w:tcPr>
          <w:p w14:paraId="51DC550C" w14:textId="77777777" w:rsidR="00540B47" w:rsidRDefault="00A32617">
            <w:r>
              <w:rPr>
                <w:sz w:val="18"/>
              </w:rPr>
              <w:t>-49.9700</w:t>
            </w:r>
          </w:p>
        </w:tc>
        <w:tc>
          <w:tcPr>
            <w:tcW w:w="1107" w:type="dxa"/>
          </w:tcPr>
          <w:p w14:paraId="0CB78AE0" w14:textId="77777777" w:rsidR="00540B47" w:rsidRDefault="00A32617">
            <w:r>
              <w:rPr>
                <w:sz w:val="18"/>
              </w:rPr>
              <w:t>-68.9742</w:t>
            </w:r>
          </w:p>
        </w:tc>
        <w:tc>
          <w:tcPr>
            <w:tcW w:w="1156" w:type="dxa"/>
          </w:tcPr>
          <w:p w14:paraId="78575ADC" w14:textId="77777777" w:rsidR="00540B47" w:rsidRDefault="00A32617">
            <w:r>
              <w:rPr>
                <w:sz w:val="18"/>
              </w:rPr>
              <w:t>2025-11-11</w:t>
            </w:r>
          </w:p>
        </w:tc>
        <w:tc>
          <w:tcPr>
            <w:tcW w:w="727" w:type="dxa"/>
          </w:tcPr>
          <w:p w14:paraId="4A459F8F" w14:textId="77777777" w:rsidR="00540B47" w:rsidRDefault="00A32617">
            <w:r>
              <w:rPr>
                <w:sz w:val="18"/>
              </w:rPr>
              <w:t>09:22</w:t>
            </w:r>
          </w:p>
        </w:tc>
        <w:tc>
          <w:tcPr>
            <w:tcW w:w="1561" w:type="dxa"/>
          </w:tcPr>
          <w:p w14:paraId="6C0711AE" w14:textId="77777777" w:rsidR="00540B47" w:rsidRDefault="00A32617">
            <w:r>
              <w:rPr>
                <w:sz w:val="18"/>
              </w:rPr>
              <w:t>Pablo L. Tubaro</w:t>
            </w:r>
          </w:p>
        </w:tc>
      </w:tr>
      <w:tr w:rsidR="00540B47" w14:paraId="2E720111" w14:textId="77777777" w:rsidTr="00DD565D">
        <w:tc>
          <w:tcPr>
            <w:tcW w:w="942" w:type="dxa"/>
          </w:tcPr>
          <w:p w14:paraId="7A573590" w14:textId="77777777" w:rsidR="00540B47" w:rsidRDefault="00A32617">
            <w:r>
              <w:rPr>
                <w:sz w:val="18"/>
              </w:rPr>
              <w:lastRenderedPageBreak/>
              <w:t>3766</w:t>
            </w:r>
          </w:p>
        </w:tc>
        <w:tc>
          <w:tcPr>
            <w:tcW w:w="1156" w:type="dxa"/>
          </w:tcPr>
          <w:p w14:paraId="7EAED3F0" w14:textId="77777777" w:rsidR="00540B47" w:rsidRDefault="00A32617">
            <w:r>
              <w:rPr>
                <w:sz w:val="18"/>
              </w:rPr>
              <w:t>MACN</w:t>
            </w:r>
          </w:p>
        </w:tc>
        <w:tc>
          <w:tcPr>
            <w:tcW w:w="1126" w:type="dxa"/>
          </w:tcPr>
          <w:p w14:paraId="14059D7E" w14:textId="77777777" w:rsidR="00540B47" w:rsidRDefault="00A32617">
            <w:r>
              <w:rPr>
                <w:i/>
                <w:sz w:val="18"/>
              </w:rPr>
              <w:t>Z. capensis</w:t>
            </w:r>
          </w:p>
        </w:tc>
        <w:tc>
          <w:tcPr>
            <w:tcW w:w="977" w:type="dxa"/>
          </w:tcPr>
          <w:p w14:paraId="3677B5A1" w14:textId="77777777" w:rsidR="00540B47" w:rsidRDefault="00A32617">
            <w:r>
              <w:rPr>
                <w:sz w:val="18"/>
              </w:rPr>
              <w:t>-49.9681</w:t>
            </w:r>
          </w:p>
        </w:tc>
        <w:tc>
          <w:tcPr>
            <w:tcW w:w="1107" w:type="dxa"/>
          </w:tcPr>
          <w:p w14:paraId="297FA693" w14:textId="77777777" w:rsidR="00540B47" w:rsidRDefault="00A32617">
            <w:r>
              <w:rPr>
                <w:sz w:val="18"/>
              </w:rPr>
              <w:t>-68.9794</w:t>
            </w:r>
          </w:p>
        </w:tc>
        <w:tc>
          <w:tcPr>
            <w:tcW w:w="1156" w:type="dxa"/>
          </w:tcPr>
          <w:p w14:paraId="21261B03" w14:textId="77777777" w:rsidR="00540B47" w:rsidRDefault="00A32617">
            <w:r>
              <w:rPr>
                <w:sz w:val="18"/>
              </w:rPr>
              <w:t>2025-11-11</w:t>
            </w:r>
          </w:p>
        </w:tc>
        <w:tc>
          <w:tcPr>
            <w:tcW w:w="727" w:type="dxa"/>
          </w:tcPr>
          <w:p w14:paraId="4DE7121D" w14:textId="77777777" w:rsidR="00540B47" w:rsidRDefault="00A32617">
            <w:r>
              <w:rPr>
                <w:sz w:val="18"/>
              </w:rPr>
              <w:t>09:27</w:t>
            </w:r>
          </w:p>
        </w:tc>
        <w:tc>
          <w:tcPr>
            <w:tcW w:w="1561" w:type="dxa"/>
          </w:tcPr>
          <w:p w14:paraId="34AEBC13" w14:textId="77777777" w:rsidR="00540B47" w:rsidRDefault="00A32617">
            <w:r>
              <w:rPr>
                <w:sz w:val="18"/>
              </w:rPr>
              <w:t>Pablo L. Tubaro</w:t>
            </w:r>
          </w:p>
        </w:tc>
      </w:tr>
      <w:tr w:rsidR="00540B47" w14:paraId="31532A0F" w14:textId="77777777" w:rsidTr="00DD565D">
        <w:tc>
          <w:tcPr>
            <w:tcW w:w="942" w:type="dxa"/>
          </w:tcPr>
          <w:p w14:paraId="669FACAF" w14:textId="77777777" w:rsidR="00540B47" w:rsidRDefault="00A32617">
            <w:r>
              <w:rPr>
                <w:sz w:val="18"/>
              </w:rPr>
              <w:t>3767</w:t>
            </w:r>
          </w:p>
        </w:tc>
        <w:tc>
          <w:tcPr>
            <w:tcW w:w="1156" w:type="dxa"/>
          </w:tcPr>
          <w:p w14:paraId="16B0A8AB" w14:textId="77777777" w:rsidR="00540B47" w:rsidRDefault="00A32617">
            <w:r>
              <w:rPr>
                <w:sz w:val="18"/>
              </w:rPr>
              <w:t>MACN</w:t>
            </w:r>
          </w:p>
        </w:tc>
        <w:tc>
          <w:tcPr>
            <w:tcW w:w="1126" w:type="dxa"/>
          </w:tcPr>
          <w:p w14:paraId="12435B9A" w14:textId="77777777" w:rsidR="00540B47" w:rsidRDefault="00A32617">
            <w:r>
              <w:rPr>
                <w:i/>
                <w:sz w:val="18"/>
              </w:rPr>
              <w:t>Z. capensis</w:t>
            </w:r>
          </w:p>
        </w:tc>
        <w:tc>
          <w:tcPr>
            <w:tcW w:w="977" w:type="dxa"/>
          </w:tcPr>
          <w:p w14:paraId="3D1DCE41" w14:textId="77777777" w:rsidR="00540B47" w:rsidRDefault="00A32617">
            <w:r>
              <w:rPr>
                <w:sz w:val="18"/>
              </w:rPr>
              <w:t>-49.9675</w:t>
            </w:r>
          </w:p>
        </w:tc>
        <w:tc>
          <w:tcPr>
            <w:tcW w:w="1107" w:type="dxa"/>
          </w:tcPr>
          <w:p w14:paraId="3B7E6D01" w14:textId="77777777" w:rsidR="00540B47" w:rsidRDefault="00A32617">
            <w:r>
              <w:rPr>
                <w:sz w:val="18"/>
              </w:rPr>
              <w:t>-68.9805</w:t>
            </w:r>
          </w:p>
        </w:tc>
        <w:tc>
          <w:tcPr>
            <w:tcW w:w="1156" w:type="dxa"/>
          </w:tcPr>
          <w:p w14:paraId="7C288D96" w14:textId="77777777" w:rsidR="00540B47" w:rsidRDefault="00A32617">
            <w:r>
              <w:rPr>
                <w:sz w:val="18"/>
              </w:rPr>
              <w:t>2025-11-11</w:t>
            </w:r>
          </w:p>
        </w:tc>
        <w:tc>
          <w:tcPr>
            <w:tcW w:w="727" w:type="dxa"/>
          </w:tcPr>
          <w:p w14:paraId="3ACCA59C" w14:textId="77777777" w:rsidR="00540B47" w:rsidRDefault="00A32617">
            <w:r>
              <w:rPr>
                <w:sz w:val="18"/>
              </w:rPr>
              <w:t>09:32</w:t>
            </w:r>
          </w:p>
        </w:tc>
        <w:tc>
          <w:tcPr>
            <w:tcW w:w="1561" w:type="dxa"/>
          </w:tcPr>
          <w:p w14:paraId="57FA1DB9" w14:textId="77777777" w:rsidR="00540B47" w:rsidRDefault="00A32617">
            <w:r>
              <w:rPr>
                <w:sz w:val="18"/>
              </w:rPr>
              <w:t>Pablo L. Tubaro</w:t>
            </w:r>
          </w:p>
        </w:tc>
      </w:tr>
      <w:tr w:rsidR="00540B47" w14:paraId="376C8370" w14:textId="77777777" w:rsidTr="00DD565D">
        <w:tc>
          <w:tcPr>
            <w:tcW w:w="942" w:type="dxa"/>
          </w:tcPr>
          <w:p w14:paraId="5E8151D9" w14:textId="77777777" w:rsidR="00540B47" w:rsidRDefault="00A32617">
            <w:r>
              <w:rPr>
                <w:sz w:val="18"/>
              </w:rPr>
              <w:t>3768</w:t>
            </w:r>
          </w:p>
        </w:tc>
        <w:tc>
          <w:tcPr>
            <w:tcW w:w="1156" w:type="dxa"/>
          </w:tcPr>
          <w:p w14:paraId="222DC7DA" w14:textId="77777777" w:rsidR="00540B47" w:rsidRDefault="00A32617">
            <w:r>
              <w:rPr>
                <w:sz w:val="18"/>
              </w:rPr>
              <w:t>MACN</w:t>
            </w:r>
          </w:p>
        </w:tc>
        <w:tc>
          <w:tcPr>
            <w:tcW w:w="1126" w:type="dxa"/>
          </w:tcPr>
          <w:p w14:paraId="5158BDC0" w14:textId="77777777" w:rsidR="00540B47" w:rsidRDefault="00A32617">
            <w:r>
              <w:rPr>
                <w:i/>
                <w:sz w:val="18"/>
              </w:rPr>
              <w:t>Z. capensis</w:t>
            </w:r>
          </w:p>
        </w:tc>
        <w:tc>
          <w:tcPr>
            <w:tcW w:w="977" w:type="dxa"/>
          </w:tcPr>
          <w:p w14:paraId="54745A7F" w14:textId="77777777" w:rsidR="00540B47" w:rsidRDefault="00A32617">
            <w:r>
              <w:rPr>
                <w:sz w:val="18"/>
              </w:rPr>
              <w:t>-49.9675</w:t>
            </w:r>
          </w:p>
        </w:tc>
        <w:tc>
          <w:tcPr>
            <w:tcW w:w="1107" w:type="dxa"/>
          </w:tcPr>
          <w:p w14:paraId="0EC09B9F" w14:textId="77777777" w:rsidR="00540B47" w:rsidRDefault="00A32617">
            <w:r>
              <w:rPr>
                <w:sz w:val="18"/>
              </w:rPr>
              <w:t>-68.9805</w:t>
            </w:r>
          </w:p>
        </w:tc>
        <w:tc>
          <w:tcPr>
            <w:tcW w:w="1156" w:type="dxa"/>
          </w:tcPr>
          <w:p w14:paraId="0E1EE24E" w14:textId="77777777" w:rsidR="00540B47" w:rsidRDefault="00A32617">
            <w:r>
              <w:rPr>
                <w:sz w:val="18"/>
              </w:rPr>
              <w:t>2025-11-11</w:t>
            </w:r>
          </w:p>
        </w:tc>
        <w:tc>
          <w:tcPr>
            <w:tcW w:w="727" w:type="dxa"/>
          </w:tcPr>
          <w:p w14:paraId="51DC7F03" w14:textId="77777777" w:rsidR="00540B47" w:rsidRDefault="00A32617">
            <w:r>
              <w:rPr>
                <w:sz w:val="18"/>
              </w:rPr>
              <w:t>09:34</w:t>
            </w:r>
          </w:p>
        </w:tc>
        <w:tc>
          <w:tcPr>
            <w:tcW w:w="1561" w:type="dxa"/>
          </w:tcPr>
          <w:p w14:paraId="1301642B" w14:textId="77777777" w:rsidR="00540B47" w:rsidRDefault="00A32617">
            <w:r>
              <w:rPr>
                <w:sz w:val="18"/>
              </w:rPr>
              <w:t>Pablo L. Tubaro</w:t>
            </w:r>
          </w:p>
        </w:tc>
      </w:tr>
      <w:tr w:rsidR="00540B47" w14:paraId="18EC5EDC" w14:textId="77777777" w:rsidTr="00DD565D">
        <w:tc>
          <w:tcPr>
            <w:tcW w:w="942" w:type="dxa"/>
          </w:tcPr>
          <w:p w14:paraId="58FB33E8" w14:textId="77777777" w:rsidR="00540B47" w:rsidRDefault="00A32617">
            <w:r>
              <w:rPr>
                <w:sz w:val="18"/>
              </w:rPr>
              <w:t>3769</w:t>
            </w:r>
          </w:p>
        </w:tc>
        <w:tc>
          <w:tcPr>
            <w:tcW w:w="1156" w:type="dxa"/>
          </w:tcPr>
          <w:p w14:paraId="38032B6A" w14:textId="77777777" w:rsidR="00540B47" w:rsidRDefault="00A32617">
            <w:r>
              <w:rPr>
                <w:sz w:val="18"/>
              </w:rPr>
              <w:t>MACN</w:t>
            </w:r>
          </w:p>
        </w:tc>
        <w:tc>
          <w:tcPr>
            <w:tcW w:w="1126" w:type="dxa"/>
          </w:tcPr>
          <w:p w14:paraId="6CA55D11" w14:textId="77777777" w:rsidR="00540B47" w:rsidRDefault="00A32617">
            <w:r>
              <w:rPr>
                <w:i/>
                <w:sz w:val="18"/>
              </w:rPr>
              <w:t>Z. capensis</w:t>
            </w:r>
          </w:p>
        </w:tc>
        <w:tc>
          <w:tcPr>
            <w:tcW w:w="977" w:type="dxa"/>
          </w:tcPr>
          <w:p w14:paraId="1EF05408" w14:textId="77777777" w:rsidR="00540B47" w:rsidRDefault="00A32617">
            <w:r>
              <w:rPr>
                <w:sz w:val="18"/>
              </w:rPr>
              <w:t>-49.9675</w:t>
            </w:r>
          </w:p>
        </w:tc>
        <w:tc>
          <w:tcPr>
            <w:tcW w:w="1107" w:type="dxa"/>
          </w:tcPr>
          <w:p w14:paraId="04D47E51" w14:textId="77777777" w:rsidR="00540B47" w:rsidRDefault="00A32617">
            <w:r>
              <w:rPr>
                <w:sz w:val="18"/>
              </w:rPr>
              <w:t>-68.9844</w:t>
            </w:r>
          </w:p>
        </w:tc>
        <w:tc>
          <w:tcPr>
            <w:tcW w:w="1156" w:type="dxa"/>
          </w:tcPr>
          <w:p w14:paraId="66FEA0DF" w14:textId="77777777" w:rsidR="00540B47" w:rsidRDefault="00A32617">
            <w:r>
              <w:rPr>
                <w:sz w:val="18"/>
              </w:rPr>
              <w:t>2025-11-11</w:t>
            </w:r>
          </w:p>
        </w:tc>
        <w:tc>
          <w:tcPr>
            <w:tcW w:w="727" w:type="dxa"/>
          </w:tcPr>
          <w:p w14:paraId="516E74BC" w14:textId="77777777" w:rsidR="00540B47" w:rsidRDefault="00A32617">
            <w:r>
              <w:rPr>
                <w:sz w:val="18"/>
              </w:rPr>
              <w:t>09:37</w:t>
            </w:r>
          </w:p>
        </w:tc>
        <w:tc>
          <w:tcPr>
            <w:tcW w:w="1561" w:type="dxa"/>
          </w:tcPr>
          <w:p w14:paraId="15813574" w14:textId="77777777" w:rsidR="00540B47" w:rsidRDefault="00A32617">
            <w:r>
              <w:rPr>
                <w:sz w:val="18"/>
              </w:rPr>
              <w:t>Pablo L. Tubaro</w:t>
            </w:r>
          </w:p>
        </w:tc>
      </w:tr>
      <w:tr w:rsidR="00540B47" w14:paraId="037AD1F0" w14:textId="77777777" w:rsidTr="00DD565D">
        <w:tc>
          <w:tcPr>
            <w:tcW w:w="942" w:type="dxa"/>
          </w:tcPr>
          <w:p w14:paraId="3EFFEED8" w14:textId="77777777" w:rsidR="00540B47" w:rsidRDefault="00A32617">
            <w:r>
              <w:rPr>
                <w:sz w:val="18"/>
              </w:rPr>
              <w:t>3770</w:t>
            </w:r>
          </w:p>
        </w:tc>
        <w:tc>
          <w:tcPr>
            <w:tcW w:w="1156" w:type="dxa"/>
          </w:tcPr>
          <w:p w14:paraId="7B7AB4E6" w14:textId="77777777" w:rsidR="00540B47" w:rsidRDefault="00A32617">
            <w:r>
              <w:rPr>
                <w:sz w:val="18"/>
              </w:rPr>
              <w:t>MACN</w:t>
            </w:r>
          </w:p>
        </w:tc>
        <w:tc>
          <w:tcPr>
            <w:tcW w:w="1126" w:type="dxa"/>
          </w:tcPr>
          <w:p w14:paraId="2D7AD2FE" w14:textId="77777777" w:rsidR="00540B47" w:rsidRDefault="00A32617">
            <w:r>
              <w:rPr>
                <w:i/>
                <w:sz w:val="18"/>
              </w:rPr>
              <w:t>Z. capensis</w:t>
            </w:r>
          </w:p>
        </w:tc>
        <w:tc>
          <w:tcPr>
            <w:tcW w:w="977" w:type="dxa"/>
          </w:tcPr>
          <w:p w14:paraId="5BFD226E" w14:textId="77777777" w:rsidR="00540B47" w:rsidRDefault="00A32617">
            <w:r>
              <w:rPr>
                <w:sz w:val="18"/>
              </w:rPr>
              <w:t>-49.9675</w:t>
            </w:r>
          </w:p>
        </w:tc>
        <w:tc>
          <w:tcPr>
            <w:tcW w:w="1107" w:type="dxa"/>
          </w:tcPr>
          <w:p w14:paraId="191EACBB" w14:textId="77777777" w:rsidR="00540B47" w:rsidRDefault="00A32617">
            <w:r>
              <w:rPr>
                <w:sz w:val="18"/>
              </w:rPr>
              <w:t>-68.9844</w:t>
            </w:r>
          </w:p>
        </w:tc>
        <w:tc>
          <w:tcPr>
            <w:tcW w:w="1156" w:type="dxa"/>
          </w:tcPr>
          <w:p w14:paraId="48D54272" w14:textId="77777777" w:rsidR="00540B47" w:rsidRDefault="00A32617">
            <w:r>
              <w:rPr>
                <w:sz w:val="18"/>
              </w:rPr>
              <w:t>2025-11-11</w:t>
            </w:r>
          </w:p>
        </w:tc>
        <w:tc>
          <w:tcPr>
            <w:tcW w:w="727" w:type="dxa"/>
          </w:tcPr>
          <w:p w14:paraId="3862F851" w14:textId="77777777" w:rsidR="00540B47" w:rsidRDefault="00A32617">
            <w:r>
              <w:rPr>
                <w:sz w:val="18"/>
              </w:rPr>
              <w:t>09:46</w:t>
            </w:r>
          </w:p>
        </w:tc>
        <w:tc>
          <w:tcPr>
            <w:tcW w:w="1561" w:type="dxa"/>
          </w:tcPr>
          <w:p w14:paraId="47DCFA4A" w14:textId="77777777" w:rsidR="00540B47" w:rsidRDefault="00A32617">
            <w:r>
              <w:rPr>
                <w:sz w:val="18"/>
              </w:rPr>
              <w:t>Pablo L. Tubaro</w:t>
            </w:r>
          </w:p>
        </w:tc>
      </w:tr>
      <w:tr w:rsidR="00540B47" w14:paraId="4DAE4563" w14:textId="77777777" w:rsidTr="00DD565D">
        <w:tc>
          <w:tcPr>
            <w:tcW w:w="942" w:type="dxa"/>
          </w:tcPr>
          <w:p w14:paraId="19D48AA1" w14:textId="77777777" w:rsidR="00540B47" w:rsidRDefault="00A32617">
            <w:r>
              <w:rPr>
                <w:sz w:val="18"/>
              </w:rPr>
              <w:t>3771</w:t>
            </w:r>
          </w:p>
        </w:tc>
        <w:tc>
          <w:tcPr>
            <w:tcW w:w="1156" w:type="dxa"/>
          </w:tcPr>
          <w:p w14:paraId="09D6FCF0" w14:textId="77777777" w:rsidR="00540B47" w:rsidRDefault="00A32617">
            <w:r>
              <w:rPr>
                <w:sz w:val="18"/>
              </w:rPr>
              <w:t>MACN</w:t>
            </w:r>
          </w:p>
        </w:tc>
        <w:tc>
          <w:tcPr>
            <w:tcW w:w="1126" w:type="dxa"/>
          </w:tcPr>
          <w:p w14:paraId="17B22A61" w14:textId="77777777" w:rsidR="00540B47" w:rsidRDefault="00A32617">
            <w:r>
              <w:rPr>
                <w:i/>
                <w:sz w:val="18"/>
              </w:rPr>
              <w:t>Z. capensis</w:t>
            </w:r>
          </w:p>
        </w:tc>
        <w:tc>
          <w:tcPr>
            <w:tcW w:w="977" w:type="dxa"/>
          </w:tcPr>
          <w:p w14:paraId="29107EA4" w14:textId="77777777" w:rsidR="00540B47" w:rsidRDefault="00A32617">
            <w:r>
              <w:rPr>
                <w:sz w:val="18"/>
              </w:rPr>
              <w:t>-49.9468</w:t>
            </w:r>
          </w:p>
        </w:tc>
        <w:tc>
          <w:tcPr>
            <w:tcW w:w="1107" w:type="dxa"/>
          </w:tcPr>
          <w:p w14:paraId="78D72447" w14:textId="77777777" w:rsidR="00540B47" w:rsidRDefault="00A32617">
            <w:r>
              <w:rPr>
                <w:sz w:val="18"/>
              </w:rPr>
              <w:t>-68.8652</w:t>
            </w:r>
          </w:p>
        </w:tc>
        <w:tc>
          <w:tcPr>
            <w:tcW w:w="1156" w:type="dxa"/>
          </w:tcPr>
          <w:p w14:paraId="7097BBAA" w14:textId="77777777" w:rsidR="00540B47" w:rsidRDefault="00A32617">
            <w:r>
              <w:rPr>
                <w:sz w:val="18"/>
              </w:rPr>
              <w:t>2025-11-11</w:t>
            </w:r>
          </w:p>
        </w:tc>
        <w:tc>
          <w:tcPr>
            <w:tcW w:w="727" w:type="dxa"/>
          </w:tcPr>
          <w:p w14:paraId="08075CFA" w14:textId="77777777" w:rsidR="00540B47" w:rsidRDefault="00A32617">
            <w:r>
              <w:rPr>
                <w:sz w:val="18"/>
              </w:rPr>
              <w:t>10:48</w:t>
            </w:r>
          </w:p>
        </w:tc>
        <w:tc>
          <w:tcPr>
            <w:tcW w:w="1561" w:type="dxa"/>
          </w:tcPr>
          <w:p w14:paraId="1D868BCF" w14:textId="77777777" w:rsidR="00540B47" w:rsidRDefault="00A32617">
            <w:r>
              <w:rPr>
                <w:sz w:val="18"/>
              </w:rPr>
              <w:t>Agustin I. Casale</w:t>
            </w:r>
          </w:p>
        </w:tc>
      </w:tr>
      <w:tr w:rsidR="00540B47" w14:paraId="5A8C6726" w14:textId="77777777" w:rsidTr="00DD565D">
        <w:tc>
          <w:tcPr>
            <w:tcW w:w="942" w:type="dxa"/>
          </w:tcPr>
          <w:p w14:paraId="31A8C1DB" w14:textId="77777777" w:rsidR="00540B47" w:rsidRDefault="00A32617">
            <w:r>
              <w:rPr>
                <w:sz w:val="18"/>
              </w:rPr>
              <w:t>3772</w:t>
            </w:r>
          </w:p>
        </w:tc>
        <w:tc>
          <w:tcPr>
            <w:tcW w:w="1156" w:type="dxa"/>
          </w:tcPr>
          <w:p w14:paraId="3221AEB3" w14:textId="77777777" w:rsidR="00540B47" w:rsidRDefault="00A32617">
            <w:r>
              <w:rPr>
                <w:sz w:val="18"/>
              </w:rPr>
              <w:t>MACN</w:t>
            </w:r>
          </w:p>
        </w:tc>
        <w:tc>
          <w:tcPr>
            <w:tcW w:w="1126" w:type="dxa"/>
          </w:tcPr>
          <w:p w14:paraId="5137CF16" w14:textId="77777777" w:rsidR="00540B47" w:rsidRDefault="00A32617">
            <w:r>
              <w:rPr>
                <w:i/>
                <w:sz w:val="18"/>
              </w:rPr>
              <w:t>Z. capensis</w:t>
            </w:r>
          </w:p>
        </w:tc>
        <w:tc>
          <w:tcPr>
            <w:tcW w:w="977" w:type="dxa"/>
          </w:tcPr>
          <w:p w14:paraId="65105276" w14:textId="77777777" w:rsidR="00540B47" w:rsidRDefault="00A32617">
            <w:r>
              <w:rPr>
                <w:sz w:val="18"/>
              </w:rPr>
              <w:t>-49.9549</w:t>
            </w:r>
          </w:p>
        </w:tc>
        <w:tc>
          <w:tcPr>
            <w:tcW w:w="1107" w:type="dxa"/>
          </w:tcPr>
          <w:p w14:paraId="3E38600B" w14:textId="77777777" w:rsidR="00540B47" w:rsidRDefault="00A32617">
            <w:r>
              <w:rPr>
                <w:sz w:val="18"/>
              </w:rPr>
              <w:t>-68.8761</w:t>
            </w:r>
          </w:p>
        </w:tc>
        <w:tc>
          <w:tcPr>
            <w:tcW w:w="1156" w:type="dxa"/>
          </w:tcPr>
          <w:p w14:paraId="13C96469" w14:textId="77777777" w:rsidR="00540B47" w:rsidRDefault="00A32617">
            <w:r>
              <w:rPr>
                <w:sz w:val="18"/>
              </w:rPr>
              <w:t>2025-11-11</w:t>
            </w:r>
          </w:p>
        </w:tc>
        <w:tc>
          <w:tcPr>
            <w:tcW w:w="727" w:type="dxa"/>
          </w:tcPr>
          <w:p w14:paraId="301DBE87" w14:textId="77777777" w:rsidR="00540B47" w:rsidRDefault="00A32617">
            <w:r>
              <w:rPr>
                <w:sz w:val="18"/>
              </w:rPr>
              <w:t>10:06</w:t>
            </w:r>
          </w:p>
        </w:tc>
        <w:tc>
          <w:tcPr>
            <w:tcW w:w="1561" w:type="dxa"/>
          </w:tcPr>
          <w:p w14:paraId="0023053B" w14:textId="77777777" w:rsidR="00540B47" w:rsidRDefault="00A32617">
            <w:r>
              <w:rPr>
                <w:sz w:val="18"/>
              </w:rPr>
              <w:t>Pablo L. Tubaro</w:t>
            </w:r>
          </w:p>
        </w:tc>
      </w:tr>
      <w:tr w:rsidR="00540B47" w14:paraId="4C880DFE" w14:textId="77777777" w:rsidTr="00DD565D">
        <w:tc>
          <w:tcPr>
            <w:tcW w:w="942" w:type="dxa"/>
          </w:tcPr>
          <w:p w14:paraId="575DF7EB" w14:textId="77777777" w:rsidR="00540B47" w:rsidRDefault="00A32617">
            <w:r>
              <w:rPr>
                <w:sz w:val="18"/>
              </w:rPr>
              <w:t>3773</w:t>
            </w:r>
          </w:p>
        </w:tc>
        <w:tc>
          <w:tcPr>
            <w:tcW w:w="1156" w:type="dxa"/>
          </w:tcPr>
          <w:p w14:paraId="4AFCD5CD" w14:textId="77777777" w:rsidR="00540B47" w:rsidRDefault="00A32617">
            <w:r>
              <w:rPr>
                <w:sz w:val="18"/>
              </w:rPr>
              <w:t>MACN</w:t>
            </w:r>
          </w:p>
        </w:tc>
        <w:tc>
          <w:tcPr>
            <w:tcW w:w="1126" w:type="dxa"/>
          </w:tcPr>
          <w:p w14:paraId="60A2F4BC" w14:textId="77777777" w:rsidR="00540B47" w:rsidRDefault="00A32617">
            <w:r>
              <w:rPr>
                <w:i/>
                <w:sz w:val="18"/>
              </w:rPr>
              <w:t>Z. capensis</w:t>
            </w:r>
          </w:p>
        </w:tc>
        <w:tc>
          <w:tcPr>
            <w:tcW w:w="977" w:type="dxa"/>
          </w:tcPr>
          <w:p w14:paraId="6693B346" w14:textId="77777777" w:rsidR="00540B47" w:rsidRDefault="00A32617">
            <w:r>
              <w:rPr>
                <w:sz w:val="18"/>
              </w:rPr>
              <w:t>-49.9549</w:t>
            </w:r>
          </w:p>
        </w:tc>
        <w:tc>
          <w:tcPr>
            <w:tcW w:w="1107" w:type="dxa"/>
          </w:tcPr>
          <w:p w14:paraId="4B51829C" w14:textId="77777777" w:rsidR="00540B47" w:rsidRDefault="00A32617">
            <w:r>
              <w:rPr>
                <w:sz w:val="18"/>
              </w:rPr>
              <w:t>-68.8730</w:t>
            </w:r>
          </w:p>
        </w:tc>
        <w:tc>
          <w:tcPr>
            <w:tcW w:w="1156" w:type="dxa"/>
          </w:tcPr>
          <w:p w14:paraId="110C7005" w14:textId="77777777" w:rsidR="00540B47" w:rsidRDefault="00A32617">
            <w:r>
              <w:rPr>
                <w:sz w:val="18"/>
              </w:rPr>
              <w:t>2025-11-11</w:t>
            </w:r>
          </w:p>
        </w:tc>
        <w:tc>
          <w:tcPr>
            <w:tcW w:w="727" w:type="dxa"/>
          </w:tcPr>
          <w:p w14:paraId="25321F06" w14:textId="77777777" w:rsidR="00540B47" w:rsidRDefault="00A32617">
            <w:r>
              <w:rPr>
                <w:sz w:val="18"/>
              </w:rPr>
              <w:t>10:14</w:t>
            </w:r>
          </w:p>
        </w:tc>
        <w:tc>
          <w:tcPr>
            <w:tcW w:w="1561" w:type="dxa"/>
          </w:tcPr>
          <w:p w14:paraId="0EDCED4B" w14:textId="77777777" w:rsidR="00540B47" w:rsidRDefault="00A32617">
            <w:r>
              <w:rPr>
                <w:sz w:val="18"/>
              </w:rPr>
              <w:t>Pablo L. Tubaro</w:t>
            </w:r>
          </w:p>
        </w:tc>
      </w:tr>
      <w:tr w:rsidR="00540B47" w14:paraId="34F4731B" w14:textId="77777777" w:rsidTr="00DD565D">
        <w:tc>
          <w:tcPr>
            <w:tcW w:w="942" w:type="dxa"/>
          </w:tcPr>
          <w:p w14:paraId="1A8DA883" w14:textId="77777777" w:rsidR="00540B47" w:rsidRDefault="00A32617">
            <w:r>
              <w:rPr>
                <w:sz w:val="18"/>
              </w:rPr>
              <w:t>3774</w:t>
            </w:r>
          </w:p>
        </w:tc>
        <w:tc>
          <w:tcPr>
            <w:tcW w:w="1156" w:type="dxa"/>
          </w:tcPr>
          <w:p w14:paraId="478657E5" w14:textId="77777777" w:rsidR="00540B47" w:rsidRDefault="00A32617">
            <w:r>
              <w:rPr>
                <w:sz w:val="18"/>
              </w:rPr>
              <w:t>MACN</w:t>
            </w:r>
          </w:p>
        </w:tc>
        <w:tc>
          <w:tcPr>
            <w:tcW w:w="1126" w:type="dxa"/>
          </w:tcPr>
          <w:p w14:paraId="07E6CFC6" w14:textId="77777777" w:rsidR="00540B47" w:rsidRDefault="00A32617">
            <w:r>
              <w:rPr>
                <w:i/>
                <w:sz w:val="18"/>
              </w:rPr>
              <w:t>Z. capensis</w:t>
            </w:r>
          </w:p>
        </w:tc>
        <w:tc>
          <w:tcPr>
            <w:tcW w:w="977" w:type="dxa"/>
          </w:tcPr>
          <w:p w14:paraId="3CBDA1C4" w14:textId="77777777" w:rsidR="00540B47" w:rsidRDefault="00A32617">
            <w:r>
              <w:rPr>
                <w:sz w:val="18"/>
              </w:rPr>
              <w:t>-49.9367</w:t>
            </w:r>
          </w:p>
        </w:tc>
        <w:tc>
          <w:tcPr>
            <w:tcW w:w="1107" w:type="dxa"/>
          </w:tcPr>
          <w:p w14:paraId="51F3B6F1" w14:textId="77777777" w:rsidR="00540B47" w:rsidRDefault="00A32617">
            <w:r>
              <w:rPr>
                <w:sz w:val="18"/>
              </w:rPr>
              <w:t>-68.8523</w:t>
            </w:r>
          </w:p>
        </w:tc>
        <w:tc>
          <w:tcPr>
            <w:tcW w:w="1156" w:type="dxa"/>
          </w:tcPr>
          <w:p w14:paraId="0DBE141F" w14:textId="77777777" w:rsidR="00540B47" w:rsidRDefault="00A32617">
            <w:r>
              <w:rPr>
                <w:sz w:val="18"/>
              </w:rPr>
              <w:t>2025-11-11</w:t>
            </w:r>
          </w:p>
        </w:tc>
        <w:tc>
          <w:tcPr>
            <w:tcW w:w="727" w:type="dxa"/>
          </w:tcPr>
          <w:p w14:paraId="50169133" w14:textId="77777777" w:rsidR="00540B47" w:rsidRDefault="00A32617">
            <w:r>
              <w:rPr>
                <w:sz w:val="18"/>
              </w:rPr>
              <w:t>10:20</w:t>
            </w:r>
          </w:p>
        </w:tc>
        <w:tc>
          <w:tcPr>
            <w:tcW w:w="1561" w:type="dxa"/>
          </w:tcPr>
          <w:p w14:paraId="0CCD2440" w14:textId="77777777" w:rsidR="00540B47" w:rsidRDefault="00A32617">
            <w:r>
              <w:rPr>
                <w:sz w:val="18"/>
              </w:rPr>
              <w:t>Pablo L. Tubaro</w:t>
            </w:r>
          </w:p>
        </w:tc>
      </w:tr>
      <w:tr w:rsidR="00540B47" w14:paraId="42B646CF" w14:textId="77777777" w:rsidTr="00DD565D">
        <w:tc>
          <w:tcPr>
            <w:tcW w:w="942" w:type="dxa"/>
          </w:tcPr>
          <w:p w14:paraId="20F0B411" w14:textId="77777777" w:rsidR="00540B47" w:rsidRDefault="00A32617">
            <w:r>
              <w:rPr>
                <w:sz w:val="18"/>
              </w:rPr>
              <w:t>3775</w:t>
            </w:r>
          </w:p>
        </w:tc>
        <w:tc>
          <w:tcPr>
            <w:tcW w:w="1156" w:type="dxa"/>
          </w:tcPr>
          <w:p w14:paraId="4D38C12C" w14:textId="77777777" w:rsidR="00540B47" w:rsidRDefault="00A32617">
            <w:r>
              <w:rPr>
                <w:sz w:val="18"/>
              </w:rPr>
              <w:t>MACN</w:t>
            </w:r>
          </w:p>
        </w:tc>
        <w:tc>
          <w:tcPr>
            <w:tcW w:w="1126" w:type="dxa"/>
          </w:tcPr>
          <w:p w14:paraId="15579C63" w14:textId="77777777" w:rsidR="00540B47" w:rsidRDefault="00A32617">
            <w:r>
              <w:rPr>
                <w:i/>
                <w:sz w:val="18"/>
              </w:rPr>
              <w:t>Z. capensis</w:t>
            </w:r>
          </w:p>
        </w:tc>
        <w:tc>
          <w:tcPr>
            <w:tcW w:w="977" w:type="dxa"/>
          </w:tcPr>
          <w:p w14:paraId="5D174EEA" w14:textId="77777777" w:rsidR="00540B47" w:rsidRDefault="00A32617">
            <w:r>
              <w:rPr>
                <w:sz w:val="18"/>
              </w:rPr>
              <w:t>-49.9290</w:t>
            </w:r>
          </w:p>
        </w:tc>
        <w:tc>
          <w:tcPr>
            <w:tcW w:w="1107" w:type="dxa"/>
          </w:tcPr>
          <w:p w14:paraId="623B55C0" w14:textId="77777777" w:rsidR="00540B47" w:rsidRDefault="00A32617">
            <w:r>
              <w:rPr>
                <w:sz w:val="18"/>
              </w:rPr>
              <w:t>-68.8420</w:t>
            </w:r>
          </w:p>
        </w:tc>
        <w:tc>
          <w:tcPr>
            <w:tcW w:w="1156" w:type="dxa"/>
          </w:tcPr>
          <w:p w14:paraId="1955926D" w14:textId="77777777" w:rsidR="00540B47" w:rsidRDefault="00A32617">
            <w:r>
              <w:rPr>
                <w:sz w:val="18"/>
              </w:rPr>
              <w:t>2025-11-11</w:t>
            </w:r>
          </w:p>
        </w:tc>
        <w:tc>
          <w:tcPr>
            <w:tcW w:w="727" w:type="dxa"/>
          </w:tcPr>
          <w:p w14:paraId="02DF13C0" w14:textId="77777777" w:rsidR="00540B47" w:rsidRDefault="00A32617">
            <w:r>
              <w:rPr>
                <w:sz w:val="18"/>
              </w:rPr>
              <w:t>10:35</w:t>
            </w:r>
          </w:p>
        </w:tc>
        <w:tc>
          <w:tcPr>
            <w:tcW w:w="1561" w:type="dxa"/>
          </w:tcPr>
          <w:p w14:paraId="43057069" w14:textId="77777777" w:rsidR="00540B47" w:rsidRDefault="00A32617">
            <w:r>
              <w:rPr>
                <w:sz w:val="18"/>
              </w:rPr>
              <w:t>Pablo L. Tubaro</w:t>
            </w:r>
          </w:p>
        </w:tc>
      </w:tr>
      <w:tr w:rsidR="00540B47" w14:paraId="5DFA5541" w14:textId="77777777" w:rsidTr="00DD565D">
        <w:tc>
          <w:tcPr>
            <w:tcW w:w="942" w:type="dxa"/>
          </w:tcPr>
          <w:p w14:paraId="65C75BCC" w14:textId="77777777" w:rsidR="00540B47" w:rsidRDefault="00A32617">
            <w:r>
              <w:rPr>
                <w:sz w:val="18"/>
              </w:rPr>
              <w:t>3776</w:t>
            </w:r>
          </w:p>
        </w:tc>
        <w:tc>
          <w:tcPr>
            <w:tcW w:w="1156" w:type="dxa"/>
          </w:tcPr>
          <w:p w14:paraId="2C1990D4" w14:textId="77777777" w:rsidR="00540B47" w:rsidRDefault="00A32617">
            <w:r>
              <w:rPr>
                <w:sz w:val="18"/>
              </w:rPr>
              <w:t>MACN</w:t>
            </w:r>
          </w:p>
        </w:tc>
        <w:tc>
          <w:tcPr>
            <w:tcW w:w="1126" w:type="dxa"/>
          </w:tcPr>
          <w:p w14:paraId="6BD5E82F" w14:textId="77777777" w:rsidR="00540B47" w:rsidRDefault="00A32617">
            <w:r>
              <w:rPr>
                <w:i/>
                <w:sz w:val="18"/>
              </w:rPr>
              <w:t>Z. capensis</w:t>
            </w:r>
          </w:p>
        </w:tc>
        <w:tc>
          <w:tcPr>
            <w:tcW w:w="977" w:type="dxa"/>
          </w:tcPr>
          <w:p w14:paraId="083944BF" w14:textId="77777777" w:rsidR="00540B47" w:rsidRDefault="00A32617">
            <w:r>
              <w:rPr>
                <w:sz w:val="18"/>
              </w:rPr>
              <w:t>-49.9290</w:t>
            </w:r>
          </w:p>
        </w:tc>
        <w:tc>
          <w:tcPr>
            <w:tcW w:w="1107" w:type="dxa"/>
          </w:tcPr>
          <w:p w14:paraId="180EF5A2" w14:textId="77777777" w:rsidR="00540B47" w:rsidRDefault="00A32617">
            <w:r>
              <w:rPr>
                <w:sz w:val="18"/>
              </w:rPr>
              <w:t>-68.8420</w:t>
            </w:r>
          </w:p>
        </w:tc>
        <w:tc>
          <w:tcPr>
            <w:tcW w:w="1156" w:type="dxa"/>
          </w:tcPr>
          <w:p w14:paraId="10F1FBB5" w14:textId="77777777" w:rsidR="00540B47" w:rsidRDefault="00A32617">
            <w:r>
              <w:rPr>
                <w:sz w:val="18"/>
              </w:rPr>
              <w:t>2025-11-11</w:t>
            </w:r>
          </w:p>
        </w:tc>
        <w:tc>
          <w:tcPr>
            <w:tcW w:w="727" w:type="dxa"/>
          </w:tcPr>
          <w:p w14:paraId="2E51F68B" w14:textId="77777777" w:rsidR="00540B47" w:rsidRDefault="00A32617">
            <w:r>
              <w:rPr>
                <w:sz w:val="18"/>
              </w:rPr>
              <w:t>10:36</w:t>
            </w:r>
          </w:p>
        </w:tc>
        <w:tc>
          <w:tcPr>
            <w:tcW w:w="1561" w:type="dxa"/>
          </w:tcPr>
          <w:p w14:paraId="196BF748" w14:textId="77777777" w:rsidR="00540B47" w:rsidRDefault="00A32617">
            <w:r>
              <w:rPr>
                <w:sz w:val="18"/>
              </w:rPr>
              <w:t>Pablo L. Tubaro</w:t>
            </w:r>
          </w:p>
        </w:tc>
      </w:tr>
      <w:tr w:rsidR="00540B47" w14:paraId="1F5D4963" w14:textId="77777777" w:rsidTr="00DD565D">
        <w:tc>
          <w:tcPr>
            <w:tcW w:w="942" w:type="dxa"/>
          </w:tcPr>
          <w:p w14:paraId="67A57F1E" w14:textId="77777777" w:rsidR="00540B47" w:rsidRDefault="00A32617">
            <w:r>
              <w:rPr>
                <w:sz w:val="18"/>
              </w:rPr>
              <w:t>3777</w:t>
            </w:r>
          </w:p>
        </w:tc>
        <w:tc>
          <w:tcPr>
            <w:tcW w:w="1156" w:type="dxa"/>
          </w:tcPr>
          <w:p w14:paraId="530AA04D" w14:textId="77777777" w:rsidR="00540B47" w:rsidRDefault="00A32617">
            <w:r>
              <w:rPr>
                <w:sz w:val="18"/>
              </w:rPr>
              <w:t>MACN</w:t>
            </w:r>
          </w:p>
        </w:tc>
        <w:tc>
          <w:tcPr>
            <w:tcW w:w="1126" w:type="dxa"/>
          </w:tcPr>
          <w:p w14:paraId="59B49438" w14:textId="77777777" w:rsidR="00540B47" w:rsidRDefault="00A32617">
            <w:r>
              <w:rPr>
                <w:i/>
                <w:sz w:val="18"/>
              </w:rPr>
              <w:t>Z. capensis</w:t>
            </w:r>
          </w:p>
        </w:tc>
        <w:tc>
          <w:tcPr>
            <w:tcW w:w="977" w:type="dxa"/>
          </w:tcPr>
          <w:p w14:paraId="7FA717E9" w14:textId="77777777" w:rsidR="00540B47" w:rsidRDefault="00A32617">
            <w:r>
              <w:rPr>
                <w:sz w:val="18"/>
              </w:rPr>
              <w:t>-49.9290</w:t>
            </w:r>
          </w:p>
        </w:tc>
        <w:tc>
          <w:tcPr>
            <w:tcW w:w="1107" w:type="dxa"/>
          </w:tcPr>
          <w:p w14:paraId="484D313E" w14:textId="77777777" w:rsidR="00540B47" w:rsidRDefault="00A32617">
            <w:r>
              <w:rPr>
                <w:sz w:val="18"/>
              </w:rPr>
              <w:t>-68.8410</w:t>
            </w:r>
          </w:p>
        </w:tc>
        <w:tc>
          <w:tcPr>
            <w:tcW w:w="1156" w:type="dxa"/>
          </w:tcPr>
          <w:p w14:paraId="5466EB11" w14:textId="77777777" w:rsidR="00540B47" w:rsidRDefault="00A32617">
            <w:r>
              <w:rPr>
                <w:sz w:val="18"/>
              </w:rPr>
              <w:t>2025-11-11</w:t>
            </w:r>
          </w:p>
        </w:tc>
        <w:tc>
          <w:tcPr>
            <w:tcW w:w="727" w:type="dxa"/>
          </w:tcPr>
          <w:p w14:paraId="0B54D953" w14:textId="77777777" w:rsidR="00540B47" w:rsidRDefault="00A32617">
            <w:r>
              <w:rPr>
                <w:sz w:val="18"/>
              </w:rPr>
              <w:t>10:44</w:t>
            </w:r>
          </w:p>
        </w:tc>
        <w:tc>
          <w:tcPr>
            <w:tcW w:w="1561" w:type="dxa"/>
          </w:tcPr>
          <w:p w14:paraId="5121F914" w14:textId="77777777" w:rsidR="00540B47" w:rsidRDefault="00A32617">
            <w:r>
              <w:rPr>
                <w:sz w:val="18"/>
              </w:rPr>
              <w:t>Pablo L. Tubaro</w:t>
            </w:r>
          </w:p>
        </w:tc>
      </w:tr>
      <w:tr w:rsidR="00540B47" w14:paraId="7DDA1498" w14:textId="77777777" w:rsidTr="00DD565D">
        <w:tc>
          <w:tcPr>
            <w:tcW w:w="942" w:type="dxa"/>
          </w:tcPr>
          <w:p w14:paraId="58D51BA0" w14:textId="77777777" w:rsidR="00540B47" w:rsidRDefault="00A32617">
            <w:r>
              <w:rPr>
                <w:sz w:val="18"/>
              </w:rPr>
              <w:t>3778</w:t>
            </w:r>
          </w:p>
        </w:tc>
        <w:tc>
          <w:tcPr>
            <w:tcW w:w="1156" w:type="dxa"/>
          </w:tcPr>
          <w:p w14:paraId="0291BFF7" w14:textId="77777777" w:rsidR="00540B47" w:rsidRDefault="00A32617">
            <w:r>
              <w:rPr>
                <w:sz w:val="18"/>
              </w:rPr>
              <w:t>MACN</w:t>
            </w:r>
          </w:p>
        </w:tc>
        <w:tc>
          <w:tcPr>
            <w:tcW w:w="1126" w:type="dxa"/>
          </w:tcPr>
          <w:p w14:paraId="2C7E1D5B" w14:textId="77777777" w:rsidR="00540B47" w:rsidRDefault="00A32617">
            <w:r>
              <w:rPr>
                <w:i/>
                <w:sz w:val="18"/>
              </w:rPr>
              <w:t>Z. capensis</w:t>
            </w:r>
          </w:p>
        </w:tc>
        <w:tc>
          <w:tcPr>
            <w:tcW w:w="977" w:type="dxa"/>
          </w:tcPr>
          <w:p w14:paraId="7D38EF7E" w14:textId="77777777" w:rsidR="00540B47" w:rsidRDefault="00A32617">
            <w:r>
              <w:rPr>
                <w:sz w:val="18"/>
              </w:rPr>
              <w:t>-49.9130</w:t>
            </w:r>
          </w:p>
        </w:tc>
        <w:tc>
          <w:tcPr>
            <w:tcW w:w="1107" w:type="dxa"/>
          </w:tcPr>
          <w:p w14:paraId="0C48B7E7" w14:textId="77777777" w:rsidR="00540B47" w:rsidRDefault="00A32617">
            <w:r>
              <w:rPr>
                <w:sz w:val="18"/>
              </w:rPr>
              <w:t>-68.8210</w:t>
            </w:r>
          </w:p>
        </w:tc>
        <w:tc>
          <w:tcPr>
            <w:tcW w:w="1156" w:type="dxa"/>
          </w:tcPr>
          <w:p w14:paraId="5CC3C799" w14:textId="77777777" w:rsidR="00540B47" w:rsidRDefault="00A32617">
            <w:r>
              <w:rPr>
                <w:sz w:val="18"/>
              </w:rPr>
              <w:t>2025-11-11</w:t>
            </w:r>
          </w:p>
        </w:tc>
        <w:tc>
          <w:tcPr>
            <w:tcW w:w="727" w:type="dxa"/>
          </w:tcPr>
          <w:p w14:paraId="5DCD18A3" w14:textId="77777777" w:rsidR="00540B47" w:rsidRDefault="00A32617">
            <w:r>
              <w:rPr>
                <w:sz w:val="18"/>
              </w:rPr>
              <w:t>10:46</w:t>
            </w:r>
          </w:p>
        </w:tc>
        <w:tc>
          <w:tcPr>
            <w:tcW w:w="1561" w:type="dxa"/>
          </w:tcPr>
          <w:p w14:paraId="2037202D" w14:textId="77777777" w:rsidR="00540B47" w:rsidRDefault="00A32617">
            <w:r>
              <w:rPr>
                <w:sz w:val="18"/>
              </w:rPr>
              <w:t>Pablo L. Tubaro</w:t>
            </w:r>
          </w:p>
        </w:tc>
      </w:tr>
      <w:tr w:rsidR="00540B47" w14:paraId="2CC092E1" w14:textId="77777777" w:rsidTr="00DD565D">
        <w:tc>
          <w:tcPr>
            <w:tcW w:w="942" w:type="dxa"/>
          </w:tcPr>
          <w:p w14:paraId="3254F88A" w14:textId="77777777" w:rsidR="00540B47" w:rsidRDefault="00A32617">
            <w:r>
              <w:rPr>
                <w:sz w:val="18"/>
              </w:rPr>
              <w:t>3779</w:t>
            </w:r>
          </w:p>
        </w:tc>
        <w:tc>
          <w:tcPr>
            <w:tcW w:w="1156" w:type="dxa"/>
          </w:tcPr>
          <w:p w14:paraId="00CFA093" w14:textId="77777777" w:rsidR="00540B47" w:rsidRDefault="00A32617">
            <w:r>
              <w:rPr>
                <w:sz w:val="18"/>
              </w:rPr>
              <w:t>MACN</w:t>
            </w:r>
          </w:p>
        </w:tc>
        <w:tc>
          <w:tcPr>
            <w:tcW w:w="1126" w:type="dxa"/>
          </w:tcPr>
          <w:p w14:paraId="384FE418" w14:textId="77777777" w:rsidR="00540B47" w:rsidRDefault="00A32617">
            <w:r>
              <w:rPr>
                <w:i/>
                <w:sz w:val="18"/>
              </w:rPr>
              <w:t>Z. capensis</w:t>
            </w:r>
          </w:p>
        </w:tc>
        <w:tc>
          <w:tcPr>
            <w:tcW w:w="977" w:type="dxa"/>
          </w:tcPr>
          <w:p w14:paraId="6BEE4B80" w14:textId="77777777" w:rsidR="00540B47" w:rsidRDefault="00A32617">
            <w:r>
              <w:rPr>
                <w:sz w:val="18"/>
              </w:rPr>
              <w:t>-49.9130</w:t>
            </w:r>
          </w:p>
        </w:tc>
        <w:tc>
          <w:tcPr>
            <w:tcW w:w="1107" w:type="dxa"/>
          </w:tcPr>
          <w:p w14:paraId="2FD3708D" w14:textId="77777777" w:rsidR="00540B47" w:rsidRDefault="00A32617">
            <w:r>
              <w:rPr>
                <w:sz w:val="18"/>
              </w:rPr>
              <w:t>-68.8210</w:t>
            </w:r>
          </w:p>
        </w:tc>
        <w:tc>
          <w:tcPr>
            <w:tcW w:w="1156" w:type="dxa"/>
          </w:tcPr>
          <w:p w14:paraId="5D919F39" w14:textId="77777777" w:rsidR="00540B47" w:rsidRDefault="00A32617">
            <w:r>
              <w:rPr>
                <w:sz w:val="18"/>
              </w:rPr>
              <w:t>2025-11-11</w:t>
            </w:r>
          </w:p>
        </w:tc>
        <w:tc>
          <w:tcPr>
            <w:tcW w:w="727" w:type="dxa"/>
          </w:tcPr>
          <w:p w14:paraId="36962AEB" w14:textId="77777777" w:rsidR="00540B47" w:rsidRDefault="00A32617">
            <w:r>
              <w:rPr>
                <w:sz w:val="18"/>
              </w:rPr>
              <w:t>10:51</w:t>
            </w:r>
          </w:p>
        </w:tc>
        <w:tc>
          <w:tcPr>
            <w:tcW w:w="1561" w:type="dxa"/>
          </w:tcPr>
          <w:p w14:paraId="39F951B6" w14:textId="77777777" w:rsidR="00540B47" w:rsidRDefault="00A32617">
            <w:r>
              <w:rPr>
                <w:sz w:val="18"/>
              </w:rPr>
              <w:t>Pablo L. Tubaro</w:t>
            </w:r>
          </w:p>
        </w:tc>
      </w:tr>
      <w:tr w:rsidR="00540B47" w14:paraId="3FF299BC" w14:textId="77777777" w:rsidTr="00DD565D">
        <w:tc>
          <w:tcPr>
            <w:tcW w:w="942" w:type="dxa"/>
          </w:tcPr>
          <w:p w14:paraId="72CF7A75" w14:textId="77777777" w:rsidR="00540B47" w:rsidRDefault="00A32617">
            <w:r>
              <w:rPr>
                <w:sz w:val="18"/>
              </w:rPr>
              <w:t>3780</w:t>
            </w:r>
          </w:p>
        </w:tc>
        <w:tc>
          <w:tcPr>
            <w:tcW w:w="1156" w:type="dxa"/>
          </w:tcPr>
          <w:p w14:paraId="1C99C79A" w14:textId="77777777" w:rsidR="00540B47" w:rsidRDefault="00A32617">
            <w:r>
              <w:rPr>
                <w:sz w:val="18"/>
              </w:rPr>
              <w:t>MACN</w:t>
            </w:r>
          </w:p>
        </w:tc>
        <w:tc>
          <w:tcPr>
            <w:tcW w:w="1126" w:type="dxa"/>
          </w:tcPr>
          <w:p w14:paraId="528B2467" w14:textId="77777777" w:rsidR="00540B47" w:rsidRDefault="00A32617">
            <w:r>
              <w:rPr>
                <w:i/>
                <w:sz w:val="18"/>
              </w:rPr>
              <w:t>Z. capensis</w:t>
            </w:r>
          </w:p>
        </w:tc>
        <w:tc>
          <w:tcPr>
            <w:tcW w:w="977" w:type="dxa"/>
          </w:tcPr>
          <w:p w14:paraId="3F006BDE" w14:textId="77777777" w:rsidR="00540B47" w:rsidRDefault="00A32617">
            <w:r>
              <w:rPr>
                <w:sz w:val="18"/>
              </w:rPr>
              <w:t>-47.6388</w:t>
            </w:r>
          </w:p>
        </w:tc>
        <w:tc>
          <w:tcPr>
            <w:tcW w:w="1107" w:type="dxa"/>
          </w:tcPr>
          <w:p w14:paraId="0E37056F" w14:textId="77777777" w:rsidR="00540B47" w:rsidRDefault="00A32617">
            <w:r>
              <w:rPr>
                <w:sz w:val="18"/>
              </w:rPr>
              <w:t>-66.0471</w:t>
            </w:r>
          </w:p>
        </w:tc>
        <w:tc>
          <w:tcPr>
            <w:tcW w:w="1156" w:type="dxa"/>
          </w:tcPr>
          <w:p w14:paraId="6FD8285F" w14:textId="77777777" w:rsidR="00540B47" w:rsidRDefault="00A32617">
            <w:r>
              <w:rPr>
                <w:sz w:val="18"/>
              </w:rPr>
              <w:t>2025-11-12</w:t>
            </w:r>
          </w:p>
        </w:tc>
        <w:tc>
          <w:tcPr>
            <w:tcW w:w="727" w:type="dxa"/>
          </w:tcPr>
          <w:p w14:paraId="5291B56E" w14:textId="77777777" w:rsidR="00540B47" w:rsidRDefault="00A32617">
            <w:r>
              <w:rPr>
                <w:sz w:val="18"/>
              </w:rPr>
              <w:t>16:54</w:t>
            </w:r>
          </w:p>
        </w:tc>
        <w:tc>
          <w:tcPr>
            <w:tcW w:w="1561" w:type="dxa"/>
          </w:tcPr>
          <w:p w14:paraId="3AEA0C9C" w14:textId="77777777" w:rsidR="00540B47" w:rsidRDefault="00A32617">
            <w:r>
              <w:rPr>
                <w:sz w:val="18"/>
              </w:rPr>
              <w:t>Pablo L. Tubaro</w:t>
            </w:r>
          </w:p>
        </w:tc>
      </w:tr>
      <w:tr w:rsidR="00540B47" w14:paraId="7BBBF314" w14:textId="77777777" w:rsidTr="00DD565D">
        <w:tc>
          <w:tcPr>
            <w:tcW w:w="942" w:type="dxa"/>
          </w:tcPr>
          <w:p w14:paraId="59008BB3" w14:textId="77777777" w:rsidR="00540B47" w:rsidRDefault="00A32617">
            <w:r>
              <w:rPr>
                <w:sz w:val="18"/>
              </w:rPr>
              <w:t>3781</w:t>
            </w:r>
          </w:p>
        </w:tc>
        <w:tc>
          <w:tcPr>
            <w:tcW w:w="1156" w:type="dxa"/>
          </w:tcPr>
          <w:p w14:paraId="04FC3A08" w14:textId="77777777" w:rsidR="00540B47" w:rsidRDefault="00A32617">
            <w:r>
              <w:rPr>
                <w:sz w:val="18"/>
              </w:rPr>
              <w:t>MACN</w:t>
            </w:r>
          </w:p>
        </w:tc>
        <w:tc>
          <w:tcPr>
            <w:tcW w:w="1126" w:type="dxa"/>
          </w:tcPr>
          <w:p w14:paraId="5B4AFCE0" w14:textId="77777777" w:rsidR="00540B47" w:rsidRDefault="00A32617">
            <w:r>
              <w:rPr>
                <w:i/>
                <w:sz w:val="18"/>
              </w:rPr>
              <w:t>Z. capensis</w:t>
            </w:r>
          </w:p>
        </w:tc>
        <w:tc>
          <w:tcPr>
            <w:tcW w:w="977" w:type="dxa"/>
          </w:tcPr>
          <w:p w14:paraId="66D41183" w14:textId="77777777" w:rsidR="00540B47" w:rsidRDefault="00A32617">
            <w:r>
              <w:rPr>
                <w:sz w:val="18"/>
              </w:rPr>
              <w:t>-47.7507</w:t>
            </w:r>
          </w:p>
        </w:tc>
        <w:tc>
          <w:tcPr>
            <w:tcW w:w="1107" w:type="dxa"/>
          </w:tcPr>
          <w:p w14:paraId="70B0BD42" w14:textId="77777777" w:rsidR="00540B47" w:rsidRDefault="00A32617">
            <w:r>
              <w:rPr>
                <w:sz w:val="18"/>
              </w:rPr>
              <w:t>-65.9179</w:t>
            </w:r>
          </w:p>
        </w:tc>
        <w:tc>
          <w:tcPr>
            <w:tcW w:w="1156" w:type="dxa"/>
          </w:tcPr>
          <w:p w14:paraId="475971AE" w14:textId="77777777" w:rsidR="00540B47" w:rsidRDefault="00A32617">
            <w:r>
              <w:rPr>
                <w:sz w:val="18"/>
              </w:rPr>
              <w:t>2025-11-12</w:t>
            </w:r>
          </w:p>
        </w:tc>
        <w:tc>
          <w:tcPr>
            <w:tcW w:w="727" w:type="dxa"/>
          </w:tcPr>
          <w:p w14:paraId="4D6AFED8" w14:textId="77777777" w:rsidR="00540B47" w:rsidRDefault="00A32617">
            <w:r>
              <w:rPr>
                <w:sz w:val="18"/>
              </w:rPr>
              <w:t>17:20</w:t>
            </w:r>
          </w:p>
        </w:tc>
        <w:tc>
          <w:tcPr>
            <w:tcW w:w="1561" w:type="dxa"/>
          </w:tcPr>
          <w:p w14:paraId="1CBF8E1F" w14:textId="77777777" w:rsidR="00540B47" w:rsidRDefault="00A32617">
            <w:r>
              <w:rPr>
                <w:sz w:val="18"/>
              </w:rPr>
              <w:t>Agustin I. Casale</w:t>
            </w:r>
          </w:p>
        </w:tc>
      </w:tr>
      <w:tr w:rsidR="00540B47" w14:paraId="3BA6C14C" w14:textId="77777777" w:rsidTr="00DD565D">
        <w:tc>
          <w:tcPr>
            <w:tcW w:w="942" w:type="dxa"/>
          </w:tcPr>
          <w:p w14:paraId="746952D4" w14:textId="77777777" w:rsidR="00540B47" w:rsidRDefault="00A32617">
            <w:r>
              <w:rPr>
                <w:sz w:val="18"/>
              </w:rPr>
              <w:t>3782</w:t>
            </w:r>
          </w:p>
        </w:tc>
        <w:tc>
          <w:tcPr>
            <w:tcW w:w="1156" w:type="dxa"/>
          </w:tcPr>
          <w:p w14:paraId="079B85EE" w14:textId="77777777" w:rsidR="00540B47" w:rsidRDefault="00A32617">
            <w:r>
              <w:rPr>
                <w:sz w:val="18"/>
              </w:rPr>
              <w:t>MACN</w:t>
            </w:r>
          </w:p>
        </w:tc>
        <w:tc>
          <w:tcPr>
            <w:tcW w:w="1126" w:type="dxa"/>
          </w:tcPr>
          <w:p w14:paraId="746DB920" w14:textId="77777777" w:rsidR="00540B47" w:rsidRDefault="00A32617">
            <w:r>
              <w:rPr>
                <w:i/>
                <w:sz w:val="18"/>
              </w:rPr>
              <w:t>Z. capensis</w:t>
            </w:r>
          </w:p>
        </w:tc>
        <w:tc>
          <w:tcPr>
            <w:tcW w:w="977" w:type="dxa"/>
          </w:tcPr>
          <w:p w14:paraId="3063ED46" w14:textId="77777777" w:rsidR="00540B47" w:rsidRDefault="00A32617">
            <w:r>
              <w:rPr>
                <w:sz w:val="18"/>
              </w:rPr>
              <w:t>-47.7506</w:t>
            </w:r>
          </w:p>
        </w:tc>
        <w:tc>
          <w:tcPr>
            <w:tcW w:w="1107" w:type="dxa"/>
          </w:tcPr>
          <w:p w14:paraId="04925898" w14:textId="77777777" w:rsidR="00540B47" w:rsidRDefault="00A32617">
            <w:r>
              <w:rPr>
                <w:sz w:val="18"/>
              </w:rPr>
              <w:t>-65.9166</w:t>
            </w:r>
          </w:p>
        </w:tc>
        <w:tc>
          <w:tcPr>
            <w:tcW w:w="1156" w:type="dxa"/>
          </w:tcPr>
          <w:p w14:paraId="7D5D819A" w14:textId="77777777" w:rsidR="00540B47" w:rsidRDefault="00A32617">
            <w:r>
              <w:rPr>
                <w:sz w:val="18"/>
              </w:rPr>
              <w:t>2025-11-12</w:t>
            </w:r>
          </w:p>
        </w:tc>
        <w:tc>
          <w:tcPr>
            <w:tcW w:w="727" w:type="dxa"/>
          </w:tcPr>
          <w:p w14:paraId="0741EE9B" w14:textId="77777777" w:rsidR="00540B47" w:rsidRDefault="00A32617">
            <w:r>
              <w:rPr>
                <w:sz w:val="18"/>
              </w:rPr>
              <w:t>17:19</w:t>
            </w:r>
          </w:p>
        </w:tc>
        <w:tc>
          <w:tcPr>
            <w:tcW w:w="1561" w:type="dxa"/>
          </w:tcPr>
          <w:p w14:paraId="076B54F4" w14:textId="77777777" w:rsidR="00540B47" w:rsidRDefault="00A32617">
            <w:r>
              <w:rPr>
                <w:sz w:val="18"/>
              </w:rPr>
              <w:t>Pablo L. Tubaro</w:t>
            </w:r>
          </w:p>
        </w:tc>
      </w:tr>
      <w:tr w:rsidR="00540B47" w14:paraId="34A2006F" w14:textId="77777777" w:rsidTr="00DD565D">
        <w:tc>
          <w:tcPr>
            <w:tcW w:w="942" w:type="dxa"/>
          </w:tcPr>
          <w:p w14:paraId="07526458" w14:textId="77777777" w:rsidR="00540B47" w:rsidRDefault="00A32617">
            <w:r>
              <w:rPr>
                <w:sz w:val="18"/>
              </w:rPr>
              <w:t>3783</w:t>
            </w:r>
          </w:p>
        </w:tc>
        <w:tc>
          <w:tcPr>
            <w:tcW w:w="1156" w:type="dxa"/>
          </w:tcPr>
          <w:p w14:paraId="7EE02E60" w14:textId="77777777" w:rsidR="00540B47" w:rsidRDefault="00A32617">
            <w:r>
              <w:rPr>
                <w:sz w:val="18"/>
              </w:rPr>
              <w:t>MACN</w:t>
            </w:r>
          </w:p>
        </w:tc>
        <w:tc>
          <w:tcPr>
            <w:tcW w:w="1126" w:type="dxa"/>
          </w:tcPr>
          <w:p w14:paraId="796011BB" w14:textId="77777777" w:rsidR="00540B47" w:rsidRDefault="00A32617">
            <w:r>
              <w:rPr>
                <w:i/>
                <w:sz w:val="18"/>
              </w:rPr>
              <w:t>Z. capensis</w:t>
            </w:r>
          </w:p>
        </w:tc>
        <w:tc>
          <w:tcPr>
            <w:tcW w:w="977" w:type="dxa"/>
          </w:tcPr>
          <w:p w14:paraId="759532AF" w14:textId="77777777" w:rsidR="00540B47" w:rsidRDefault="00A32617">
            <w:r>
              <w:rPr>
                <w:sz w:val="18"/>
              </w:rPr>
              <w:t>-47.7506</w:t>
            </w:r>
          </w:p>
        </w:tc>
        <w:tc>
          <w:tcPr>
            <w:tcW w:w="1107" w:type="dxa"/>
          </w:tcPr>
          <w:p w14:paraId="77C6583C" w14:textId="77777777" w:rsidR="00540B47" w:rsidRDefault="00A32617">
            <w:r>
              <w:rPr>
                <w:sz w:val="18"/>
              </w:rPr>
              <w:t>-65.9166</w:t>
            </w:r>
          </w:p>
        </w:tc>
        <w:tc>
          <w:tcPr>
            <w:tcW w:w="1156" w:type="dxa"/>
          </w:tcPr>
          <w:p w14:paraId="0F33EEF6" w14:textId="77777777" w:rsidR="00540B47" w:rsidRDefault="00A32617">
            <w:r>
              <w:rPr>
                <w:sz w:val="18"/>
              </w:rPr>
              <w:t>2025-11-12</w:t>
            </w:r>
          </w:p>
        </w:tc>
        <w:tc>
          <w:tcPr>
            <w:tcW w:w="727" w:type="dxa"/>
          </w:tcPr>
          <w:p w14:paraId="5662FBE7" w14:textId="77777777" w:rsidR="00540B47" w:rsidRDefault="00A32617">
            <w:r>
              <w:rPr>
                <w:sz w:val="18"/>
              </w:rPr>
              <w:t>17:20</w:t>
            </w:r>
          </w:p>
        </w:tc>
        <w:tc>
          <w:tcPr>
            <w:tcW w:w="1561" w:type="dxa"/>
          </w:tcPr>
          <w:p w14:paraId="2E66B106" w14:textId="77777777" w:rsidR="00540B47" w:rsidRDefault="00A32617">
            <w:r>
              <w:rPr>
                <w:sz w:val="18"/>
              </w:rPr>
              <w:t>Pablo L. Tubaro</w:t>
            </w:r>
          </w:p>
        </w:tc>
      </w:tr>
      <w:tr w:rsidR="00540B47" w14:paraId="00B27841" w14:textId="77777777" w:rsidTr="00DD565D">
        <w:tc>
          <w:tcPr>
            <w:tcW w:w="942" w:type="dxa"/>
          </w:tcPr>
          <w:p w14:paraId="45F76037" w14:textId="77777777" w:rsidR="00540B47" w:rsidRDefault="00A32617">
            <w:r>
              <w:rPr>
                <w:sz w:val="18"/>
              </w:rPr>
              <w:t>3784</w:t>
            </w:r>
          </w:p>
        </w:tc>
        <w:tc>
          <w:tcPr>
            <w:tcW w:w="1156" w:type="dxa"/>
          </w:tcPr>
          <w:p w14:paraId="3E32F92B" w14:textId="77777777" w:rsidR="00540B47" w:rsidRDefault="00A32617">
            <w:r>
              <w:rPr>
                <w:sz w:val="18"/>
              </w:rPr>
              <w:t>MACN</w:t>
            </w:r>
          </w:p>
        </w:tc>
        <w:tc>
          <w:tcPr>
            <w:tcW w:w="1126" w:type="dxa"/>
          </w:tcPr>
          <w:p w14:paraId="448DC2A2" w14:textId="77777777" w:rsidR="00540B47" w:rsidRDefault="00A32617">
            <w:r>
              <w:rPr>
                <w:i/>
                <w:sz w:val="18"/>
              </w:rPr>
              <w:t>Z. capensis</w:t>
            </w:r>
          </w:p>
        </w:tc>
        <w:tc>
          <w:tcPr>
            <w:tcW w:w="977" w:type="dxa"/>
          </w:tcPr>
          <w:p w14:paraId="0D709CCB" w14:textId="77777777" w:rsidR="00540B47" w:rsidRDefault="00A32617">
            <w:r>
              <w:rPr>
                <w:sz w:val="18"/>
              </w:rPr>
              <w:t>-47.7506</w:t>
            </w:r>
          </w:p>
        </w:tc>
        <w:tc>
          <w:tcPr>
            <w:tcW w:w="1107" w:type="dxa"/>
          </w:tcPr>
          <w:p w14:paraId="343BC65A" w14:textId="77777777" w:rsidR="00540B47" w:rsidRDefault="00A32617">
            <w:r>
              <w:rPr>
                <w:sz w:val="18"/>
              </w:rPr>
              <w:t>-65.9166</w:t>
            </w:r>
          </w:p>
        </w:tc>
        <w:tc>
          <w:tcPr>
            <w:tcW w:w="1156" w:type="dxa"/>
          </w:tcPr>
          <w:p w14:paraId="743543C8" w14:textId="77777777" w:rsidR="00540B47" w:rsidRDefault="00A32617">
            <w:r>
              <w:rPr>
                <w:sz w:val="18"/>
              </w:rPr>
              <w:t>2025-11-12</w:t>
            </w:r>
          </w:p>
        </w:tc>
        <w:tc>
          <w:tcPr>
            <w:tcW w:w="727" w:type="dxa"/>
          </w:tcPr>
          <w:p w14:paraId="3A764EBC" w14:textId="77777777" w:rsidR="00540B47" w:rsidRDefault="00A32617">
            <w:r>
              <w:rPr>
                <w:sz w:val="18"/>
              </w:rPr>
              <w:t>17:23</w:t>
            </w:r>
          </w:p>
        </w:tc>
        <w:tc>
          <w:tcPr>
            <w:tcW w:w="1561" w:type="dxa"/>
          </w:tcPr>
          <w:p w14:paraId="67B75E88" w14:textId="77777777" w:rsidR="00540B47" w:rsidRDefault="00A32617">
            <w:r>
              <w:rPr>
                <w:sz w:val="18"/>
              </w:rPr>
              <w:t>Pablo L. Tubaro</w:t>
            </w:r>
          </w:p>
        </w:tc>
      </w:tr>
      <w:tr w:rsidR="00540B47" w14:paraId="22E74606" w14:textId="77777777" w:rsidTr="00DD565D">
        <w:tc>
          <w:tcPr>
            <w:tcW w:w="942" w:type="dxa"/>
          </w:tcPr>
          <w:p w14:paraId="59BBF7DB" w14:textId="77777777" w:rsidR="00540B47" w:rsidRDefault="00A32617">
            <w:r>
              <w:rPr>
                <w:sz w:val="18"/>
              </w:rPr>
              <w:t>3785</w:t>
            </w:r>
          </w:p>
        </w:tc>
        <w:tc>
          <w:tcPr>
            <w:tcW w:w="1156" w:type="dxa"/>
          </w:tcPr>
          <w:p w14:paraId="1B2066C7" w14:textId="77777777" w:rsidR="00540B47" w:rsidRDefault="00A32617">
            <w:r>
              <w:rPr>
                <w:sz w:val="18"/>
              </w:rPr>
              <w:t>MACN</w:t>
            </w:r>
          </w:p>
        </w:tc>
        <w:tc>
          <w:tcPr>
            <w:tcW w:w="1126" w:type="dxa"/>
          </w:tcPr>
          <w:p w14:paraId="4513938B" w14:textId="77777777" w:rsidR="00540B47" w:rsidRDefault="00A32617">
            <w:r>
              <w:rPr>
                <w:i/>
                <w:sz w:val="18"/>
              </w:rPr>
              <w:t>Z. capensis</w:t>
            </w:r>
          </w:p>
        </w:tc>
        <w:tc>
          <w:tcPr>
            <w:tcW w:w="977" w:type="dxa"/>
          </w:tcPr>
          <w:p w14:paraId="1B101EA1" w14:textId="77777777" w:rsidR="00540B47" w:rsidRDefault="00A32617">
            <w:r>
              <w:rPr>
                <w:sz w:val="18"/>
              </w:rPr>
              <w:t>-47.7535</w:t>
            </w:r>
          </w:p>
        </w:tc>
        <w:tc>
          <w:tcPr>
            <w:tcW w:w="1107" w:type="dxa"/>
          </w:tcPr>
          <w:p w14:paraId="5473C5E0" w14:textId="77777777" w:rsidR="00540B47" w:rsidRDefault="00A32617">
            <w:r>
              <w:rPr>
                <w:sz w:val="18"/>
              </w:rPr>
              <w:t>-65.9088</w:t>
            </w:r>
          </w:p>
        </w:tc>
        <w:tc>
          <w:tcPr>
            <w:tcW w:w="1156" w:type="dxa"/>
          </w:tcPr>
          <w:p w14:paraId="787B15D6" w14:textId="77777777" w:rsidR="00540B47" w:rsidRDefault="00A32617">
            <w:r>
              <w:rPr>
                <w:sz w:val="18"/>
              </w:rPr>
              <w:t>2025-11-12</w:t>
            </w:r>
          </w:p>
        </w:tc>
        <w:tc>
          <w:tcPr>
            <w:tcW w:w="727" w:type="dxa"/>
          </w:tcPr>
          <w:p w14:paraId="2501AF6D" w14:textId="77777777" w:rsidR="00540B47" w:rsidRDefault="00A32617">
            <w:r>
              <w:rPr>
                <w:sz w:val="18"/>
              </w:rPr>
              <w:t>17:30</w:t>
            </w:r>
          </w:p>
        </w:tc>
        <w:tc>
          <w:tcPr>
            <w:tcW w:w="1561" w:type="dxa"/>
          </w:tcPr>
          <w:p w14:paraId="4CB3A5AA" w14:textId="77777777" w:rsidR="00540B47" w:rsidRDefault="00A32617">
            <w:r>
              <w:rPr>
                <w:sz w:val="18"/>
              </w:rPr>
              <w:t>Pablo L. Tubaro</w:t>
            </w:r>
          </w:p>
        </w:tc>
      </w:tr>
      <w:tr w:rsidR="00540B47" w14:paraId="2968D891" w14:textId="77777777" w:rsidTr="00DD565D">
        <w:tc>
          <w:tcPr>
            <w:tcW w:w="942" w:type="dxa"/>
          </w:tcPr>
          <w:p w14:paraId="1D7610CD" w14:textId="77777777" w:rsidR="00540B47" w:rsidRDefault="00A32617">
            <w:r>
              <w:rPr>
                <w:sz w:val="18"/>
              </w:rPr>
              <w:t>3786</w:t>
            </w:r>
          </w:p>
        </w:tc>
        <w:tc>
          <w:tcPr>
            <w:tcW w:w="1156" w:type="dxa"/>
          </w:tcPr>
          <w:p w14:paraId="556F39ED" w14:textId="77777777" w:rsidR="00540B47" w:rsidRDefault="00A32617">
            <w:r>
              <w:rPr>
                <w:sz w:val="18"/>
              </w:rPr>
              <w:t>MACN</w:t>
            </w:r>
          </w:p>
        </w:tc>
        <w:tc>
          <w:tcPr>
            <w:tcW w:w="1126" w:type="dxa"/>
          </w:tcPr>
          <w:p w14:paraId="270E0E71" w14:textId="77777777" w:rsidR="00540B47" w:rsidRDefault="00A32617">
            <w:r>
              <w:rPr>
                <w:i/>
                <w:sz w:val="18"/>
              </w:rPr>
              <w:t>Z. capensis</w:t>
            </w:r>
          </w:p>
        </w:tc>
        <w:tc>
          <w:tcPr>
            <w:tcW w:w="977" w:type="dxa"/>
          </w:tcPr>
          <w:p w14:paraId="614CDA9E" w14:textId="77777777" w:rsidR="00540B47" w:rsidRDefault="00A32617">
            <w:r>
              <w:rPr>
                <w:sz w:val="18"/>
              </w:rPr>
              <w:t>-47.7562</w:t>
            </w:r>
          </w:p>
        </w:tc>
        <w:tc>
          <w:tcPr>
            <w:tcW w:w="1107" w:type="dxa"/>
          </w:tcPr>
          <w:p w14:paraId="5C6BC9DF" w14:textId="77777777" w:rsidR="00540B47" w:rsidRDefault="00A32617">
            <w:r>
              <w:rPr>
                <w:sz w:val="18"/>
              </w:rPr>
              <w:t>-65.8912</w:t>
            </w:r>
          </w:p>
        </w:tc>
        <w:tc>
          <w:tcPr>
            <w:tcW w:w="1156" w:type="dxa"/>
          </w:tcPr>
          <w:p w14:paraId="2E2C4E20" w14:textId="77777777" w:rsidR="00540B47" w:rsidRDefault="00A32617">
            <w:r>
              <w:rPr>
                <w:sz w:val="18"/>
              </w:rPr>
              <w:t>2025-11-12</w:t>
            </w:r>
          </w:p>
        </w:tc>
        <w:tc>
          <w:tcPr>
            <w:tcW w:w="727" w:type="dxa"/>
          </w:tcPr>
          <w:p w14:paraId="74BDDA7E" w14:textId="77777777" w:rsidR="00540B47" w:rsidRDefault="00A32617">
            <w:r>
              <w:rPr>
                <w:sz w:val="18"/>
              </w:rPr>
              <w:t>17:40</w:t>
            </w:r>
          </w:p>
        </w:tc>
        <w:tc>
          <w:tcPr>
            <w:tcW w:w="1561" w:type="dxa"/>
          </w:tcPr>
          <w:p w14:paraId="32740ECF" w14:textId="77777777" w:rsidR="00540B47" w:rsidRDefault="00A32617">
            <w:r>
              <w:rPr>
                <w:sz w:val="18"/>
              </w:rPr>
              <w:t>Pablo L. Tubaro</w:t>
            </w:r>
          </w:p>
        </w:tc>
      </w:tr>
      <w:tr w:rsidR="00540B47" w14:paraId="068665E8" w14:textId="77777777" w:rsidTr="00DD565D">
        <w:tc>
          <w:tcPr>
            <w:tcW w:w="942" w:type="dxa"/>
          </w:tcPr>
          <w:p w14:paraId="36490373" w14:textId="77777777" w:rsidR="00540B47" w:rsidRDefault="00A32617">
            <w:r>
              <w:rPr>
                <w:sz w:val="18"/>
              </w:rPr>
              <w:t>3787</w:t>
            </w:r>
          </w:p>
        </w:tc>
        <w:tc>
          <w:tcPr>
            <w:tcW w:w="1156" w:type="dxa"/>
          </w:tcPr>
          <w:p w14:paraId="2A162546" w14:textId="77777777" w:rsidR="00540B47" w:rsidRDefault="00A32617">
            <w:r>
              <w:rPr>
                <w:sz w:val="18"/>
              </w:rPr>
              <w:t>MACN</w:t>
            </w:r>
          </w:p>
        </w:tc>
        <w:tc>
          <w:tcPr>
            <w:tcW w:w="1126" w:type="dxa"/>
          </w:tcPr>
          <w:p w14:paraId="2EA0C7BF" w14:textId="77777777" w:rsidR="00540B47" w:rsidRDefault="00A32617">
            <w:r>
              <w:rPr>
                <w:i/>
                <w:sz w:val="18"/>
              </w:rPr>
              <w:t>Z. capensis</w:t>
            </w:r>
          </w:p>
        </w:tc>
        <w:tc>
          <w:tcPr>
            <w:tcW w:w="977" w:type="dxa"/>
          </w:tcPr>
          <w:p w14:paraId="691BB1A4" w14:textId="77777777" w:rsidR="00540B47" w:rsidRDefault="00A32617">
            <w:r>
              <w:rPr>
                <w:sz w:val="18"/>
              </w:rPr>
              <w:t>-47.7558</w:t>
            </w:r>
          </w:p>
        </w:tc>
        <w:tc>
          <w:tcPr>
            <w:tcW w:w="1107" w:type="dxa"/>
          </w:tcPr>
          <w:p w14:paraId="667AD6D0" w14:textId="77777777" w:rsidR="00540B47" w:rsidRDefault="00A32617">
            <w:r>
              <w:rPr>
                <w:sz w:val="18"/>
              </w:rPr>
              <w:t>-65.8898</w:t>
            </w:r>
          </w:p>
        </w:tc>
        <w:tc>
          <w:tcPr>
            <w:tcW w:w="1156" w:type="dxa"/>
          </w:tcPr>
          <w:p w14:paraId="118FDB88" w14:textId="77777777" w:rsidR="00540B47" w:rsidRDefault="00A32617">
            <w:r>
              <w:rPr>
                <w:sz w:val="18"/>
              </w:rPr>
              <w:t>2025-11-12</w:t>
            </w:r>
          </w:p>
        </w:tc>
        <w:tc>
          <w:tcPr>
            <w:tcW w:w="727" w:type="dxa"/>
          </w:tcPr>
          <w:p w14:paraId="56E5AE72" w14:textId="77777777" w:rsidR="00540B47" w:rsidRDefault="00A32617">
            <w:r>
              <w:rPr>
                <w:sz w:val="18"/>
              </w:rPr>
              <w:t>17:43</w:t>
            </w:r>
          </w:p>
        </w:tc>
        <w:tc>
          <w:tcPr>
            <w:tcW w:w="1561" w:type="dxa"/>
          </w:tcPr>
          <w:p w14:paraId="4462348A" w14:textId="77777777" w:rsidR="00540B47" w:rsidRDefault="00A32617">
            <w:r>
              <w:rPr>
                <w:sz w:val="18"/>
              </w:rPr>
              <w:t>Pablo L. Tubaro</w:t>
            </w:r>
          </w:p>
        </w:tc>
      </w:tr>
      <w:tr w:rsidR="00540B47" w14:paraId="64C432E6" w14:textId="77777777" w:rsidTr="00DD565D">
        <w:tc>
          <w:tcPr>
            <w:tcW w:w="942" w:type="dxa"/>
          </w:tcPr>
          <w:p w14:paraId="6D002B9A" w14:textId="77777777" w:rsidR="00540B47" w:rsidRDefault="00A32617">
            <w:r>
              <w:rPr>
                <w:sz w:val="18"/>
              </w:rPr>
              <w:t>3788</w:t>
            </w:r>
          </w:p>
        </w:tc>
        <w:tc>
          <w:tcPr>
            <w:tcW w:w="1156" w:type="dxa"/>
          </w:tcPr>
          <w:p w14:paraId="3A95A73C" w14:textId="77777777" w:rsidR="00540B47" w:rsidRDefault="00A32617">
            <w:r>
              <w:rPr>
                <w:sz w:val="18"/>
              </w:rPr>
              <w:t>MACN</w:t>
            </w:r>
          </w:p>
        </w:tc>
        <w:tc>
          <w:tcPr>
            <w:tcW w:w="1126" w:type="dxa"/>
          </w:tcPr>
          <w:p w14:paraId="1A3D7F0B" w14:textId="77777777" w:rsidR="00540B47" w:rsidRDefault="00A32617">
            <w:r>
              <w:rPr>
                <w:i/>
                <w:sz w:val="18"/>
              </w:rPr>
              <w:t>Z. capensis</w:t>
            </w:r>
          </w:p>
        </w:tc>
        <w:tc>
          <w:tcPr>
            <w:tcW w:w="977" w:type="dxa"/>
          </w:tcPr>
          <w:p w14:paraId="443F7F18" w14:textId="77777777" w:rsidR="00540B47" w:rsidRDefault="00A32617">
            <w:r>
              <w:rPr>
                <w:sz w:val="18"/>
              </w:rPr>
              <w:t>-47.7558</w:t>
            </w:r>
          </w:p>
        </w:tc>
        <w:tc>
          <w:tcPr>
            <w:tcW w:w="1107" w:type="dxa"/>
          </w:tcPr>
          <w:p w14:paraId="52FB9B1A" w14:textId="77777777" w:rsidR="00540B47" w:rsidRDefault="00A32617">
            <w:r>
              <w:rPr>
                <w:sz w:val="18"/>
              </w:rPr>
              <w:t>-65.8898</w:t>
            </w:r>
          </w:p>
        </w:tc>
        <w:tc>
          <w:tcPr>
            <w:tcW w:w="1156" w:type="dxa"/>
          </w:tcPr>
          <w:p w14:paraId="197A170E" w14:textId="77777777" w:rsidR="00540B47" w:rsidRDefault="00A32617">
            <w:r>
              <w:rPr>
                <w:sz w:val="18"/>
              </w:rPr>
              <w:t>2025-11-12</w:t>
            </w:r>
          </w:p>
        </w:tc>
        <w:tc>
          <w:tcPr>
            <w:tcW w:w="727" w:type="dxa"/>
          </w:tcPr>
          <w:p w14:paraId="7BD3290F" w14:textId="77777777" w:rsidR="00540B47" w:rsidRDefault="00A32617">
            <w:r>
              <w:rPr>
                <w:sz w:val="18"/>
              </w:rPr>
              <w:t>17:46</w:t>
            </w:r>
          </w:p>
        </w:tc>
        <w:tc>
          <w:tcPr>
            <w:tcW w:w="1561" w:type="dxa"/>
          </w:tcPr>
          <w:p w14:paraId="6EDB0E65" w14:textId="77777777" w:rsidR="00540B47" w:rsidRDefault="00A32617">
            <w:r>
              <w:rPr>
                <w:sz w:val="18"/>
              </w:rPr>
              <w:t>Pablo L. Tubaro</w:t>
            </w:r>
          </w:p>
        </w:tc>
      </w:tr>
      <w:tr w:rsidR="00540B47" w14:paraId="3E86E80A" w14:textId="77777777" w:rsidTr="00DD565D">
        <w:tc>
          <w:tcPr>
            <w:tcW w:w="942" w:type="dxa"/>
          </w:tcPr>
          <w:p w14:paraId="55E18549" w14:textId="77777777" w:rsidR="00540B47" w:rsidRDefault="00A32617">
            <w:r>
              <w:rPr>
                <w:sz w:val="18"/>
              </w:rPr>
              <w:t>3789</w:t>
            </w:r>
          </w:p>
        </w:tc>
        <w:tc>
          <w:tcPr>
            <w:tcW w:w="1156" w:type="dxa"/>
          </w:tcPr>
          <w:p w14:paraId="47C3124B" w14:textId="77777777" w:rsidR="00540B47" w:rsidRDefault="00A32617">
            <w:r>
              <w:rPr>
                <w:sz w:val="18"/>
              </w:rPr>
              <w:t>MACN</w:t>
            </w:r>
          </w:p>
        </w:tc>
        <w:tc>
          <w:tcPr>
            <w:tcW w:w="1126" w:type="dxa"/>
          </w:tcPr>
          <w:p w14:paraId="21A199BF" w14:textId="77777777" w:rsidR="00540B47" w:rsidRDefault="00A32617">
            <w:r>
              <w:rPr>
                <w:i/>
                <w:sz w:val="18"/>
              </w:rPr>
              <w:t>Z. capensis</w:t>
            </w:r>
          </w:p>
        </w:tc>
        <w:tc>
          <w:tcPr>
            <w:tcW w:w="977" w:type="dxa"/>
          </w:tcPr>
          <w:p w14:paraId="4F93E756" w14:textId="77777777" w:rsidR="00540B47" w:rsidRDefault="00A32617">
            <w:r>
              <w:rPr>
                <w:sz w:val="18"/>
              </w:rPr>
              <w:t>-47.7558</w:t>
            </w:r>
          </w:p>
        </w:tc>
        <w:tc>
          <w:tcPr>
            <w:tcW w:w="1107" w:type="dxa"/>
          </w:tcPr>
          <w:p w14:paraId="781EBBDC" w14:textId="77777777" w:rsidR="00540B47" w:rsidRDefault="00A32617">
            <w:r>
              <w:rPr>
                <w:sz w:val="18"/>
              </w:rPr>
              <w:t>-65.8898</w:t>
            </w:r>
          </w:p>
        </w:tc>
        <w:tc>
          <w:tcPr>
            <w:tcW w:w="1156" w:type="dxa"/>
          </w:tcPr>
          <w:p w14:paraId="4E19DD28" w14:textId="77777777" w:rsidR="00540B47" w:rsidRDefault="00A32617">
            <w:r>
              <w:rPr>
                <w:sz w:val="18"/>
              </w:rPr>
              <w:t>2025-11-12</w:t>
            </w:r>
          </w:p>
        </w:tc>
        <w:tc>
          <w:tcPr>
            <w:tcW w:w="727" w:type="dxa"/>
          </w:tcPr>
          <w:p w14:paraId="514639A5" w14:textId="77777777" w:rsidR="00540B47" w:rsidRDefault="00A32617">
            <w:r>
              <w:rPr>
                <w:sz w:val="18"/>
              </w:rPr>
              <w:t>17:48</w:t>
            </w:r>
          </w:p>
        </w:tc>
        <w:tc>
          <w:tcPr>
            <w:tcW w:w="1561" w:type="dxa"/>
          </w:tcPr>
          <w:p w14:paraId="0E1E6149" w14:textId="77777777" w:rsidR="00540B47" w:rsidRDefault="00A32617">
            <w:r>
              <w:rPr>
                <w:sz w:val="18"/>
              </w:rPr>
              <w:t>Pablo L. Tubaro</w:t>
            </w:r>
          </w:p>
        </w:tc>
      </w:tr>
      <w:tr w:rsidR="00540B47" w14:paraId="277BADE1" w14:textId="77777777" w:rsidTr="00DD565D">
        <w:tc>
          <w:tcPr>
            <w:tcW w:w="942" w:type="dxa"/>
          </w:tcPr>
          <w:p w14:paraId="58809C27" w14:textId="77777777" w:rsidR="00540B47" w:rsidRDefault="00A32617">
            <w:r>
              <w:rPr>
                <w:sz w:val="18"/>
              </w:rPr>
              <w:t>3790</w:t>
            </w:r>
          </w:p>
        </w:tc>
        <w:tc>
          <w:tcPr>
            <w:tcW w:w="1156" w:type="dxa"/>
          </w:tcPr>
          <w:p w14:paraId="58F359CF" w14:textId="77777777" w:rsidR="00540B47" w:rsidRDefault="00A32617">
            <w:r>
              <w:rPr>
                <w:sz w:val="18"/>
              </w:rPr>
              <w:t>MACN</w:t>
            </w:r>
          </w:p>
        </w:tc>
        <w:tc>
          <w:tcPr>
            <w:tcW w:w="1126" w:type="dxa"/>
          </w:tcPr>
          <w:p w14:paraId="0AC94BA5" w14:textId="77777777" w:rsidR="00540B47" w:rsidRDefault="00A32617">
            <w:r>
              <w:rPr>
                <w:i/>
                <w:sz w:val="18"/>
              </w:rPr>
              <w:t>Z. capensis</w:t>
            </w:r>
          </w:p>
        </w:tc>
        <w:tc>
          <w:tcPr>
            <w:tcW w:w="977" w:type="dxa"/>
          </w:tcPr>
          <w:p w14:paraId="6767AC91" w14:textId="77777777" w:rsidR="00540B47" w:rsidRDefault="00A32617">
            <w:r>
              <w:rPr>
                <w:sz w:val="18"/>
              </w:rPr>
              <w:t>-47.7540</w:t>
            </w:r>
          </w:p>
        </w:tc>
        <w:tc>
          <w:tcPr>
            <w:tcW w:w="1107" w:type="dxa"/>
          </w:tcPr>
          <w:p w14:paraId="0F54164A" w14:textId="77777777" w:rsidR="00540B47" w:rsidRDefault="00A32617">
            <w:r>
              <w:rPr>
                <w:sz w:val="18"/>
              </w:rPr>
              <w:t>-65.8827</w:t>
            </w:r>
          </w:p>
        </w:tc>
        <w:tc>
          <w:tcPr>
            <w:tcW w:w="1156" w:type="dxa"/>
          </w:tcPr>
          <w:p w14:paraId="27E7BFAB" w14:textId="77777777" w:rsidR="00540B47" w:rsidRDefault="00A32617">
            <w:r>
              <w:rPr>
                <w:sz w:val="18"/>
              </w:rPr>
              <w:t>2025-11-12</w:t>
            </w:r>
          </w:p>
        </w:tc>
        <w:tc>
          <w:tcPr>
            <w:tcW w:w="727" w:type="dxa"/>
          </w:tcPr>
          <w:p w14:paraId="00B0D21A" w14:textId="77777777" w:rsidR="00540B47" w:rsidRDefault="00A32617">
            <w:r>
              <w:rPr>
                <w:sz w:val="18"/>
              </w:rPr>
              <w:t>18:00</w:t>
            </w:r>
          </w:p>
        </w:tc>
        <w:tc>
          <w:tcPr>
            <w:tcW w:w="1561" w:type="dxa"/>
          </w:tcPr>
          <w:p w14:paraId="1A78CDCB" w14:textId="77777777" w:rsidR="00540B47" w:rsidRDefault="00A32617">
            <w:r>
              <w:rPr>
                <w:sz w:val="18"/>
              </w:rPr>
              <w:t>Pablo L. Tubaro</w:t>
            </w:r>
          </w:p>
        </w:tc>
      </w:tr>
      <w:tr w:rsidR="00540B47" w14:paraId="1757BFDE" w14:textId="77777777" w:rsidTr="00DD565D">
        <w:tc>
          <w:tcPr>
            <w:tcW w:w="942" w:type="dxa"/>
          </w:tcPr>
          <w:p w14:paraId="4ECA5A81" w14:textId="77777777" w:rsidR="00540B47" w:rsidRDefault="00A32617">
            <w:r>
              <w:rPr>
                <w:sz w:val="18"/>
              </w:rPr>
              <w:t>3791</w:t>
            </w:r>
          </w:p>
        </w:tc>
        <w:tc>
          <w:tcPr>
            <w:tcW w:w="1156" w:type="dxa"/>
          </w:tcPr>
          <w:p w14:paraId="43FEED2E" w14:textId="77777777" w:rsidR="00540B47" w:rsidRDefault="00A32617">
            <w:r>
              <w:rPr>
                <w:sz w:val="18"/>
              </w:rPr>
              <w:t>MACN</w:t>
            </w:r>
          </w:p>
        </w:tc>
        <w:tc>
          <w:tcPr>
            <w:tcW w:w="1126" w:type="dxa"/>
          </w:tcPr>
          <w:p w14:paraId="25DDC57F" w14:textId="77777777" w:rsidR="00540B47" w:rsidRDefault="00A32617">
            <w:r>
              <w:rPr>
                <w:i/>
                <w:sz w:val="18"/>
              </w:rPr>
              <w:t>Z. capensis</w:t>
            </w:r>
          </w:p>
        </w:tc>
        <w:tc>
          <w:tcPr>
            <w:tcW w:w="977" w:type="dxa"/>
          </w:tcPr>
          <w:p w14:paraId="47EE4D10" w14:textId="77777777" w:rsidR="00540B47" w:rsidRDefault="00A32617">
            <w:r>
              <w:rPr>
                <w:sz w:val="18"/>
              </w:rPr>
              <w:t>-47.7522</w:t>
            </w:r>
          </w:p>
        </w:tc>
        <w:tc>
          <w:tcPr>
            <w:tcW w:w="1107" w:type="dxa"/>
          </w:tcPr>
          <w:p w14:paraId="1C0F33EF" w14:textId="77777777" w:rsidR="00540B47" w:rsidRDefault="00A32617">
            <w:r>
              <w:rPr>
                <w:sz w:val="18"/>
              </w:rPr>
              <w:t>-65.8781</w:t>
            </w:r>
          </w:p>
        </w:tc>
        <w:tc>
          <w:tcPr>
            <w:tcW w:w="1156" w:type="dxa"/>
          </w:tcPr>
          <w:p w14:paraId="0E48187E" w14:textId="77777777" w:rsidR="00540B47" w:rsidRDefault="00A32617">
            <w:r>
              <w:rPr>
                <w:sz w:val="18"/>
              </w:rPr>
              <w:t>2025-11-12</w:t>
            </w:r>
          </w:p>
        </w:tc>
        <w:tc>
          <w:tcPr>
            <w:tcW w:w="727" w:type="dxa"/>
          </w:tcPr>
          <w:p w14:paraId="7EE043E1" w14:textId="77777777" w:rsidR="00540B47" w:rsidRDefault="00A32617">
            <w:r>
              <w:rPr>
                <w:sz w:val="18"/>
              </w:rPr>
              <w:t>18:07</w:t>
            </w:r>
          </w:p>
        </w:tc>
        <w:tc>
          <w:tcPr>
            <w:tcW w:w="1561" w:type="dxa"/>
          </w:tcPr>
          <w:p w14:paraId="7C991216" w14:textId="77777777" w:rsidR="00540B47" w:rsidRDefault="00A32617">
            <w:r>
              <w:rPr>
                <w:sz w:val="18"/>
              </w:rPr>
              <w:t>Pablo L. Tubaro</w:t>
            </w:r>
          </w:p>
        </w:tc>
      </w:tr>
      <w:tr w:rsidR="00540B47" w14:paraId="5D2F366B" w14:textId="77777777" w:rsidTr="00DD565D">
        <w:tc>
          <w:tcPr>
            <w:tcW w:w="942" w:type="dxa"/>
          </w:tcPr>
          <w:p w14:paraId="1C687474" w14:textId="77777777" w:rsidR="00540B47" w:rsidRDefault="00A32617">
            <w:r>
              <w:rPr>
                <w:sz w:val="18"/>
              </w:rPr>
              <w:t>3792</w:t>
            </w:r>
          </w:p>
        </w:tc>
        <w:tc>
          <w:tcPr>
            <w:tcW w:w="1156" w:type="dxa"/>
          </w:tcPr>
          <w:p w14:paraId="6E484095" w14:textId="77777777" w:rsidR="00540B47" w:rsidRDefault="00A32617">
            <w:r>
              <w:rPr>
                <w:sz w:val="18"/>
              </w:rPr>
              <w:t>MACN</w:t>
            </w:r>
          </w:p>
        </w:tc>
        <w:tc>
          <w:tcPr>
            <w:tcW w:w="1126" w:type="dxa"/>
          </w:tcPr>
          <w:p w14:paraId="64E2880B" w14:textId="77777777" w:rsidR="00540B47" w:rsidRDefault="00A32617">
            <w:r>
              <w:rPr>
                <w:i/>
                <w:sz w:val="18"/>
              </w:rPr>
              <w:t>Z. capensis</w:t>
            </w:r>
          </w:p>
        </w:tc>
        <w:tc>
          <w:tcPr>
            <w:tcW w:w="977" w:type="dxa"/>
          </w:tcPr>
          <w:p w14:paraId="6189E7D5" w14:textId="77777777" w:rsidR="00540B47" w:rsidRDefault="00A32617">
            <w:r>
              <w:rPr>
                <w:sz w:val="18"/>
              </w:rPr>
              <w:t>-47.7522</w:t>
            </w:r>
          </w:p>
        </w:tc>
        <w:tc>
          <w:tcPr>
            <w:tcW w:w="1107" w:type="dxa"/>
          </w:tcPr>
          <w:p w14:paraId="028FCE6B" w14:textId="77777777" w:rsidR="00540B47" w:rsidRDefault="00A32617">
            <w:r>
              <w:rPr>
                <w:sz w:val="18"/>
              </w:rPr>
              <w:t>-65.8781</w:t>
            </w:r>
          </w:p>
        </w:tc>
        <w:tc>
          <w:tcPr>
            <w:tcW w:w="1156" w:type="dxa"/>
          </w:tcPr>
          <w:p w14:paraId="61EE91E5" w14:textId="77777777" w:rsidR="00540B47" w:rsidRDefault="00A32617">
            <w:r>
              <w:rPr>
                <w:sz w:val="18"/>
              </w:rPr>
              <w:t>2025-11-12</w:t>
            </w:r>
          </w:p>
        </w:tc>
        <w:tc>
          <w:tcPr>
            <w:tcW w:w="727" w:type="dxa"/>
          </w:tcPr>
          <w:p w14:paraId="185FF2C9" w14:textId="77777777" w:rsidR="00540B47" w:rsidRDefault="00A32617">
            <w:r>
              <w:rPr>
                <w:sz w:val="18"/>
              </w:rPr>
              <w:t>18:11</w:t>
            </w:r>
          </w:p>
        </w:tc>
        <w:tc>
          <w:tcPr>
            <w:tcW w:w="1561" w:type="dxa"/>
          </w:tcPr>
          <w:p w14:paraId="33F1C56A" w14:textId="77777777" w:rsidR="00540B47" w:rsidRDefault="00A32617">
            <w:r>
              <w:rPr>
                <w:sz w:val="18"/>
              </w:rPr>
              <w:t>Pablo L. Tubaro</w:t>
            </w:r>
          </w:p>
        </w:tc>
      </w:tr>
      <w:tr w:rsidR="00540B47" w14:paraId="7AA401E7" w14:textId="77777777" w:rsidTr="00DD565D">
        <w:tc>
          <w:tcPr>
            <w:tcW w:w="942" w:type="dxa"/>
          </w:tcPr>
          <w:p w14:paraId="77478893" w14:textId="77777777" w:rsidR="00540B47" w:rsidRDefault="00A32617">
            <w:r>
              <w:rPr>
                <w:sz w:val="18"/>
              </w:rPr>
              <w:t>3793</w:t>
            </w:r>
          </w:p>
        </w:tc>
        <w:tc>
          <w:tcPr>
            <w:tcW w:w="1156" w:type="dxa"/>
          </w:tcPr>
          <w:p w14:paraId="0E4F6A37" w14:textId="77777777" w:rsidR="00540B47" w:rsidRDefault="00A32617">
            <w:r>
              <w:rPr>
                <w:sz w:val="18"/>
              </w:rPr>
              <w:t>MACN</w:t>
            </w:r>
          </w:p>
        </w:tc>
        <w:tc>
          <w:tcPr>
            <w:tcW w:w="1126" w:type="dxa"/>
          </w:tcPr>
          <w:p w14:paraId="17AA685F" w14:textId="77777777" w:rsidR="00540B47" w:rsidRDefault="00A32617">
            <w:r>
              <w:rPr>
                <w:i/>
                <w:sz w:val="18"/>
              </w:rPr>
              <w:t>Z. capensis</w:t>
            </w:r>
          </w:p>
        </w:tc>
        <w:tc>
          <w:tcPr>
            <w:tcW w:w="977" w:type="dxa"/>
          </w:tcPr>
          <w:p w14:paraId="7F72B450" w14:textId="77777777" w:rsidR="00540B47" w:rsidRDefault="00A32617">
            <w:r>
              <w:rPr>
                <w:sz w:val="18"/>
              </w:rPr>
              <w:t>-47.7522</w:t>
            </w:r>
          </w:p>
        </w:tc>
        <w:tc>
          <w:tcPr>
            <w:tcW w:w="1107" w:type="dxa"/>
          </w:tcPr>
          <w:p w14:paraId="6E7C5CEB" w14:textId="77777777" w:rsidR="00540B47" w:rsidRDefault="00A32617">
            <w:r>
              <w:rPr>
                <w:sz w:val="18"/>
              </w:rPr>
              <w:t>-65.8781</w:t>
            </w:r>
          </w:p>
        </w:tc>
        <w:tc>
          <w:tcPr>
            <w:tcW w:w="1156" w:type="dxa"/>
          </w:tcPr>
          <w:p w14:paraId="340586F4" w14:textId="77777777" w:rsidR="00540B47" w:rsidRDefault="00A32617">
            <w:r>
              <w:rPr>
                <w:sz w:val="18"/>
              </w:rPr>
              <w:t>2025-11-12</w:t>
            </w:r>
          </w:p>
        </w:tc>
        <w:tc>
          <w:tcPr>
            <w:tcW w:w="727" w:type="dxa"/>
          </w:tcPr>
          <w:p w14:paraId="5317018D" w14:textId="77777777" w:rsidR="00540B47" w:rsidRDefault="00A32617">
            <w:r>
              <w:rPr>
                <w:sz w:val="18"/>
              </w:rPr>
              <w:t>18:12</w:t>
            </w:r>
          </w:p>
        </w:tc>
        <w:tc>
          <w:tcPr>
            <w:tcW w:w="1561" w:type="dxa"/>
          </w:tcPr>
          <w:p w14:paraId="34A35FEE" w14:textId="77777777" w:rsidR="00540B47" w:rsidRDefault="00A32617">
            <w:r>
              <w:rPr>
                <w:sz w:val="18"/>
              </w:rPr>
              <w:t>Pablo L. Tubaro</w:t>
            </w:r>
          </w:p>
        </w:tc>
      </w:tr>
      <w:tr w:rsidR="00540B47" w14:paraId="4D399307" w14:textId="77777777" w:rsidTr="00DD565D">
        <w:tc>
          <w:tcPr>
            <w:tcW w:w="942" w:type="dxa"/>
          </w:tcPr>
          <w:p w14:paraId="00E9EFF6" w14:textId="77777777" w:rsidR="00540B47" w:rsidRDefault="00A32617">
            <w:r>
              <w:rPr>
                <w:sz w:val="18"/>
              </w:rPr>
              <w:t>3794</w:t>
            </w:r>
          </w:p>
        </w:tc>
        <w:tc>
          <w:tcPr>
            <w:tcW w:w="1156" w:type="dxa"/>
          </w:tcPr>
          <w:p w14:paraId="29A7595B" w14:textId="77777777" w:rsidR="00540B47" w:rsidRDefault="00A32617">
            <w:r>
              <w:rPr>
                <w:sz w:val="18"/>
              </w:rPr>
              <w:t>MACN</w:t>
            </w:r>
          </w:p>
        </w:tc>
        <w:tc>
          <w:tcPr>
            <w:tcW w:w="1126" w:type="dxa"/>
          </w:tcPr>
          <w:p w14:paraId="141BB940" w14:textId="77777777" w:rsidR="00540B47" w:rsidRDefault="00A32617">
            <w:r>
              <w:rPr>
                <w:i/>
                <w:sz w:val="18"/>
              </w:rPr>
              <w:t>Z. capensis</w:t>
            </w:r>
          </w:p>
        </w:tc>
        <w:tc>
          <w:tcPr>
            <w:tcW w:w="977" w:type="dxa"/>
          </w:tcPr>
          <w:p w14:paraId="069E8C48" w14:textId="77777777" w:rsidR="00540B47" w:rsidRDefault="00A32617">
            <w:r>
              <w:rPr>
                <w:sz w:val="18"/>
              </w:rPr>
              <w:t>-47.7517</w:t>
            </w:r>
          </w:p>
        </w:tc>
        <w:tc>
          <w:tcPr>
            <w:tcW w:w="1107" w:type="dxa"/>
          </w:tcPr>
          <w:p w14:paraId="0B784E95" w14:textId="77777777" w:rsidR="00540B47" w:rsidRDefault="00A32617">
            <w:r>
              <w:rPr>
                <w:sz w:val="18"/>
              </w:rPr>
              <w:t>-65.8785</w:t>
            </w:r>
          </w:p>
        </w:tc>
        <w:tc>
          <w:tcPr>
            <w:tcW w:w="1156" w:type="dxa"/>
          </w:tcPr>
          <w:p w14:paraId="216B709A" w14:textId="77777777" w:rsidR="00540B47" w:rsidRDefault="00A32617">
            <w:r>
              <w:rPr>
                <w:sz w:val="18"/>
              </w:rPr>
              <w:t>2025-11-12</w:t>
            </w:r>
          </w:p>
        </w:tc>
        <w:tc>
          <w:tcPr>
            <w:tcW w:w="727" w:type="dxa"/>
          </w:tcPr>
          <w:p w14:paraId="31CB8433" w14:textId="77777777" w:rsidR="00540B47" w:rsidRDefault="00A32617">
            <w:r>
              <w:rPr>
                <w:sz w:val="18"/>
              </w:rPr>
              <w:t>18:17</w:t>
            </w:r>
          </w:p>
        </w:tc>
        <w:tc>
          <w:tcPr>
            <w:tcW w:w="1561" w:type="dxa"/>
          </w:tcPr>
          <w:p w14:paraId="679B55DB" w14:textId="77777777" w:rsidR="00540B47" w:rsidRDefault="00A32617">
            <w:r>
              <w:rPr>
                <w:sz w:val="18"/>
              </w:rPr>
              <w:t>Pablo L. Tubaro</w:t>
            </w:r>
          </w:p>
        </w:tc>
      </w:tr>
      <w:tr w:rsidR="00540B47" w14:paraId="39650706" w14:textId="77777777" w:rsidTr="00DD565D">
        <w:tc>
          <w:tcPr>
            <w:tcW w:w="942" w:type="dxa"/>
          </w:tcPr>
          <w:p w14:paraId="34CA5B3F" w14:textId="77777777" w:rsidR="00540B47" w:rsidRDefault="00A32617">
            <w:r>
              <w:rPr>
                <w:sz w:val="18"/>
              </w:rPr>
              <w:t>3795</w:t>
            </w:r>
          </w:p>
        </w:tc>
        <w:tc>
          <w:tcPr>
            <w:tcW w:w="1156" w:type="dxa"/>
          </w:tcPr>
          <w:p w14:paraId="521B4259" w14:textId="77777777" w:rsidR="00540B47" w:rsidRDefault="00A32617">
            <w:r>
              <w:rPr>
                <w:sz w:val="18"/>
              </w:rPr>
              <w:t>MACN</w:t>
            </w:r>
          </w:p>
        </w:tc>
        <w:tc>
          <w:tcPr>
            <w:tcW w:w="1126" w:type="dxa"/>
          </w:tcPr>
          <w:p w14:paraId="7ACD2E97" w14:textId="77777777" w:rsidR="00540B47" w:rsidRDefault="00A32617">
            <w:r>
              <w:rPr>
                <w:i/>
                <w:sz w:val="18"/>
              </w:rPr>
              <w:t>Z. capensis</w:t>
            </w:r>
          </w:p>
        </w:tc>
        <w:tc>
          <w:tcPr>
            <w:tcW w:w="977" w:type="dxa"/>
          </w:tcPr>
          <w:p w14:paraId="2C814407" w14:textId="77777777" w:rsidR="00540B47" w:rsidRDefault="00A32617">
            <w:r>
              <w:rPr>
                <w:sz w:val="18"/>
              </w:rPr>
              <w:t>-47.7510</w:t>
            </w:r>
          </w:p>
        </w:tc>
        <w:tc>
          <w:tcPr>
            <w:tcW w:w="1107" w:type="dxa"/>
          </w:tcPr>
          <w:p w14:paraId="761B8D0B" w14:textId="77777777" w:rsidR="00540B47" w:rsidRDefault="00A32617">
            <w:r>
              <w:rPr>
                <w:sz w:val="18"/>
              </w:rPr>
              <w:t>-65.8781</w:t>
            </w:r>
          </w:p>
        </w:tc>
        <w:tc>
          <w:tcPr>
            <w:tcW w:w="1156" w:type="dxa"/>
          </w:tcPr>
          <w:p w14:paraId="19FECA4C" w14:textId="77777777" w:rsidR="00540B47" w:rsidRDefault="00A32617">
            <w:r>
              <w:rPr>
                <w:sz w:val="18"/>
              </w:rPr>
              <w:t>2025-11-12</w:t>
            </w:r>
          </w:p>
        </w:tc>
        <w:tc>
          <w:tcPr>
            <w:tcW w:w="727" w:type="dxa"/>
          </w:tcPr>
          <w:p w14:paraId="5EA37D48" w14:textId="77777777" w:rsidR="00540B47" w:rsidRDefault="00A32617">
            <w:r>
              <w:rPr>
                <w:sz w:val="18"/>
              </w:rPr>
              <w:t>18:18</w:t>
            </w:r>
          </w:p>
        </w:tc>
        <w:tc>
          <w:tcPr>
            <w:tcW w:w="1561" w:type="dxa"/>
          </w:tcPr>
          <w:p w14:paraId="410A0B6C" w14:textId="77777777" w:rsidR="00540B47" w:rsidRDefault="00A32617">
            <w:r>
              <w:rPr>
                <w:sz w:val="18"/>
              </w:rPr>
              <w:t>Pablo L. Tubaro</w:t>
            </w:r>
          </w:p>
        </w:tc>
      </w:tr>
      <w:tr w:rsidR="00540B47" w14:paraId="5861FF52" w14:textId="77777777" w:rsidTr="00DD565D">
        <w:tc>
          <w:tcPr>
            <w:tcW w:w="942" w:type="dxa"/>
          </w:tcPr>
          <w:p w14:paraId="73CB5462" w14:textId="77777777" w:rsidR="00540B47" w:rsidRDefault="00A32617">
            <w:r>
              <w:rPr>
                <w:sz w:val="18"/>
              </w:rPr>
              <w:t>3796</w:t>
            </w:r>
          </w:p>
        </w:tc>
        <w:tc>
          <w:tcPr>
            <w:tcW w:w="1156" w:type="dxa"/>
          </w:tcPr>
          <w:p w14:paraId="5A712052" w14:textId="77777777" w:rsidR="00540B47" w:rsidRDefault="00A32617">
            <w:r>
              <w:rPr>
                <w:sz w:val="18"/>
              </w:rPr>
              <w:t>MACN</w:t>
            </w:r>
          </w:p>
        </w:tc>
        <w:tc>
          <w:tcPr>
            <w:tcW w:w="1126" w:type="dxa"/>
          </w:tcPr>
          <w:p w14:paraId="40F1D935" w14:textId="77777777" w:rsidR="00540B47" w:rsidRDefault="00A32617">
            <w:r>
              <w:rPr>
                <w:i/>
                <w:sz w:val="18"/>
              </w:rPr>
              <w:t>Z. capensis</w:t>
            </w:r>
          </w:p>
        </w:tc>
        <w:tc>
          <w:tcPr>
            <w:tcW w:w="977" w:type="dxa"/>
          </w:tcPr>
          <w:p w14:paraId="1926A3EB" w14:textId="77777777" w:rsidR="00540B47" w:rsidRDefault="00A32617">
            <w:r>
              <w:rPr>
                <w:sz w:val="18"/>
              </w:rPr>
              <w:t>-47.7510</w:t>
            </w:r>
          </w:p>
        </w:tc>
        <w:tc>
          <w:tcPr>
            <w:tcW w:w="1107" w:type="dxa"/>
          </w:tcPr>
          <w:p w14:paraId="7A6B23CB" w14:textId="77777777" w:rsidR="00540B47" w:rsidRDefault="00A32617">
            <w:r>
              <w:rPr>
                <w:sz w:val="18"/>
              </w:rPr>
              <w:t>-65.8781</w:t>
            </w:r>
          </w:p>
        </w:tc>
        <w:tc>
          <w:tcPr>
            <w:tcW w:w="1156" w:type="dxa"/>
          </w:tcPr>
          <w:p w14:paraId="7B491023" w14:textId="77777777" w:rsidR="00540B47" w:rsidRDefault="00A32617">
            <w:r>
              <w:rPr>
                <w:sz w:val="18"/>
              </w:rPr>
              <w:t>2025-11-12</w:t>
            </w:r>
          </w:p>
        </w:tc>
        <w:tc>
          <w:tcPr>
            <w:tcW w:w="727" w:type="dxa"/>
          </w:tcPr>
          <w:p w14:paraId="3CFD1669" w14:textId="77777777" w:rsidR="00540B47" w:rsidRDefault="00A32617">
            <w:r>
              <w:rPr>
                <w:sz w:val="18"/>
              </w:rPr>
              <w:t>18:20</w:t>
            </w:r>
          </w:p>
        </w:tc>
        <w:tc>
          <w:tcPr>
            <w:tcW w:w="1561" w:type="dxa"/>
          </w:tcPr>
          <w:p w14:paraId="5451922F" w14:textId="77777777" w:rsidR="00540B47" w:rsidRDefault="00A32617">
            <w:r>
              <w:rPr>
                <w:sz w:val="18"/>
              </w:rPr>
              <w:t>Pablo L. Tubaro</w:t>
            </w:r>
          </w:p>
        </w:tc>
      </w:tr>
      <w:tr w:rsidR="00540B47" w14:paraId="3660D933" w14:textId="77777777" w:rsidTr="00DD565D">
        <w:tc>
          <w:tcPr>
            <w:tcW w:w="942" w:type="dxa"/>
          </w:tcPr>
          <w:p w14:paraId="428CDC5C" w14:textId="77777777" w:rsidR="00540B47" w:rsidRDefault="00A32617">
            <w:r>
              <w:rPr>
                <w:sz w:val="18"/>
              </w:rPr>
              <w:t>3797</w:t>
            </w:r>
          </w:p>
        </w:tc>
        <w:tc>
          <w:tcPr>
            <w:tcW w:w="1156" w:type="dxa"/>
          </w:tcPr>
          <w:p w14:paraId="30EE7AA8" w14:textId="77777777" w:rsidR="00540B47" w:rsidRDefault="00A32617">
            <w:r>
              <w:rPr>
                <w:sz w:val="18"/>
              </w:rPr>
              <w:t>MACN</w:t>
            </w:r>
          </w:p>
        </w:tc>
        <w:tc>
          <w:tcPr>
            <w:tcW w:w="1126" w:type="dxa"/>
          </w:tcPr>
          <w:p w14:paraId="47E45293" w14:textId="77777777" w:rsidR="00540B47" w:rsidRDefault="00A32617">
            <w:r>
              <w:rPr>
                <w:i/>
                <w:sz w:val="18"/>
              </w:rPr>
              <w:t>Z. capensis</w:t>
            </w:r>
          </w:p>
        </w:tc>
        <w:tc>
          <w:tcPr>
            <w:tcW w:w="977" w:type="dxa"/>
          </w:tcPr>
          <w:p w14:paraId="1D40BF8D" w14:textId="77777777" w:rsidR="00540B47" w:rsidRDefault="00A32617">
            <w:r>
              <w:rPr>
                <w:sz w:val="18"/>
              </w:rPr>
              <w:t>-47.7506</w:t>
            </w:r>
          </w:p>
        </w:tc>
        <w:tc>
          <w:tcPr>
            <w:tcW w:w="1107" w:type="dxa"/>
          </w:tcPr>
          <w:p w14:paraId="58013826" w14:textId="77777777" w:rsidR="00540B47" w:rsidRDefault="00A32617">
            <w:r>
              <w:rPr>
                <w:sz w:val="18"/>
              </w:rPr>
              <w:t>-65.9264</w:t>
            </w:r>
          </w:p>
        </w:tc>
        <w:tc>
          <w:tcPr>
            <w:tcW w:w="1156" w:type="dxa"/>
          </w:tcPr>
          <w:p w14:paraId="41D3DEEC" w14:textId="77777777" w:rsidR="00540B47" w:rsidRDefault="00A32617">
            <w:r>
              <w:rPr>
                <w:sz w:val="18"/>
              </w:rPr>
              <w:t>2025-11-13</w:t>
            </w:r>
          </w:p>
        </w:tc>
        <w:tc>
          <w:tcPr>
            <w:tcW w:w="727" w:type="dxa"/>
          </w:tcPr>
          <w:p w14:paraId="781BEAC2" w14:textId="77777777" w:rsidR="00540B47" w:rsidRDefault="00A32617">
            <w:r>
              <w:rPr>
                <w:sz w:val="18"/>
              </w:rPr>
              <w:t>06:15</w:t>
            </w:r>
          </w:p>
        </w:tc>
        <w:tc>
          <w:tcPr>
            <w:tcW w:w="1561" w:type="dxa"/>
          </w:tcPr>
          <w:p w14:paraId="620A0B50" w14:textId="77777777" w:rsidR="00540B47" w:rsidRDefault="00A32617">
            <w:r>
              <w:rPr>
                <w:sz w:val="18"/>
              </w:rPr>
              <w:t>Agustin I. Casale</w:t>
            </w:r>
          </w:p>
        </w:tc>
      </w:tr>
      <w:tr w:rsidR="00540B47" w14:paraId="77F4B3CA" w14:textId="77777777" w:rsidTr="00DD565D">
        <w:tc>
          <w:tcPr>
            <w:tcW w:w="942" w:type="dxa"/>
          </w:tcPr>
          <w:p w14:paraId="3C794AE6" w14:textId="77777777" w:rsidR="00540B47" w:rsidRDefault="00A32617">
            <w:r>
              <w:rPr>
                <w:sz w:val="18"/>
              </w:rPr>
              <w:t>3798</w:t>
            </w:r>
          </w:p>
        </w:tc>
        <w:tc>
          <w:tcPr>
            <w:tcW w:w="1156" w:type="dxa"/>
          </w:tcPr>
          <w:p w14:paraId="143B3D70" w14:textId="77777777" w:rsidR="00540B47" w:rsidRDefault="00A32617">
            <w:r>
              <w:rPr>
                <w:sz w:val="18"/>
              </w:rPr>
              <w:t>MACN</w:t>
            </w:r>
          </w:p>
        </w:tc>
        <w:tc>
          <w:tcPr>
            <w:tcW w:w="1126" w:type="dxa"/>
          </w:tcPr>
          <w:p w14:paraId="3FB0AA09" w14:textId="77777777" w:rsidR="00540B47" w:rsidRDefault="00A32617">
            <w:r>
              <w:rPr>
                <w:i/>
                <w:sz w:val="18"/>
              </w:rPr>
              <w:t>Z. capensis</w:t>
            </w:r>
          </w:p>
        </w:tc>
        <w:tc>
          <w:tcPr>
            <w:tcW w:w="977" w:type="dxa"/>
          </w:tcPr>
          <w:p w14:paraId="7777E585" w14:textId="77777777" w:rsidR="00540B47" w:rsidRDefault="00A32617">
            <w:r>
              <w:rPr>
                <w:sz w:val="18"/>
              </w:rPr>
              <w:t>-47.7504</w:t>
            </w:r>
          </w:p>
        </w:tc>
        <w:tc>
          <w:tcPr>
            <w:tcW w:w="1107" w:type="dxa"/>
          </w:tcPr>
          <w:p w14:paraId="4DAD1FBE" w14:textId="77777777" w:rsidR="00540B47" w:rsidRDefault="00A32617">
            <w:r>
              <w:rPr>
                <w:sz w:val="18"/>
              </w:rPr>
              <w:t>-65.9306</w:t>
            </w:r>
          </w:p>
        </w:tc>
        <w:tc>
          <w:tcPr>
            <w:tcW w:w="1156" w:type="dxa"/>
          </w:tcPr>
          <w:p w14:paraId="05A7A2C1" w14:textId="77777777" w:rsidR="00540B47" w:rsidRDefault="00A32617">
            <w:r>
              <w:rPr>
                <w:sz w:val="18"/>
              </w:rPr>
              <w:t>2025-11-13</w:t>
            </w:r>
          </w:p>
        </w:tc>
        <w:tc>
          <w:tcPr>
            <w:tcW w:w="727" w:type="dxa"/>
          </w:tcPr>
          <w:p w14:paraId="0B1B7AB7" w14:textId="77777777" w:rsidR="00540B47" w:rsidRDefault="00A32617">
            <w:r>
              <w:rPr>
                <w:sz w:val="18"/>
              </w:rPr>
              <w:t>06:21</w:t>
            </w:r>
          </w:p>
        </w:tc>
        <w:tc>
          <w:tcPr>
            <w:tcW w:w="1561" w:type="dxa"/>
          </w:tcPr>
          <w:p w14:paraId="383F8597" w14:textId="77777777" w:rsidR="00540B47" w:rsidRDefault="00A32617">
            <w:r>
              <w:rPr>
                <w:sz w:val="18"/>
              </w:rPr>
              <w:t>Agustin I. Casale</w:t>
            </w:r>
          </w:p>
        </w:tc>
      </w:tr>
      <w:tr w:rsidR="00540B47" w14:paraId="2307588B" w14:textId="77777777" w:rsidTr="00DD565D">
        <w:tc>
          <w:tcPr>
            <w:tcW w:w="942" w:type="dxa"/>
          </w:tcPr>
          <w:p w14:paraId="01A24698" w14:textId="77777777" w:rsidR="00540B47" w:rsidRDefault="00A32617">
            <w:r>
              <w:rPr>
                <w:sz w:val="18"/>
              </w:rPr>
              <w:t>3799</w:t>
            </w:r>
          </w:p>
        </w:tc>
        <w:tc>
          <w:tcPr>
            <w:tcW w:w="1156" w:type="dxa"/>
          </w:tcPr>
          <w:p w14:paraId="497AF296" w14:textId="77777777" w:rsidR="00540B47" w:rsidRDefault="00A32617">
            <w:r>
              <w:rPr>
                <w:sz w:val="18"/>
              </w:rPr>
              <w:t>MACN</w:t>
            </w:r>
          </w:p>
        </w:tc>
        <w:tc>
          <w:tcPr>
            <w:tcW w:w="1126" w:type="dxa"/>
          </w:tcPr>
          <w:p w14:paraId="0CB93545" w14:textId="77777777" w:rsidR="00540B47" w:rsidRDefault="00A32617">
            <w:r>
              <w:rPr>
                <w:i/>
                <w:sz w:val="18"/>
              </w:rPr>
              <w:t>Z. capensis</w:t>
            </w:r>
          </w:p>
        </w:tc>
        <w:tc>
          <w:tcPr>
            <w:tcW w:w="977" w:type="dxa"/>
          </w:tcPr>
          <w:p w14:paraId="383D4FAA" w14:textId="77777777" w:rsidR="00540B47" w:rsidRDefault="00A32617">
            <w:r>
              <w:rPr>
                <w:sz w:val="18"/>
              </w:rPr>
              <w:t>-47.7494</w:t>
            </w:r>
          </w:p>
        </w:tc>
        <w:tc>
          <w:tcPr>
            <w:tcW w:w="1107" w:type="dxa"/>
          </w:tcPr>
          <w:p w14:paraId="2325FE0F" w14:textId="77777777" w:rsidR="00540B47" w:rsidRDefault="00A32617">
            <w:r>
              <w:rPr>
                <w:sz w:val="18"/>
              </w:rPr>
              <w:t>-65.9209</w:t>
            </w:r>
          </w:p>
        </w:tc>
        <w:tc>
          <w:tcPr>
            <w:tcW w:w="1156" w:type="dxa"/>
          </w:tcPr>
          <w:p w14:paraId="03903C00" w14:textId="77777777" w:rsidR="00540B47" w:rsidRDefault="00A32617">
            <w:r>
              <w:rPr>
                <w:sz w:val="18"/>
              </w:rPr>
              <w:t>2025-11-13</w:t>
            </w:r>
          </w:p>
        </w:tc>
        <w:tc>
          <w:tcPr>
            <w:tcW w:w="727" w:type="dxa"/>
          </w:tcPr>
          <w:p w14:paraId="4F5A8877" w14:textId="77777777" w:rsidR="00540B47" w:rsidRDefault="00A32617">
            <w:r>
              <w:rPr>
                <w:sz w:val="18"/>
              </w:rPr>
              <w:t>06:06</w:t>
            </w:r>
          </w:p>
        </w:tc>
        <w:tc>
          <w:tcPr>
            <w:tcW w:w="1561" w:type="dxa"/>
          </w:tcPr>
          <w:p w14:paraId="5F322D79" w14:textId="77777777" w:rsidR="00540B47" w:rsidRDefault="00A32617">
            <w:r>
              <w:rPr>
                <w:sz w:val="18"/>
              </w:rPr>
              <w:t>Pablo L. Tubaro</w:t>
            </w:r>
          </w:p>
        </w:tc>
      </w:tr>
      <w:tr w:rsidR="00540B47" w14:paraId="48D28C36" w14:textId="77777777" w:rsidTr="00DD565D">
        <w:tc>
          <w:tcPr>
            <w:tcW w:w="942" w:type="dxa"/>
          </w:tcPr>
          <w:p w14:paraId="6BDCA150" w14:textId="77777777" w:rsidR="00540B47" w:rsidRDefault="00A32617">
            <w:r>
              <w:rPr>
                <w:sz w:val="18"/>
              </w:rPr>
              <w:t>3800</w:t>
            </w:r>
          </w:p>
        </w:tc>
        <w:tc>
          <w:tcPr>
            <w:tcW w:w="1156" w:type="dxa"/>
          </w:tcPr>
          <w:p w14:paraId="0A256B95" w14:textId="77777777" w:rsidR="00540B47" w:rsidRDefault="00A32617">
            <w:r>
              <w:rPr>
                <w:sz w:val="18"/>
              </w:rPr>
              <w:t>MACN</w:t>
            </w:r>
          </w:p>
        </w:tc>
        <w:tc>
          <w:tcPr>
            <w:tcW w:w="1126" w:type="dxa"/>
          </w:tcPr>
          <w:p w14:paraId="589CEDCC" w14:textId="77777777" w:rsidR="00540B47" w:rsidRDefault="00A32617">
            <w:r>
              <w:rPr>
                <w:i/>
                <w:sz w:val="18"/>
              </w:rPr>
              <w:t>Z. capensis</w:t>
            </w:r>
          </w:p>
        </w:tc>
        <w:tc>
          <w:tcPr>
            <w:tcW w:w="977" w:type="dxa"/>
          </w:tcPr>
          <w:p w14:paraId="175B8D91" w14:textId="77777777" w:rsidR="00540B47" w:rsidRDefault="00A32617">
            <w:r>
              <w:rPr>
                <w:sz w:val="18"/>
              </w:rPr>
              <w:t>-47.7506</w:t>
            </w:r>
          </w:p>
        </w:tc>
        <w:tc>
          <w:tcPr>
            <w:tcW w:w="1107" w:type="dxa"/>
          </w:tcPr>
          <w:p w14:paraId="2E52C114" w14:textId="77777777" w:rsidR="00540B47" w:rsidRDefault="00A32617">
            <w:r>
              <w:rPr>
                <w:sz w:val="18"/>
              </w:rPr>
              <w:t>-65.9256</w:t>
            </w:r>
          </w:p>
        </w:tc>
        <w:tc>
          <w:tcPr>
            <w:tcW w:w="1156" w:type="dxa"/>
          </w:tcPr>
          <w:p w14:paraId="37C5E818" w14:textId="77777777" w:rsidR="00540B47" w:rsidRDefault="00A32617">
            <w:r>
              <w:rPr>
                <w:sz w:val="18"/>
              </w:rPr>
              <w:t>2025-11-13</w:t>
            </w:r>
          </w:p>
        </w:tc>
        <w:tc>
          <w:tcPr>
            <w:tcW w:w="727" w:type="dxa"/>
          </w:tcPr>
          <w:p w14:paraId="3E65B3AA" w14:textId="77777777" w:rsidR="00540B47" w:rsidRDefault="00A32617">
            <w:r>
              <w:rPr>
                <w:sz w:val="18"/>
              </w:rPr>
              <w:t>06:13</w:t>
            </w:r>
          </w:p>
        </w:tc>
        <w:tc>
          <w:tcPr>
            <w:tcW w:w="1561" w:type="dxa"/>
          </w:tcPr>
          <w:p w14:paraId="5EAA5D84" w14:textId="77777777" w:rsidR="00540B47" w:rsidRDefault="00A32617">
            <w:r>
              <w:rPr>
                <w:sz w:val="18"/>
              </w:rPr>
              <w:t>Pablo L. Tubaro</w:t>
            </w:r>
          </w:p>
        </w:tc>
      </w:tr>
      <w:tr w:rsidR="00540B47" w14:paraId="0DCFF513" w14:textId="77777777" w:rsidTr="00DD565D">
        <w:tc>
          <w:tcPr>
            <w:tcW w:w="942" w:type="dxa"/>
          </w:tcPr>
          <w:p w14:paraId="5059C5BD" w14:textId="77777777" w:rsidR="00540B47" w:rsidRDefault="00A32617">
            <w:r>
              <w:rPr>
                <w:sz w:val="18"/>
              </w:rPr>
              <w:t>3801</w:t>
            </w:r>
          </w:p>
        </w:tc>
        <w:tc>
          <w:tcPr>
            <w:tcW w:w="1156" w:type="dxa"/>
          </w:tcPr>
          <w:p w14:paraId="1F03C080" w14:textId="77777777" w:rsidR="00540B47" w:rsidRDefault="00A32617">
            <w:r>
              <w:rPr>
                <w:sz w:val="18"/>
              </w:rPr>
              <w:t>MACN</w:t>
            </w:r>
          </w:p>
        </w:tc>
        <w:tc>
          <w:tcPr>
            <w:tcW w:w="1126" w:type="dxa"/>
          </w:tcPr>
          <w:p w14:paraId="6DFCA3FF" w14:textId="77777777" w:rsidR="00540B47" w:rsidRDefault="00A32617">
            <w:r>
              <w:rPr>
                <w:i/>
                <w:sz w:val="18"/>
              </w:rPr>
              <w:t>Z. capensis</w:t>
            </w:r>
          </w:p>
        </w:tc>
        <w:tc>
          <w:tcPr>
            <w:tcW w:w="977" w:type="dxa"/>
          </w:tcPr>
          <w:p w14:paraId="102C6201" w14:textId="77777777" w:rsidR="00540B47" w:rsidRDefault="00A32617">
            <w:r>
              <w:rPr>
                <w:sz w:val="18"/>
              </w:rPr>
              <w:t>-47.7506</w:t>
            </w:r>
          </w:p>
        </w:tc>
        <w:tc>
          <w:tcPr>
            <w:tcW w:w="1107" w:type="dxa"/>
          </w:tcPr>
          <w:p w14:paraId="11B8774A" w14:textId="77777777" w:rsidR="00540B47" w:rsidRDefault="00A32617">
            <w:r>
              <w:rPr>
                <w:sz w:val="18"/>
              </w:rPr>
              <w:t>-65.9256</w:t>
            </w:r>
          </w:p>
        </w:tc>
        <w:tc>
          <w:tcPr>
            <w:tcW w:w="1156" w:type="dxa"/>
          </w:tcPr>
          <w:p w14:paraId="6CC50AD3" w14:textId="77777777" w:rsidR="00540B47" w:rsidRDefault="00A32617">
            <w:r>
              <w:rPr>
                <w:sz w:val="18"/>
              </w:rPr>
              <w:t>2025-11-13</w:t>
            </w:r>
          </w:p>
        </w:tc>
        <w:tc>
          <w:tcPr>
            <w:tcW w:w="727" w:type="dxa"/>
          </w:tcPr>
          <w:p w14:paraId="5E3D42A7" w14:textId="77777777" w:rsidR="00540B47" w:rsidRDefault="00A32617">
            <w:r>
              <w:rPr>
                <w:sz w:val="18"/>
              </w:rPr>
              <w:t>06:16</w:t>
            </w:r>
          </w:p>
        </w:tc>
        <w:tc>
          <w:tcPr>
            <w:tcW w:w="1561" w:type="dxa"/>
          </w:tcPr>
          <w:p w14:paraId="6F32E033" w14:textId="77777777" w:rsidR="00540B47" w:rsidRDefault="00A32617">
            <w:r>
              <w:rPr>
                <w:sz w:val="18"/>
              </w:rPr>
              <w:t>Pablo L. Tubaro</w:t>
            </w:r>
          </w:p>
        </w:tc>
      </w:tr>
      <w:tr w:rsidR="00540B47" w14:paraId="1D088B0D" w14:textId="77777777" w:rsidTr="00DD565D">
        <w:tc>
          <w:tcPr>
            <w:tcW w:w="942" w:type="dxa"/>
          </w:tcPr>
          <w:p w14:paraId="7DF986C8" w14:textId="77777777" w:rsidR="00540B47" w:rsidRDefault="00A32617">
            <w:r>
              <w:rPr>
                <w:sz w:val="18"/>
              </w:rPr>
              <w:t>3802</w:t>
            </w:r>
          </w:p>
        </w:tc>
        <w:tc>
          <w:tcPr>
            <w:tcW w:w="1156" w:type="dxa"/>
          </w:tcPr>
          <w:p w14:paraId="68B49F4A" w14:textId="77777777" w:rsidR="00540B47" w:rsidRDefault="00A32617">
            <w:r>
              <w:rPr>
                <w:sz w:val="18"/>
              </w:rPr>
              <w:t>MACN</w:t>
            </w:r>
          </w:p>
        </w:tc>
        <w:tc>
          <w:tcPr>
            <w:tcW w:w="1126" w:type="dxa"/>
          </w:tcPr>
          <w:p w14:paraId="744FC4CD" w14:textId="77777777" w:rsidR="00540B47" w:rsidRDefault="00A32617">
            <w:r>
              <w:rPr>
                <w:i/>
                <w:sz w:val="18"/>
              </w:rPr>
              <w:t>Z. capensis</w:t>
            </w:r>
          </w:p>
        </w:tc>
        <w:tc>
          <w:tcPr>
            <w:tcW w:w="977" w:type="dxa"/>
          </w:tcPr>
          <w:p w14:paraId="333DF465" w14:textId="77777777" w:rsidR="00540B47" w:rsidRDefault="00A32617">
            <w:r>
              <w:rPr>
                <w:sz w:val="18"/>
              </w:rPr>
              <w:t>-47.7509</w:t>
            </w:r>
          </w:p>
        </w:tc>
        <w:tc>
          <w:tcPr>
            <w:tcW w:w="1107" w:type="dxa"/>
          </w:tcPr>
          <w:p w14:paraId="6AD58D59" w14:textId="77777777" w:rsidR="00540B47" w:rsidRDefault="00A32617">
            <w:r>
              <w:rPr>
                <w:sz w:val="18"/>
              </w:rPr>
              <w:t>-65.9290</w:t>
            </w:r>
          </w:p>
        </w:tc>
        <w:tc>
          <w:tcPr>
            <w:tcW w:w="1156" w:type="dxa"/>
          </w:tcPr>
          <w:p w14:paraId="1D9C7430" w14:textId="77777777" w:rsidR="00540B47" w:rsidRDefault="00A32617">
            <w:r>
              <w:rPr>
                <w:sz w:val="18"/>
              </w:rPr>
              <w:t>2025-11-13</w:t>
            </w:r>
          </w:p>
        </w:tc>
        <w:tc>
          <w:tcPr>
            <w:tcW w:w="727" w:type="dxa"/>
          </w:tcPr>
          <w:p w14:paraId="16221BCC" w14:textId="77777777" w:rsidR="00540B47" w:rsidRDefault="00A32617">
            <w:r>
              <w:rPr>
                <w:sz w:val="18"/>
              </w:rPr>
              <w:t>06:25</w:t>
            </w:r>
          </w:p>
        </w:tc>
        <w:tc>
          <w:tcPr>
            <w:tcW w:w="1561" w:type="dxa"/>
          </w:tcPr>
          <w:p w14:paraId="35912A17" w14:textId="77777777" w:rsidR="00540B47" w:rsidRDefault="00A32617">
            <w:r>
              <w:rPr>
                <w:sz w:val="18"/>
              </w:rPr>
              <w:t>Pablo L. Tubaro</w:t>
            </w:r>
          </w:p>
        </w:tc>
      </w:tr>
      <w:tr w:rsidR="00540B47" w14:paraId="231433F2" w14:textId="77777777" w:rsidTr="00DD565D">
        <w:tc>
          <w:tcPr>
            <w:tcW w:w="942" w:type="dxa"/>
          </w:tcPr>
          <w:p w14:paraId="6BCB2B44" w14:textId="77777777" w:rsidR="00540B47" w:rsidRDefault="00A32617">
            <w:r>
              <w:rPr>
                <w:sz w:val="18"/>
              </w:rPr>
              <w:t>3803</w:t>
            </w:r>
          </w:p>
        </w:tc>
        <w:tc>
          <w:tcPr>
            <w:tcW w:w="1156" w:type="dxa"/>
          </w:tcPr>
          <w:p w14:paraId="6C47BCB9" w14:textId="77777777" w:rsidR="00540B47" w:rsidRDefault="00A32617">
            <w:r>
              <w:rPr>
                <w:sz w:val="18"/>
              </w:rPr>
              <w:t>MACN</w:t>
            </w:r>
          </w:p>
        </w:tc>
        <w:tc>
          <w:tcPr>
            <w:tcW w:w="1126" w:type="dxa"/>
          </w:tcPr>
          <w:p w14:paraId="171FEA23" w14:textId="77777777" w:rsidR="00540B47" w:rsidRDefault="00A32617">
            <w:r>
              <w:rPr>
                <w:i/>
                <w:sz w:val="18"/>
              </w:rPr>
              <w:t>Z. capensis</w:t>
            </w:r>
          </w:p>
        </w:tc>
        <w:tc>
          <w:tcPr>
            <w:tcW w:w="977" w:type="dxa"/>
          </w:tcPr>
          <w:p w14:paraId="3E660DF7" w14:textId="77777777" w:rsidR="00540B47" w:rsidRDefault="00A32617">
            <w:r>
              <w:rPr>
                <w:sz w:val="18"/>
              </w:rPr>
              <w:t>-47.7505</w:t>
            </w:r>
          </w:p>
        </w:tc>
        <w:tc>
          <w:tcPr>
            <w:tcW w:w="1107" w:type="dxa"/>
          </w:tcPr>
          <w:p w14:paraId="6C32A0FB" w14:textId="77777777" w:rsidR="00540B47" w:rsidRDefault="00A32617">
            <w:r>
              <w:rPr>
                <w:sz w:val="18"/>
              </w:rPr>
              <w:t>-65.9320</w:t>
            </w:r>
          </w:p>
        </w:tc>
        <w:tc>
          <w:tcPr>
            <w:tcW w:w="1156" w:type="dxa"/>
          </w:tcPr>
          <w:p w14:paraId="6D56BEBB" w14:textId="77777777" w:rsidR="00540B47" w:rsidRDefault="00A32617">
            <w:r>
              <w:rPr>
                <w:sz w:val="18"/>
              </w:rPr>
              <w:t>2025-11-13</w:t>
            </w:r>
          </w:p>
        </w:tc>
        <w:tc>
          <w:tcPr>
            <w:tcW w:w="727" w:type="dxa"/>
          </w:tcPr>
          <w:p w14:paraId="33E00E63" w14:textId="77777777" w:rsidR="00540B47" w:rsidRDefault="00A32617">
            <w:r>
              <w:rPr>
                <w:sz w:val="18"/>
              </w:rPr>
              <w:t>06:30</w:t>
            </w:r>
          </w:p>
        </w:tc>
        <w:tc>
          <w:tcPr>
            <w:tcW w:w="1561" w:type="dxa"/>
          </w:tcPr>
          <w:p w14:paraId="3594A895" w14:textId="77777777" w:rsidR="00540B47" w:rsidRDefault="00A32617">
            <w:r>
              <w:rPr>
                <w:sz w:val="18"/>
              </w:rPr>
              <w:t>Pablo L. Tubaro</w:t>
            </w:r>
          </w:p>
        </w:tc>
      </w:tr>
      <w:tr w:rsidR="00540B47" w14:paraId="0A815DF0" w14:textId="77777777" w:rsidTr="00DD565D">
        <w:tc>
          <w:tcPr>
            <w:tcW w:w="942" w:type="dxa"/>
          </w:tcPr>
          <w:p w14:paraId="5919A042" w14:textId="77777777" w:rsidR="00540B47" w:rsidRDefault="00A32617">
            <w:r>
              <w:rPr>
                <w:sz w:val="18"/>
              </w:rPr>
              <w:t>3804</w:t>
            </w:r>
          </w:p>
        </w:tc>
        <w:tc>
          <w:tcPr>
            <w:tcW w:w="1156" w:type="dxa"/>
          </w:tcPr>
          <w:p w14:paraId="4725D98B" w14:textId="77777777" w:rsidR="00540B47" w:rsidRDefault="00A32617">
            <w:r>
              <w:rPr>
                <w:sz w:val="18"/>
              </w:rPr>
              <w:t>MACN</w:t>
            </w:r>
          </w:p>
        </w:tc>
        <w:tc>
          <w:tcPr>
            <w:tcW w:w="1126" w:type="dxa"/>
          </w:tcPr>
          <w:p w14:paraId="121793F9" w14:textId="77777777" w:rsidR="00540B47" w:rsidRDefault="00A32617">
            <w:r>
              <w:rPr>
                <w:i/>
                <w:sz w:val="18"/>
              </w:rPr>
              <w:t>Z. capensis</w:t>
            </w:r>
          </w:p>
        </w:tc>
        <w:tc>
          <w:tcPr>
            <w:tcW w:w="977" w:type="dxa"/>
          </w:tcPr>
          <w:p w14:paraId="2D946F35" w14:textId="77777777" w:rsidR="00540B47" w:rsidRDefault="00A32617">
            <w:r>
              <w:rPr>
                <w:sz w:val="18"/>
              </w:rPr>
              <w:t>-47.7497</w:t>
            </w:r>
          </w:p>
        </w:tc>
        <w:tc>
          <w:tcPr>
            <w:tcW w:w="1107" w:type="dxa"/>
          </w:tcPr>
          <w:p w14:paraId="327AFD20" w14:textId="77777777" w:rsidR="00540B47" w:rsidRDefault="00A32617">
            <w:r>
              <w:rPr>
                <w:sz w:val="18"/>
              </w:rPr>
              <w:t>-65.9386</w:t>
            </w:r>
          </w:p>
        </w:tc>
        <w:tc>
          <w:tcPr>
            <w:tcW w:w="1156" w:type="dxa"/>
          </w:tcPr>
          <w:p w14:paraId="334D894C" w14:textId="77777777" w:rsidR="00540B47" w:rsidRDefault="00A32617">
            <w:r>
              <w:rPr>
                <w:sz w:val="18"/>
              </w:rPr>
              <w:t>2025-11-13</w:t>
            </w:r>
          </w:p>
        </w:tc>
        <w:tc>
          <w:tcPr>
            <w:tcW w:w="727" w:type="dxa"/>
          </w:tcPr>
          <w:p w14:paraId="4098E5D3" w14:textId="77777777" w:rsidR="00540B47" w:rsidRDefault="00A32617">
            <w:r>
              <w:rPr>
                <w:sz w:val="18"/>
              </w:rPr>
              <w:t>06:33</w:t>
            </w:r>
          </w:p>
        </w:tc>
        <w:tc>
          <w:tcPr>
            <w:tcW w:w="1561" w:type="dxa"/>
          </w:tcPr>
          <w:p w14:paraId="44B5B8DA" w14:textId="77777777" w:rsidR="00540B47" w:rsidRDefault="00A32617">
            <w:r>
              <w:rPr>
                <w:sz w:val="18"/>
              </w:rPr>
              <w:t>Pablo L. Tubaro</w:t>
            </w:r>
          </w:p>
        </w:tc>
      </w:tr>
      <w:tr w:rsidR="00540B47" w14:paraId="15AFEBED" w14:textId="77777777" w:rsidTr="00DD565D">
        <w:tc>
          <w:tcPr>
            <w:tcW w:w="942" w:type="dxa"/>
          </w:tcPr>
          <w:p w14:paraId="1FFD7264" w14:textId="77777777" w:rsidR="00540B47" w:rsidRDefault="00A32617">
            <w:r>
              <w:rPr>
                <w:sz w:val="18"/>
              </w:rPr>
              <w:t>3805</w:t>
            </w:r>
          </w:p>
        </w:tc>
        <w:tc>
          <w:tcPr>
            <w:tcW w:w="1156" w:type="dxa"/>
          </w:tcPr>
          <w:p w14:paraId="591A34A1" w14:textId="77777777" w:rsidR="00540B47" w:rsidRDefault="00A32617">
            <w:r>
              <w:rPr>
                <w:sz w:val="18"/>
              </w:rPr>
              <w:t>MACN</w:t>
            </w:r>
          </w:p>
        </w:tc>
        <w:tc>
          <w:tcPr>
            <w:tcW w:w="1126" w:type="dxa"/>
          </w:tcPr>
          <w:p w14:paraId="5D61D735" w14:textId="77777777" w:rsidR="00540B47" w:rsidRDefault="00A32617">
            <w:r>
              <w:rPr>
                <w:i/>
                <w:sz w:val="18"/>
              </w:rPr>
              <w:t>Z. capensis</w:t>
            </w:r>
          </w:p>
        </w:tc>
        <w:tc>
          <w:tcPr>
            <w:tcW w:w="977" w:type="dxa"/>
          </w:tcPr>
          <w:p w14:paraId="0D89FA7A" w14:textId="77777777" w:rsidR="00540B47" w:rsidRDefault="00A32617">
            <w:r>
              <w:rPr>
                <w:sz w:val="18"/>
              </w:rPr>
              <w:t>-47.7472</w:t>
            </w:r>
          </w:p>
        </w:tc>
        <w:tc>
          <w:tcPr>
            <w:tcW w:w="1107" w:type="dxa"/>
          </w:tcPr>
          <w:p w14:paraId="015AD538" w14:textId="77777777" w:rsidR="00540B47" w:rsidRDefault="00A32617">
            <w:r>
              <w:rPr>
                <w:sz w:val="18"/>
              </w:rPr>
              <w:t>-65.9440</w:t>
            </w:r>
          </w:p>
        </w:tc>
        <w:tc>
          <w:tcPr>
            <w:tcW w:w="1156" w:type="dxa"/>
          </w:tcPr>
          <w:p w14:paraId="14B26FFB" w14:textId="77777777" w:rsidR="00540B47" w:rsidRDefault="00A32617">
            <w:r>
              <w:rPr>
                <w:sz w:val="18"/>
              </w:rPr>
              <w:t>2025-11-13</w:t>
            </w:r>
          </w:p>
        </w:tc>
        <w:tc>
          <w:tcPr>
            <w:tcW w:w="727" w:type="dxa"/>
          </w:tcPr>
          <w:p w14:paraId="1C7EB13A" w14:textId="77777777" w:rsidR="00540B47" w:rsidRDefault="00A32617">
            <w:r>
              <w:rPr>
                <w:sz w:val="18"/>
              </w:rPr>
              <w:t>06:39</w:t>
            </w:r>
          </w:p>
        </w:tc>
        <w:tc>
          <w:tcPr>
            <w:tcW w:w="1561" w:type="dxa"/>
          </w:tcPr>
          <w:p w14:paraId="4361B029" w14:textId="77777777" w:rsidR="00540B47" w:rsidRDefault="00A32617">
            <w:r>
              <w:rPr>
                <w:sz w:val="18"/>
              </w:rPr>
              <w:t>Pablo L. Tubaro</w:t>
            </w:r>
          </w:p>
        </w:tc>
      </w:tr>
      <w:tr w:rsidR="00540B47" w14:paraId="58F89FBF" w14:textId="77777777" w:rsidTr="00DD565D">
        <w:tc>
          <w:tcPr>
            <w:tcW w:w="942" w:type="dxa"/>
          </w:tcPr>
          <w:p w14:paraId="18FAA8C9" w14:textId="77777777" w:rsidR="00540B47" w:rsidRDefault="00A32617">
            <w:r>
              <w:rPr>
                <w:sz w:val="18"/>
              </w:rPr>
              <w:t>3806</w:t>
            </w:r>
          </w:p>
        </w:tc>
        <w:tc>
          <w:tcPr>
            <w:tcW w:w="1156" w:type="dxa"/>
          </w:tcPr>
          <w:p w14:paraId="6329D7A5" w14:textId="77777777" w:rsidR="00540B47" w:rsidRDefault="00A32617">
            <w:r>
              <w:rPr>
                <w:sz w:val="18"/>
              </w:rPr>
              <w:t>MACN</w:t>
            </w:r>
          </w:p>
        </w:tc>
        <w:tc>
          <w:tcPr>
            <w:tcW w:w="1126" w:type="dxa"/>
          </w:tcPr>
          <w:p w14:paraId="5742D0B9" w14:textId="77777777" w:rsidR="00540B47" w:rsidRDefault="00A32617">
            <w:r>
              <w:rPr>
                <w:i/>
                <w:sz w:val="18"/>
              </w:rPr>
              <w:t>Z. capensis</w:t>
            </w:r>
          </w:p>
        </w:tc>
        <w:tc>
          <w:tcPr>
            <w:tcW w:w="977" w:type="dxa"/>
          </w:tcPr>
          <w:p w14:paraId="394E25BF" w14:textId="77777777" w:rsidR="00540B47" w:rsidRDefault="00A32617">
            <w:r>
              <w:rPr>
                <w:sz w:val="18"/>
              </w:rPr>
              <w:t>-47.7472</w:t>
            </w:r>
          </w:p>
        </w:tc>
        <w:tc>
          <w:tcPr>
            <w:tcW w:w="1107" w:type="dxa"/>
          </w:tcPr>
          <w:p w14:paraId="060AD061" w14:textId="77777777" w:rsidR="00540B47" w:rsidRDefault="00A32617">
            <w:r>
              <w:rPr>
                <w:sz w:val="18"/>
              </w:rPr>
              <w:t>-65.9440</w:t>
            </w:r>
          </w:p>
        </w:tc>
        <w:tc>
          <w:tcPr>
            <w:tcW w:w="1156" w:type="dxa"/>
          </w:tcPr>
          <w:p w14:paraId="67E8D15C" w14:textId="77777777" w:rsidR="00540B47" w:rsidRDefault="00A32617">
            <w:r>
              <w:rPr>
                <w:sz w:val="18"/>
              </w:rPr>
              <w:t>2025-11-13</w:t>
            </w:r>
          </w:p>
        </w:tc>
        <w:tc>
          <w:tcPr>
            <w:tcW w:w="727" w:type="dxa"/>
          </w:tcPr>
          <w:p w14:paraId="69B49222" w14:textId="77777777" w:rsidR="00540B47" w:rsidRDefault="00A32617">
            <w:r>
              <w:rPr>
                <w:sz w:val="18"/>
              </w:rPr>
              <w:t>06:44</w:t>
            </w:r>
          </w:p>
        </w:tc>
        <w:tc>
          <w:tcPr>
            <w:tcW w:w="1561" w:type="dxa"/>
          </w:tcPr>
          <w:p w14:paraId="4F5708C7" w14:textId="77777777" w:rsidR="00540B47" w:rsidRDefault="00A32617">
            <w:r>
              <w:rPr>
                <w:sz w:val="18"/>
              </w:rPr>
              <w:t>Pablo L. Tubaro</w:t>
            </w:r>
          </w:p>
        </w:tc>
      </w:tr>
      <w:tr w:rsidR="00540B47" w14:paraId="604C297C" w14:textId="77777777" w:rsidTr="00DD565D">
        <w:tc>
          <w:tcPr>
            <w:tcW w:w="942" w:type="dxa"/>
          </w:tcPr>
          <w:p w14:paraId="551539FA" w14:textId="77777777" w:rsidR="00540B47" w:rsidRDefault="00A32617">
            <w:r>
              <w:rPr>
                <w:sz w:val="18"/>
              </w:rPr>
              <w:t>3807</w:t>
            </w:r>
          </w:p>
        </w:tc>
        <w:tc>
          <w:tcPr>
            <w:tcW w:w="1156" w:type="dxa"/>
          </w:tcPr>
          <w:p w14:paraId="2A5E12A0" w14:textId="77777777" w:rsidR="00540B47" w:rsidRDefault="00A32617">
            <w:r>
              <w:rPr>
                <w:sz w:val="18"/>
              </w:rPr>
              <w:t>MACN</w:t>
            </w:r>
          </w:p>
        </w:tc>
        <w:tc>
          <w:tcPr>
            <w:tcW w:w="1126" w:type="dxa"/>
          </w:tcPr>
          <w:p w14:paraId="75FD3FB1" w14:textId="77777777" w:rsidR="00540B47" w:rsidRDefault="00A32617">
            <w:r>
              <w:rPr>
                <w:i/>
                <w:sz w:val="18"/>
              </w:rPr>
              <w:t>Z. capensis</w:t>
            </w:r>
          </w:p>
        </w:tc>
        <w:tc>
          <w:tcPr>
            <w:tcW w:w="977" w:type="dxa"/>
          </w:tcPr>
          <w:p w14:paraId="0F8152A7" w14:textId="77777777" w:rsidR="00540B47" w:rsidRDefault="00A32617">
            <w:r>
              <w:rPr>
                <w:sz w:val="18"/>
              </w:rPr>
              <w:t>-47.7448</w:t>
            </w:r>
          </w:p>
        </w:tc>
        <w:tc>
          <w:tcPr>
            <w:tcW w:w="1107" w:type="dxa"/>
          </w:tcPr>
          <w:p w14:paraId="6F4C9320" w14:textId="77777777" w:rsidR="00540B47" w:rsidRDefault="00A32617">
            <w:r>
              <w:rPr>
                <w:sz w:val="18"/>
              </w:rPr>
              <w:t>-65.9500</w:t>
            </w:r>
          </w:p>
        </w:tc>
        <w:tc>
          <w:tcPr>
            <w:tcW w:w="1156" w:type="dxa"/>
          </w:tcPr>
          <w:p w14:paraId="67B5373F" w14:textId="77777777" w:rsidR="00540B47" w:rsidRDefault="00A32617">
            <w:r>
              <w:rPr>
                <w:sz w:val="18"/>
              </w:rPr>
              <w:t>2025-11-13</w:t>
            </w:r>
          </w:p>
        </w:tc>
        <w:tc>
          <w:tcPr>
            <w:tcW w:w="727" w:type="dxa"/>
          </w:tcPr>
          <w:p w14:paraId="2E155935" w14:textId="77777777" w:rsidR="00540B47" w:rsidRDefault="00A32617">
            <w:r>
              <w:rPr>
                <w:sz w:val="18"/>
              </w:rPr>
              <w:t>06:52</w:t>
            </w:r>
          </w:p>
        </w:tc>
        <w:tc>
          <w:tcPr>
            <w:tcW w:w="1561" w:type="dxa"/>
          </w:tcPr>
          <w:p w14:paraId="040C209F" w14:textId="77777777" w:rsidR="00540B47" w:rsidRDefault="00A32617">
            <w:r>
              <w:rPr>
                <w:sz w:val="18"/>
              </w:rPr>
              <w:t>Pablo L. Tubaro</w:t>
            </w:r>
          </w:p>
        </w:tc>
      </w:tr>
      <w:tr w:rsidR="00540B47" w14:paraId="50BAABCC" w14:textId="77777777" w:rsidTr="00DD565D">
        <w:tc>
          <w:tcPr>
            <w:tcW w:w="942" w:type="dxa"/>
          </w:tcPr>
          <w:p w14:paraId="64E05CF3" w14:textId="77777777" w:rsidR="00540B47" w:rsidRDefault="00A32617">
            <w:r>
              <w:rPr>
                <w:sz w:val="18"/>
              </w:rPr>
              <w:t>3808</w:t>
            </w:r>
          </w:p>
        </w:tc>
        <w:tc>
          <w:tcPr>
            <w:tcW w:w="1156" w:type="dxa"/>
          </w:tcPr>
          <w:p w14:paraId="0E5ACD7E" w14:textId="77777777" w:rsidR="00540B47" w:rsidRDefault="00A32617">
            <w:r>
              <w:rPr>
                <w:sz w:val="18"/>
              </w:rPr>
              <w:t>MACN</w:t>
            </w:r>
          </w:p>
        </w:tc>
        <w:tc>
          <w:tcPr>
            <w:tcW w:w="1126" w:type="dxa"/>
          </w:tcPr>
          <w:p w14:paraId="4C8A0DE0" w14:textId="77777777" w:rsidR="00540B47" w:rsidRDefault="00A32617">
            <w:r>
              <w:rPr>
                <w:i/>
                <w:sz w:val="18"/>
              </w:rPr>
              <w:t>Z. capensis</w:t>
            </w:r>
          </w:p>
        </w:tc>
        <w:tc>
          <w:tcPr>
            <w:tcW w:w="977" w:type="dxa"/>
          </w:tcPr>
          <w:p w14:paraId="67431F91" w14:textId="77777777" w:rsidR="00540B47" w:rsidRDefault="00A32617">
            <w:r>
              <w:rPr>
                <w:sz w:val="18"/>
              </w:rPr>
              <w:t>-47.7403</w:t>
            </w:r>
          </w:p>
        </w:tc>
        <w:tc>
          <w:tcPr>
            <w:tcW w:w="1107" w:type="dxa"/>
          </w:tcPr>
          <w:p w14:paraId="151EEBAC" w14:textId="77777777" w:rsidR="00540B47" w:rsidRDefault="00A32617">
            <w:r>
              <w:rPr>
                <w:sz w:val="18"/>
              </w:rPr>
              <w:t>-65.9531</w:t>
            </w:r>
          </w:p>
        </w:tc>
        <w:tc>
          <w:tcPr>
            <w:tcW w:w="1156" w:type="dxa"/>
          </w:tcPr>
          <w:p w14:paraId="5E43F1D6" w14:textId="77777777" w:rsidR="00540B47" w:rsidRDefault="00A32617">
            <w:r>
              <w:rPr>
                <w:sz w:val="18"/>
              </w:rPr>
              <w:t>2025-11-13</w:t>
            </w:r>
          </w:p>
        </w:tc>
        <w:tc>
          <w:tcPr>
            <w:tcW w:w="727" w:type="dxa"/>
          </w:tcPr>
          <w:p w14:paraId="6FA17C1A" w14:textId="77777777" w:rsidR="00540B47" w:rsidRDefault="00A32617">
            <w:r>
              <w:rPr>
                <w:sz w:val="18"/>
              </w:rPr>
              <w:t>07:01</w:t>
            </w:r>
          </w:p>
        </w:tc>
        <w:tc>
          <w:tcPr>
            <w:tcW w:w="1561" w:type="dxa"/>
          </w:tcPr>
          <w:p w14:paraId="2122D7BA" w14:textId="77777777" w:rsidR="00540B47" w:rsidRDefault="00A32617">
            <w:r>
              <w:rPr>
                <w:sz w:val="18"/>
              </w:rPr>
              <w:t>Pablo L. Tubaro</w:t>
            </w:r>
          </w:p>
        </w:tc>
      </w:tr>
      <w:tr w:rsidR="00540B47" w14:paraId="6C5E7A45" w14:textId="77777777" w:rsidTr="00DD565D">
        <w:tc>
          <w:tcPr>
            <w:tcW w:w="942" w:type="dxa"/>
          </w:tcPr>
          <w:p w14:paraId="245D97EA" w14:textId="77777777" w:rsidR="00540B47" w:rsidRDefault="00A32617">
            <w:r>
              <w:rPr>
                <w:sz w:val="18"/>
              </w:rPr>
              <w:lastRenderedPageBreak/>
              <w:t>3809</w:t>
            </w:r>
          </w:p>
        </w:tc>
        <w:tc>
          <w:tcPr>
            <w:tcW w:w="1156" w:type="dxa"/>
          </w:tcPr>
          <w:p w14:paraId="3599A794" w14:textId="77777777" w:rsidR="00540B47" w:rsidRDefault="00A32617">
            <w:r>
              <w:rPr>
                <w:sz w:val="18"/>
              </w:rPr>
              <w:t>MACN</w:t>
            </w:r>
          </w:p>
        </w:tc>
        <w:tc>
          <w:tcPr>
            <w:tcW w:w="1126" w:type="dxa"/>
          </w:tcPr>
          <w:p w14:paraId="62BE9BC0" w14:textId="77777777" w:rsidR="00540B47" w:rsidRDefault="00A32617">
            <w:r>
              <w:rPr>
                <w:i/>
                <w:sz w:val="18"/>
              </w:rPr>
              <w:t>Z. capensis</w:t>
            </w:r>
          </w:p>
        </w:tc>
        <w:tc>
          <w:tcPr>
            <w:tcW w:w="977" w:type="dxa"/>
          </w:tcPr>
          <w:p w14:paraId="4569FD6D" w14:textId="77777777" w:rsidR="00540B47" w:rsidRDefault="00A32617">
            <w:r>
              <w:rPr>
                <w:sz w:val="18"/>
              </w:rPr>
              <w:t>-47.7390</w:t>
            </w:r>
          </w:p>
        </w:tc>
        <w:tc>
          <w:tcPr>
            <w:tcW w:w="1107" w:type="dxa"/>
          </w:tcPr>
          <w:p w14:paraId="0E2C0EED" w14:textId="77777777" w:rsidR="00540B47" w:rsidRDefault="00A32617">
            <w:r>
              <w:rPr>
                <w:sz w:val="18"/>
              </w:rPr>
              <w:t>-65.9560</w:t>
            </w:r>
          </w:p>
        </w:tc>
        <w:tc>
          <w:tcPr>
            <w:tcW w:w="1156" w:type="dxa"/>
          </w:tcPr>
          <w:p w14:paraId="4B4542C9" w14:textId="77777777" w:rsidR="00540B47" w:rsidRDefault="00A32617">
            <w:r>
              <w:rPr>
                <w:sz w:val="18"/>
              </w:rPr>
              <w:t>2025-11-13</w:t>
            </w:r>
          </w:p>
        </w:tc>
        <w:tc>
          <w:tcPr>
            <w:tcW w:w="727" w:type="dxa"/>
          </w:tcPr>
          <w:p w14:paraId="3B1FE4B3" w14:textId="77777777" w:rsidR="00540B47" w:rsidRDefault="00A32617">
            <w:r>
              <w:rPr>
                <w:sz w:val="18"/>
              </w:rPr>
              <w:t>07:06</w:t>
            </w:r>
          </w:p>
        </w:tc>
        <w:tc>
          <w:tcPr>
            <w:tcW w:w="1561" w:type="dxa"/>
          </w:tcPr>
          <w:p w14:paraId="51956C09" w14:textId="77777777" w:rsidR="00540B47" w:rsidRDefault="00A32617">
            <w:r>
              <w:rPr>
                <w:sz w:val="18"/>
              </w:rPr>
              <w:t>Pablo L. Tubaro</w:t>
            </w:r>
          </w:p>
        </w:tc>
      </w:tr>
      <w:tr w:rsidR="00540B47" w14:paraId="29C5F58A" w14:textId="77777777" w:rsidTr="00DD565D">
        <w:tc>
          <w:tcPr>
            <w:tcW w:w="942" w:type="dxa"/>
          </w:tcPr>
          <w:p w14:paraId="7F85A392" w14:textId="77777777" w:rsidR="00540B47" w:rsidRDefault="00A32617">
            <w:r>
              <w:rPr>
                <w:sz w:val="18"/>
              </w:rPr>
              <w:t>3810</w:t>
            </w:r>
          </w:p>
        </w:tc>
        <w:tc>
          <w:tcPr>
            <w:tcW w:w="1156" w:type="dxa"/>
          </w:tcPr>
          <w:p w14:paraId="44E117A4" w14:textId="77777777" w:rsidR="00540B47" w:rsidRDefault="00A32617">
            <w:r>
              <w:rPr>
                <w:sz w:val="18"/>
              </w:rPr>
              <w:t>MACN</w:t>
            </w:r>
          </w:p>
        </w:tc>
        <w:tc>
          <w:tcPr>
            <w:tcW w:w="1126" w:type="dxa"/>
          </w:tcPr>
          <w:p w14:paraId="0A54D54F" w14:textId="77777777" w:rsidR="00540B47" w:rsidRDefault="00A32617">
            <w:r>
              <w:rPr>
                <w:i/>
                <w:sz w:val="18"/>
              </w:rPr>
              <w:t>Z. capensis</w:t>
            </w:r>
          </w:p>
        </w:tc>
        <w:tc>
          <w:tcPr>
            <w:tcW w:w="977" w:type="dxa"/>
          </w:tcPr>
          <w:p w14:paraId="7387EC4C" w14:textId="77777777" w:rsidR="00540B47" w:rsidRDefault="00A32617">
            <w:r>
              <w:rPr>
                <w:sz w:val="18"/>
              </w:rPr>
              <w:t>-47.7390</w:t>
            </w:r>
          </w:p>
        </w:tc>
        <w:tc>
          <w:tcPr>
            <w:tcW w:w="1107" w:type="dxa"/>
          </w:tcPr>
          <w:p w14:paraId="40810D14" w14:textId="77777777" w:rsidR="00540B47" w:rsidRDefault="00A32617">
            <w:r>
              <w:rPr>
                <w:sz w:val="18"/>
              </w:rPr>
              <w:t>-65.9560</w:t>
            </w:r>
          </w:p>
        </w:tc>
        <w:tc>
          <w:tcPr>
            <w:tcW w:w="1156" w:type="dxa"/>
          </w:tcPr>
          <w:p w14:paraId="31DFA0A4" w14:textId="77777777" w:rsidR="00540B47" w:rsidRDefault="00A32617">
            <w:r>
              <w:rPr>
                <w:sz w:val="18"/>
              </w:rPr>
              <w:t>2025-11-13</w:t>
            </w:r>
          </w:p>
        </w:tc>
        <w:tc>
          <w:tcPr>
            <w:tcW w:w="727" w:type="dxa"/>
          </w:tcPr>
          <w:p w14:paraId="6B228E64" w14:textId="77777777" w:rsidR="00540B47" w:rsidRDefault="00A32617">
            <w:r>
              <w:rPr>
                <w:sz w:val="18"/>
              </w:rPr>
              <w:t>07:10</w:t>
            </w:r>
          </w:p>
        </w:tc>
        <w:tc>
          <w:tcPr>
            <w:tcW w:w="1561" w:type="dxa"/>
          </w:tcPr>
          <w:p w14:paraId="27BD71DD" w14:textId="77777777" w:rsidR="00540B47" w:rsidRDefault="00A32617">
            <w:r>
              <w:rPr>
                <w:sz w:val="18"/>
              </w:rPr>
              <w:t>Pablo L. Tubaro</w:t>
            </w:r>
          </w:p>
        </w:tc>
      </w:tr>
      <w:tr w:rsidR="00540B47" w14:paraId="34A3B26B" w14:textId="77777777" w:rsidTr="00DD565D">
        <w:tc>
          <w:tcPr>
            <w:tcW w:w="942" w:type="dxa"/>
          </w:tcPr>
          <w:p w14:paraId="2A698933" w14:textId="77777777" w:rsidR="00540B47" w:rsidRDefault="00A32617">
            <w:r>
              <w:rPr>
                <w:sz w:val="18"/>
              </w:rPr>
              <w:t>3811</w:t>
            </w:r>
          </w:p>
        </w:tc>
        <w:tc>
          <w:tcPr>
            <w:tcW w:w="1156" w:type="dxa"/>
          </w:tcPr>
          <w:p w14:paraId="2DC129BE" w14:textId="77777777" w:rsidR="00540B47" w:rsidRDefault="00A32617">
            <w:r>
              <w:rPr>
                <w:sz w:val="18"/>
              </w:rPr>
              <w:t>MACN</w:t>
            </w:r>
          </w:p>
        </w:tc>
        <w:tc>
          <w:tcPr>
            <w:tcW w:w="1126" w:type="dxa"/>
          </w:tcPr>
          <w:p w14:paraId="666B2B0C" w14:textId="77777777" w:rsidR="00540B47" w:rsidRDefault="00A32617">
            <w:r>
              <w:rPr>
                <w:i/>
                <w:sz w:val="18"/>
              </w:rPr>
              <w:t>Z. capensis</w:t>
            </w:r>
          </w:p>
        </w:tc>
        <w:tc>
          <w:tcPr>
            <w:tcW w:w="977" w:type="dxa"/>
          </w:tcPr>
          <w:p w14:paraId="385F6113" w14:textId="77777777" w:rsidR="00540B47" w:rsidRDefault="00A32617">
            <w:r>
              <w:rPr>
                <w:sz w:val="18"/>
              </w:rPr>
              <w:t>-47.7390</w:t>
            </w:r>
          </w:p>
        </w:tc>
        <w:tc>
          <w:tcPr>
            <w:tcW w:w="1107" w:type="dxa"/>
          </w:tcPr>
          <w:p w14:paraId="3E1BD717" w14:textId="77777777" w:rsidR="00540B47" w:rsidRDefault="00A32617">
            <w:r>
              <w:rPr>
                <w:sz w:val="18"/>
              </w:rPr>
              <w:t>-65.9590</w:t>
            </w:r>
          </w:p>
        </w:tc>
        <w:tc>
          <w:tcPr>
            <w:tcW w:w="1156" w:type="dxa"/>
          </w:tcPr>
          <w:p w14:paraId="4D17683E" w14:textId="77777777" w:rsidR="00540B47" w:rsidRDefault="00A32617">
            <w:r>
              <w:rPr>
                <w:sz w:val="18"/>
              </w:rPr>
              <w:t>2025-11-13</w:t>
            </w:r>
          </w:p>
        </w:tc>
        <w:tc>
          <w:tcPr>
            <w:tcW w:w="727" w:type="dxa"/>
          </w:tcPr>
          <w:p w14:paraId="1606F907" w14:textId="77777777" w:rsidR="00540B47" w:rsidRDefault="00A32617">
            <w:r>
              <w:rPr>
                <w:sz w:val="18"/>
              </w:rPr>
              <w:t>07:14</w:t>
            </w:r>
          </w:p>
        </w:tc>
        <w:tc>
          <w:tcPr>
            <w:tcW w:w="1561" w:type="dxa"/>
          </w:tcPr>
          <w:p w14:paraId="248C479A" w14:textId="77777777" w:rsidR="00540B47" w:rsidRDefault="00A32617">
            <w:r>
              <w:rPr>
                <w:sz w:val="18"/>
              </w:rPr>
              <w:t>Pablo L. Tubaro</w:t>
            </w:r>
          </w:p>
        </w:tc>
      </w:tr>
      <w:tr w:rsidR="00540B47" w14:paraId="782F0268" w14:textId="77777777" w:rsidTr="00DD565D">
        <w:tc>
          <w:tcPr>
            <w:tcW w:w="942" w:type="dxa"/>
          </w:tcPr>
          <w:p w14:paraId="070073B0" w14:textId="77777777" w:rsidR="00540B47" w:rsidRDefault="00A32617">
            <w:r>
              <w:rPr>
                <w:sz w:val="18"/>
              </w:rPr>
              <w:t>3812</w:t>
            </w:r>
          </w:p>
        </w:tc>
        <w:tc>
          <w:tcPr>
            <w:tcW w:w="1156" w:type="dxa"/>
          </w:tcPr>
          <w:p w14:paraId="3762DEFC" w14:textId="77777777" w:rsidR="00540B47" w:rsidRDefault="00A32617">
            <w:r>
              <w:rPr>
                <w:sz w:val="18"/>
              </w:rPr>
              <w:t>MACN</w:t>
            </w:r>
          </w:p>
        </w:tc>
        <w:tc>
          <w:tcPr>
            <w:tcW w:w="1126" w:type="dxa"/>
          </w:tcPr>
          <w:p w14:paraId="67113E4A" w14:textId="77777777" w:rsidR="00540B47" w:rsidRDefault="00A32617">
            <w:r>
              <w:rPr>
                <w:i/>
                <w:sz w:val="18"/>
              </w:rPr>
              <w:t>Z. capensis</w:t>
            </w:r>
          </w:p>
        </w:tc>
        <w:tc>
          <w:tcPr>
            <w:tcW w:w="977" w:type="dxa"/>
          </w:tcPr>
          <w:p w14:paraId="1B8F876F" w14:textId="77777777" w:rsidR="00540B47" w:rsidRDefault="00A32617">
            <w:r>
              <w:rPr>
                <w:sz w:val="18"/>
              </w:rPr>
              <w:t>-47.7464</w:t>
            </w:r>
          </w:p>
        </w:tc>
        <w:tc>
          <w:tcPr>
            <w:tcW w:w="1107" w:type="dxa"/>
          </w:tcPr>
          <w:p w14:paraId="6C4B6C09" w14:textId="77777777" w:rsidR="00540B47" w:rsidRDefault="00A32617">
            <w:r>
              <w:rPr>
                <w:sz w:val="18"/>
              </w:rPr>
              <w:t>-65.9607</w:t>
            </w:r>
          </w:p>
        </w:tc>
        <w:tc>
          <w:tcPr>
            <w:tcW w:w="1156" w:type="dxa"/>
          </w:tcPr>
          <w:p w14:paraId="247C96BF" w14:textId="77777777" w:rsidR="00540B47" w:rsidRDefault="00A32617">
            <w:r>
              <w:rPr>
                <w:sz w:val="18"/>
              </w:rPr>
              <w:t>2025-11-13</w:t>
            </w:r>
          </w:p>
        </w:tc>
        <w:tc>
          <w:tcPr>
            <w:tcW w:w="727" w:type="dxa"/>
          </w:tcPr>
          <w:p w14:paraId="5AAFF26E" w14:textId="77777777" w:rsidR="00540B47" w:rsidRDefault="00A32617">
            <w:r>
              <w:rPr>
                <w:sz w:val="18"/>
              </w:rPr>
              <w:t>07:21</w:t>
            </w:r>
          </w:p>
        </w:tc>
        <w:tc>
          <w:tcPr>
            <w:tcW w:w="1561" w:type="dxa"/>
          </w:tcPr>
          <w:p w14:paraId="2AF44605" w14:textId="77777777" w:rsidR="00540B47" w:rsidRDefault="00A32617">
            <w:r>
              <w:rPr>
                <w:sz w:val="18"/>
              </w:rPr>
              <w:t>Pablo L. Tubaro</w:t>
            </w:r>
          </w:p>
        </w:tc>
      </w:tr>
      <w:tr w:rsidR="00540B47" w14:paraId="75BEE880" w14:textId="77777777" w:rsidTr="00DD565D">
        <w:tc>
          <w:tcPr>
            <w:tcW w:w="942" w:type="dxa"/>
          </w:tcPr>
          <w:p w14:paraId="3E7C52C2" w14:textId="77777777" w:rsidR="00540B47" w:rsidRDefault="00A32617">
            <w:r>
              <w:rPr>
                <w:sz w:val="18"/>
              </w:rPr>
              <w:t>3813</w:t>
            </w:r>
          </w:p>
        </w:tc>
        <w:tc>
          <w:tcPr>
            <w:tcW w:w="1156" w:type="dxa"/>
          </w:tcPr>
          <w:p w14:paraId="427FA36F" w14:textId="77777777" w:rsidR="00540B47" w:rsidRDefault="00A32617">
            <w:r>
              <w:rPr>
                <w:sz w:val="18"/>
              </w:rPr>
              <w:t>MACN</w:t>
            </w:r>
          </w:p>
        </w:tc>
        <w:tc>
          <w:tcPr>
            <w:tcW w:w="1126" w:type="dxa"/>
          </w:tcPr>
          <w:p w14:paraId="35ADB3B0" w14:textId="77777777" w:rsidR="00540B47" w:rsidRDefault="00A32617">
            <w:r>
              <w:rPr>
                <w:i/>
                <w:sz w:val="18"/>
              </w:rPr>
              <w:t>Z. capensis</w:t>
            </w:r>
          </w:p>
        </w:tc>
        <w:tc>
          <w:tcPr>
            <w:tcW w:w="977" w:type="dxa"/>
          </w:tcPr>
          <w:p w14:paraId="63D34306" w14:textId="77777777" w:rsidR="00540B47" w:rsidRDefault="00A32617">
            <w:r>
              <w:rPr>
                <w:sz w:val="18"/>
              </w:rPr>
              <w:t>-47.7444</w:t>
            </w:r>
          </w:p>
        </w:tc>
        <w:tc>
          <w:tcPr>
            <w:tcW w:w="1107" w:type="dxa"/>
          </w:tcPr>
          <w:p w14:paraId="3ABF2016" w14:textId="77777777" w:rsidR="00540B47" w:rsidRDefault="00A32617">
            <w:r>
              <w:rPr>
                <w:sz w:val="18"/>
              </w:rPr>
              <w:t>-65.9609</w:t>
            </w:r>
          </w:p>
        </w:tc>
        <w:tc>
          <w:tcPr>
            <w:tcW w:w="1156" w:type="dxa"/>
          </w:tcPr>
          <w:p w14:paraId="513EBCD7" w14:textId="77777777" w:rsidR="00540B47" w:rsidRDefault="00A32617">
            <w:r>
              <w:rPr>
                <w:sz w:val="18"/>
              </w:rPr>
              <w:t>2025-11-13</w:t>
            </w:r>
          </w:p>
        </w:tc>
        <w:tc>
          <w:tcPr>
            <w:tcW w:w="727" w:type="dxa"/>
          </w:tcPr>
          <w:p w14:paraId="6EDF5D91" w14:textId="77777777" w:rsidR="00540B47" w:rsidRDefault="00A32617">
            <w:r>
              <w:rPr>
                <w:sz w:val="18"/>
              </w:rPr>
              <w:t>07:27</w:t>
            </w:r>
          </w:p>
        </w:tc>
        <w:tc>
          <w:tcPr>
            <w:tcW w:w="1561" w:type="dxa"/>
          </w:tcPr>
          <w:p w14:paraId="0A157F3C" w14:textId="77777777" w:rsidR="00540B47" w:rsidRDefault="00A32617">
            <w:r>
              <w:rPr>
                <w:sz w:val="18"/>
              </w:rPr>
              <w:t>Pablo L. Tubaro</w:t>
            </w:r>
          </w:p>
        </w:tc>
      </w:tr>
      <w:tr w:rsidR="00540B47" w14:paraId="3C4A0A96" w14:textId="77777777" w:rsidTr="00DD565D">
        <w:tc>
          <w:tcPr>
            <w:tcW w:w="942" w:type="dxa"/>
          </w:tcPr>
          <w:p w14:paraId="37EA702F" w14:textId="77777777" w:rsidR="00540B47" w:rsidRDefault="00A32617">
            <w:r>
              <w:rPr>
                <w:sz w:val="18"/>
              </w:rPr>
              <w:t>3814</w:t>
            </w:r>
          </w:p>
        </w:tc>
        <w:tc>
          <w:tcPr>
            <w:tcW w:w="1156" w:type="dxa"/>
          </w:tcPr>
          <w:p w14:paraId="37DE9451" w14:textId="77777777" w:rsidR="00540B47" w:rsidRDefault="00A32617">
            <w:r>
              <w:rPr>
                <w:sz w:val="18"/>
              </w:rPr>
              <w:t>MACN</w:t>
            </w:r>
          </w:p>
        </w:tc>
        <w:tc>
          <w:tcPr>
            <w:tcW w:w="1126" w:type="dxa"/>
          </w:tcPr>
          <w:p w14:paraId="70ECA7B6" w14:textId="77777777" w:rsidR="00540B47" w:rsidRDefault="00A32617">
            <w:r>
              <w:rPr>
                <w:i/>
                <w:sz w:val="18"/>
              </w:rPr>
              <w:t>Z. capensis</w:t>
            </w:r>
          </w:p>
        </w:tc>
        <w:tc>
          <w:tcPr>
            <w:tcW w:w="977" w:type="dxa"/>
          </w:tcPr>
          <w:p w14:paraId="41EAEB7A" w14:textId="77777777" w:rsidR="00540B47" w:rsidRDefault="00A32617">
            <w:r>
              <w:rPr>
                <w:sz w:val="18"/>
              </w:rPr>
              <w:t>-47.7499</w:t>
            </w:r>
          </w:p>
        </w:tc>
        <w:tc>
          <w:tcPr>
            <w:tcW w:w="1107" w:type="dxa"/>
          </w:tcPr>
          <w:p w14:paraId="6C58729F" w14:textId="77777777" w:rsidR="00540B47" w:rsidRDefault="00A32617">
            <w:r>
              <w:rPr>
                <w:sz w:val="18"/>
              </w:rPr>
              <w:t>-65.8603</w:t>
            </w:r>
          </w:p>
        </w:tc>
        <w:tc>
          <w:tcPr>
            <w:tcW w:w="1156" w:type="dxa"/>
          </w:tcPr>
          <w:p w14:paraId="18322CA9" w14:textId="77777777" w:rsidR="00540B47" w:rsidRDefault="00A32617">
            <w:r>
              <w:rPr>
                <w:sz w:val="18"/>
              </w:rPr>
              <w:t>2025-11-13</w:t>
            </w:r>
          </w:p>
        </w:tc>
        <w:tc>
          <w:tcPr>
            <w:tcW w:w="727" w:type="dxa"/>
          </w:tcPr>
          <w:p w14:paraId="57E7FC47" w14:textId="77777777" w:rsidR="00540B47" w:rsidRDefault="00A32617">
            <w:r>
              <w:rPr>
                <w:sz w:val="18"/>
              </w:rPr>
              <w:t>08:08</w:t>
            </w:r>
          </w:p>
        </w:tc>
        <w:tc>
          <w:tcPr>
            <w:tcW w:w="1561" w:type="dxa"/>
          </w:tcPr>
          <w:p w14:paraId="79C60210" w14:textId="77777777" w:rsidR="00540B47" w:rsidRDefault="00A32617">
            <w:r>
              <w:rPr>
                <w:sz w:val="18"/>
              </w:rPr>
              <w:t>Pablo L. Tubaro</w:t>
            </w:r>
          </w:p>
        </w:tc>
      </w:tr>
      <w:tr w:rsidR="00540B47" w14:paraId="714CCC9B" w14:textId="77777777" w:rsidTr="00DD565D">
        <w:tc>
          <w:tcPr>
            <w:tcW w:w="942" w:type="dxa"/>
          </w:tcPr>
          <w:p w14:paraId="7F84F02F" w14:textId="77777777" w:rsidR="00540B47" w:rsidRDefault="00A32617">
            <w:r>
              <w:rPr>
                <w:sz w:val="18"/>
              </w:rPr>
              <w:t>3815</w:t>
            </w:r>
          </w:p>
        </w:tc>
        <w:tc>
          <w:tcPr>
            <w:tcW w:w="1156" w:type="dxa"/>
          </w:tcPr>
          <w:p w14:paraId="29FF3728" w14:textId="77777777" w:rsidR="00540B47" w:rsidRDefault="00A32617">
            <w:r>
              <w:rPr>
                <w:sz w:val="18"/>
              </w:rPr>
              <w:t>MACN</w:t>
            </w:r>
          </w:p>
        </w:tc>
        <w:tc>
          <w:tcPr>
            <w:tcW w:w="1126" w:type="dxa"/>
          </w:tcPr>
          <w:p w14:paraId="3EF3CB94" w14:textId="77777777" w:rsidR="00540B47" w:rsidRDefault="00A32617">
            <w:r>
              <w:rPr>
                <w:i/>
                <w:sz w:val="18"/>
              </w:rPr>
              <w:t>Z. capensis</w:t>
            </w:r>
          </w:p>
        </w:tc>
        <w:tc>
          <w:tcPr>
            <w:tcW w:w="977" w:type="dxa"/>
          </w:tcPr>
          <w:p w14:paraId="29D5C2A3" w14:textId="77777777" w:rsidR="00540B47" w:rsidRDefault="00A32617">
            <w:r>
              <w:rPr>
                <w:sz w:val="18"/>
              </w:rPr>
              <w:t>-47.7510</w:t>
            </w:r>
          </w:p>
        </w:tc>
        <w:tc>
          <w:tcPr>
            <w:tcW w:w="1107" w:type="dxa"/>
          </w:tcPr>
          <w:p w14:paraId="0898A0D7" w14:textId="77777777" w:rsidR="00540B47" w:rsidRDefault="00A32617">
            <w:r>
              <w:rPr>
                <w:sz w:val="18"/>
              </w:rPr>
              <w:t>-65.8660</w:t>
            </w:r>
          </w:p>
        </w:tc>
        <w:tc>
          <w:tcPr>
            <w:tcW w:w="1156" w:type="dxa"/>
          </w:tcPr>
          <w:p w14:paraId="625EFF5E" w14:textId="77777777" w:rsidR="00540B47" w:rsidRDefault="00A32617">
            <w:r>
              <w:rPr>
                <w:sz w:val="18"/>
              </w:rPr>
              <w:t>2025-11-13</w:t>
            </w:r>
          </w:p>
        </w:tc>
        <w:tc>
          <w:tcPr>
            <w:tcW w:w="727" w:type="dxa"/>
          </w:tcPr>
          <w:p w14:paraId="717799E1" w14:textId="77777777" w:rsidR="00540B47" w:rsidRDefault="00A32617">
            <w:r>
              <w:rPr>
                <w:sz w:val="18"/>
              </w:rPr>
              <w:t>08:12</w:t>
            </w:r>
          </w:p>
        </w:tc>
        <w:tc>
          <w:tcPr>
            <w:tcW w:w="1561" w:type="dxa"/>
          </w:tcPr>
          <w:p w14:paraId="145739B0" w14:textId="77777777" w:rsidR="00540B47" w:rsidRDefault="00A32617">
            <w:r>
              <w:rPr>
                <w:sz w:val="18"/>
              </w:rPr>
              <w:t>Pablo L. Tubaro</w:t>
            </w:r>
          </w:p>
        </w:tc>
      </w:tr>
      <w:tr w:rsidR="00540B47" w14:paraId="0BDD34E9" w14:textId="77777777" w:rsidTr="00DD565D">
        <w:tc>
          <w:tcPr>
            <w:tcW w:w="942" w:type="dxa"/>
          </w:tcPr>
          <w:p w14:paraId="2A5254F0" w14:textId="77777777" w:rsidR="00540B47" w:rsidRDefault="00A32617">
            <w:r>
              <w:rPr>
                <w:sz w:val="18"/>
              </w:rPr>
              <w:t>3816</w:t>
            </w:r>
          </w:p>
        </w:tc>
        <w:tc>
          <w:tcPr>
            <w:tcW w:w="1156" w:type="dxa"/>
          </w:tcPr>
          <w:p w14:paraId="33915421" w14:textId="77777777" w:rsidR="00540B47" w:rsidRDefault="00A32617">
            <w:r>
              <w:rPr>
                <w:sz w:val="18"/>
              </w:rPr>
              <w:t>MACN</w:t>
            </w:r>
          </w:p>
        </w:tc>
        <w:tc>
          <w:tcPr>
            <w:tcW w:w="1126" w:type="dxa"/>
          </w:tcPr>
          <w:p w14:paraId="695540C4" w14:textId="77777777" w:rsidR="00540B47" w:rsidRDefault="00A32617">
            <w:r>
              <w:rPr>
                <w:i/>
                <w:sz w:val="18"/>
              </w:rPr>
              <w:t>Z. capensis</w:t>
            </w:r>
          </w:p>
        </w:tc>
        <w:tc>
          <w:tcPr>
            <w:tcW w:w="977" w:type="dxa"/>
          </w:tcPr>
          <w:p w14:paraId="06A283B0" w14:textId="77777777" w:rsidR="00540B47" w:rsidRDefault="00A32617">
            <w:r>
              <w:rPr>
                <w:sz w:val="18"/>
              </w:rPr>
              <w:t>-47.7424</w:t>
            </w:r>
          </w:p>
        </w:tc>
        <w:tc>
          <w:tcPr>
            <w:tcW w:w="1107" w:type="dxa"/>
          </w:tcPr>
          <w:p w14:paraId="23A29A4E" w14:textId="77777777" w:rsidR="00540B47" w:rsidRDefault="00A32617">
            <w:r>
              <w:rPr>
                <w:sz w:val="18"/>
              </w:rPr>
              <w:t>-65.8558</w:t>
            </w:r>
          </w:p>
        </w:tc>
        <w:tc>
          <w:tcPr>
            <w:tcW w:w="1156" w:type="dxa"/>
          </w:tcPr>
          <w:p w14:paraId="300671FC" w14:textId="77777777" w:rsidR="00540B47" w:rsidRDefault="00A32617">
            <w:r>
              <w:rPr>
                <w:sz w:val="18"/>
              </w:rPr>
              <w:t>2025-11-13</w:t>
            </w:r>
          </w:p>
        </w:tc>
        <w:tc>
          <w:tcPr>
            <w:tcW w:w="727" w:type="dxa"/>
          </w:tcPr>
          <w:p w14:paraId="024FAD9D" w14:textId="77777777" w:rsidR="00540B47" w:rsidRDefault="00A32617">
            <w:r>
              <w:rPr>
                <w:sz w:val="18"/>
              </w:rPr>
              <w:t>08:18</w:t>
            </w:r>
          </w:p>
        </w:tc>
        <w:tc>
          <w:tcPr>
            <w:tcW w:w="1561" w:type="dxa"/>
          </w:tcPr>
          <w:p w14:paraId="45C40413" w14:textId="77777777" w:rsidR="00540B47" w:rsidRDefault="00A32617">
            <w:r>
              <w:rPr>
                <w:sz w:val="18"/>
              </w:rPr>
              <w:t>Pablo L. Tubaro</w:t>
            </w:r>
          </w:p>
        </w:tc>
      </w:tr>
      <w:tr w:rsidR="00540B47" w14:paraId="7F72993B" w14:textId="77777777" w:rsidTr="00DD565D">
        <w:tc>
          <w:tcPr>
            <w:tcW w:w="942" w:type="dxa"/>
          </w:tcPr>
          <w:p w14:paraId="40437742" w14:textId="77777777" w:rsidR="00540B47" w:rsidRDefault="00A32617">
            <w:r>
              <w:rPr>
                <w:sz w:val="18"/>
              </w:rPr>
              <w:t>3817</w:t>
            </w:r>
          </w:p>
        </w:tc>
        <w:tc>
          <w:tcPr>
            <w:tcW w:w="1156" w:type="dxa"/>
          </w:tcPr>
          <w:p w14:paraId="7742E3AF" w14:textId="77777777" w:rsidR="00540B47" w:rsidRDefault="00A32617">
            <w:r>
              <w:rPr>
                <w:sz w:val="18"/>
              </w:rPr>
              <w:t>MACN</w:t>
            </w:r>
          </w:p>
        </w:tc>
        <w:tc>
          <w:tcPr>
            <w:tcW w:w="1126" w:type="dxa"/>
          </w:tcPr>
          <w:p w14:paraId="5C25A011" w14:textId="77777777" w:rsidR="00540B47" w:rsidRDefault="00A32617">
            <w:r>
              <w:rPr>
                <w:i/>
                <w:sz w:val="18"/>
              </w:rPr>
              <w:t>Z. capensis</w:t>
            </w:r>
          </w:p>
        </w:tc>
        <w:tc>
          <w:tcPr>
            <w:tcW w:w="977" w:type="dxa"/>
          </w:tcPr>
          <w:p w14:paraId="2A7A90CE" w14:textId="77777777" w:rsidR="00540B47" w:rsidRDefault="00A32617">
            <w:r>
              <w:rPr>
                <w:sz w:val="18"/>
              </w:rPr>
              <w:t>-47.7412</w:t>
            </w:r>
          </w:p>
        </w:tc>
        <w:tc>
          <w:tcPr>
            <w:tcW w:w="1107" w:type="dxa"/>
          </w:tcPr>
          <w:p w14:paraId="3B120681" w14:textId="77777777" w:rsidR="00540B47" w:rsidRDefault="00A32617">
            <w:r>
              <w:rPr>
                <w:sz w:val="18"/>
              </w:rPr>
              <w:t>-65.8589</w:t>
            </w:r>
          </w:p>
        </w:tc>
        <w:tc>
          <w:tcPr>
            <w:tcW w:w="1156" w:type="dxa"/>
          </w:tcPr>
          <w:p w14:paraId="3D904A45" w14:textId="77777777" w:rsidR="00540B47" w:rsidRDefault="00A32617">
            <w:r>
              <w:rPr>
                <w:sz w:val="18"/>
              </w:rPr>
              <w:t>2025-11-13</w:t>
            </w:r>
          </w:p>
        </w:tc>
        <w:tc>
          <w:tcPr>
            <w:tcW w:w="727" w:type="dxa"/>
          </w:tcPr>
          <w:p w14:paraId="637E16E0" w14:textId="77777777" w:rsidR="00540B47" w:rsidRDefault="00A32617">
            <w:r>
              <w:rPr>
                <w:sz w:val="18"/>
              </w:rPr>
              <w:t>08:30</w:t>
            </w:r>
          </w:p>
        </w:tc>
        <w:tc>
          <w:tcPr>
            <w:tcW w:w="1561" w:type="dxa"/>
          </w:tcPr>
          <w:p w14:paraId="77407919" w14:textId="77777777" w:rsidR="00540B47" w:rsidRDefault="00A32617">
            <w:r>
              <w:rPr>
                <w:sz w:val="18"/>
              </w:rPr>
              <w:t>Pablo L. Tubaro</w:t>
            </w:r>
          </w:p>
        </w:tc>
      </w:tr>
      <w:tr w:rsidR="00540B47" w14:paraId="25E4D54B" w14:textId="77777777" w:rsidTr="00DD565D">
        <w:tc>
          <w:tcPr>
            <w:tcW w:w="942" w:type="dxa"/>
          </w:tcPr>
          <w:p w14:paraId="6A6D7507" w14:textId="77777777" w:rsidR="00540B47" w:rsidRDefault="00A32617">
            <w:r>
              <w:rPr>
                <w:sz w:val="18"/>
              </w:rPr>
              <w:t>3818</w:t>
            </w:r>
          </w:p>
        </w:tc>
        <w:tc>
          <w:tcPr>
            <w:tcW w:w="1156" w:type="dxa"/>
          </w:tcPr>
          <w:p w14:paraId="042F6C7B" w14:textId="77777777" w:rsidR="00540B47" w:rsidRDefault="00A32617">
            <w:r>
              <w:rPr>
                <w:sz w:val="18"/>
              </w:rPr>
              <w:t>MACN</w:t>
            </w:r>
          </w:p>
        </w:tc>
        <w:tc>
          <w:tcPr>
            <w:tcW w:w="1126" w:type="dxa"/>
          </w:tcPr>
          <w:p w14:paraId="2A61637B" w14:textId="77777777" w:rsidR="00540B47" w:rsidRDefault="00A32617">
            <w:r>
              <w:rPr>
                <w:i/>
                <w:sz w:val="18"/>
              </w:rPr>
              <w:t>Z. capensis</w:t>
            </w:r>
          </w:p>
        </w:tc>
        <w:tc>
          <w:tcPr>
            <w:tcW w:w="977" w:type="dxa"/>
          </w:tcPr>
          <w:p w14:paraId="75323362" w14:textId="77777777" w:rsidR="00540B47" w:rsidRDefault="00A32617">
            <w:r>
              <w:rPr>
                <w:sz w:val="18"/>
              </w:rPr>
              <w:t>-47.7351</w:t>
            </w:r>
          </w:p>
        </w:tc>
        <w:tc>
          <w:tcPr>
            <w:tcW w:w="1107" w:type="dxa"/>
          </w:tcPr>
          <w:p w14:paraId="21EA1E4E" w14:textId="77777777" w:rsidR="00540B47" w:rsidRDefault="00A32617">
            <w:r>
              <w:rPr>
                <w:sz w:val="18"/>
              </w:rPr>
              <w:t>-65.8527</w:t>
            </w:r>
          </w:p>
        </w:tc>
        <w:tc>
          <w:tcPr>
            <w:tcW w:w="1156" w:type="dxa"/>
          </w:tcPr>
          <w:p w14:paraId="2D9958CC" w14:textId="77777777" w:rsidR="00540B47" w:rsidRDefault="00A32617">
            <w:r>
              <w:rPr>
                <w:sz w:val="18"/>
              </w:rPr>
              <w:t>2025-11-13</w:t>
            </w:r>
          </w:p>
        </w:tc>
        <w:tc>
          <w:tcPr>
            <w:tcW w:w="727" w:type="dxa"/>
          </w:tcPr>
          <w:p w14:paraId="6EF0685E" w14:textId="77777777" w:rsidR="00540B47" w:rsidRDefault="00A32617">
            <w:r>
              <w:rPr>
                <w:sz w:val="18"/>
              </w:rPr>
              <w:t>08:34</w:t>
            </w:r>
          </w:p>
        </w:tc>
        <w:tc>
          <w:tcPr>
            <w:tcW w:w="1561" w:type="dxa"/>
          </w:tcPr>
          <w:p w14:paraId="17E0CB52" w14:textId="77777777" w:rsidR="00540B47" w:rsidRDefault="00A32617">
            <w:r>
              <w:rPr>
                <w:sz w:val="18"/>
              </w:rPr>
              <w:t>Pablo L. Tubaro</w:t>
            </w:r>
          </w:p>
        </w:tc>
      </w:tr>
      <w:tr w:rsidR="00540B47" w14:paraId="3BE8402F" w14:textId="77777777" w:rsidTr="00DD565D">
        <w:tc>
          <w:tcPr>
            <w:tcW w:w="942" w:type="dxa"/>
          </w:tcPr>
          <w:p w14:paraId="56D7632E" w14:textId="77777777" w:rsidR="00540B47" w:rsidRDefault="00A32617">
            <w:r>
              <w:rPr>
                <w:sz w:val="18"/>
              </w:rPr>
              <w:t>3819</w:t>
            </w:r>
          </w:p>
        </w:tc>
        <w:tc>
          <w:tcPr>
            <w:tcW w:w="1156" w:type="dxa"/>
          </w:tcPr>
          <w:p w14:paraId="2004B9C0" w14:textId="77777777" w:rsidR="00540B47" w:rsidRDefault="00A32617">
            <w:r>
              <w:rPr>
                <w:sz w:val="18"/>
              </w:rPr>
              <w:t>MACN</w:t>
            </w:r>
          </w:p>
        </w:tc>
        <w:tc>
          <w:tcPr>
            <w:tcW w:w="1126" w:type="dxa"/>
          </w:tcPr>
          <w:p w14:paraId="7056ACA6" w14:textId="77777777" w:rsidR="00540B47" w:rsidRDefault="00A32617">
            <w:r>
              <w:rPr>
                <w:i/>
                <w:sz w:val="18"/>
              </w:rPr>
              <w:t>Z. capensis</w:t>
            </w:r>
          </w:p>
        </w:tc>
        <w:tc>
          <w:tcPr>
            <w:tcW w:w="977" w:type="dxa"/>
          </w:tcPr>
          <w:p w14:paraId="482A5B75" w14:textId="77777777" w:rsidR="00540B47" w:rsidRDefault="00A32617">
            <w:r>
              <w:rPr>
                <w:sz w:val="18"/>
              </w:rPr>
              <w:t>-47.7351</w:t>
            </w:r>
          </w:p>
        </w:tc>
        <w:tc>
          <w:tcPr>
            <w:tcW w:w="1107" w:type="dxa"/>
          </w:tcPr>
          <w:p w14:paraId="1C037AC9" w14:textId="77777777" w:rsidR="00540B47" w:rsidRDefault="00A32617">
            <w:r>
              <w:rPr>
                <w:sz w:val="18"/>
              </w:rPr>
              <w:t>-65.8527</w:t>
            </w:r>
          </w:p>
        </w:tc>
        <w:tc>
          <w:tcPr>
            <w:tcW w:w="1156" w:type="dxa"/>
          </w:tcPr>
          <w:p w14:paraId="4C8A3E58" w14:textId="77777777" w:rsidR="00540B47" w:rsidRDefault="00A32617">
            <w:r>
              <w:rPr>
                <w:sz w:val="18"/>
              </w:rPr>
              <w:t>2025-11-13</w:t>
            </w:r>
          </w:p>
        </w:tc>
        <w:tc>
          <w:tcPr>
            <w:tcW w:w="727" w:type="dxa"/>
          </w:tcPr>
          <w:p w14:paraId="6E86A130" w14:textId="77777777" w:rsidR="00540B47" w:rsidRDefault="00A32617">
            <w:r>
              <w:rPr>
                <w:sz w:val="18"/>
              </w:rPr>
              <w:t>08:39</w:t>
            </w:r>
          </w:p>
        </w:tc>
        <w:tc>
          <w:tcPr>
            <w:tcW w:w="1561" w:type="dxa"/>
          </w:tcPr>
          <w:p w14:paraId="3DE2ABDE" w14:textId="77777777" w:rsidR="00540B47" w:rsidRDefault="00A32617">
            <w:r>
              <w:rPr>
                <w:sz w:val="18"/>
              </w:rPr>
              <w:t>Pablo L. Tubaro</w:t>
            </w:r>
          </w:p>
        </w:tc>
      </w:tr>
      <w:tr w:rsidR="00540B47" w14:paraId="7BAF2B31" w14:textId="77777777" w:rsidTr="00DD565D">
        <w:tc>
          <w:tcPr>
            <w:tcW w:w="942" w:type="dxa"/>
          </w:tcPr>
          <w:p w14:paraId="57F3316D" w14:textId="77777777" w:rsidR="00540B47" w:rsidRDefault="00A32617">
            <w:r>
              <w:rPr>
                <w:sz w:val="18"/>
              </w:rPr>
              <w:t>3820</w:t>
            </w:r>
          </w:p>
        </w:tc>
        <w:tc>
          <w:tcPr>
            <w:tcW w:w="1156" w:type="dxa"/>
          </w:tcPr>
          <w:p w14:paraId="27BC0116" w14:textId="77777777" w:rsidR="00540B47" w:rsidRDefault="00A32617">
            <w:r>
              <w:rPr>
                <w:sz w:val="18"/>
              </w:rPr>
              <w:t>MACN</w:t>
            </w:r>
          </w:p>
        </w:tc>
        <w:tc>
          <w:tcPr>
            <w:tcW w:w="1126" w:type="dxa"/>
          </w:tcPr>
          <w:p w14:paraId="72825E57" w14:textId="77777777" w:rsidR="00540B47" w:rsidRDefault="00A32617">
            <w:r>
              <w:rPr>
                <w:i/>
                <w:sz w:val="18"/>
              </w:rPr>
              <w:t>Z. capensis</w:t>
            </w:r>
          </w:p>
        </w:tc>
        <w:tc>
          <w:tcPr>
            <w:tcW w:w="977" w:type="dxa"/>
          </w:tcPr>
          <w:p w14:paraId="0E6A1609" w14:textId="77777777" w:rsidR="00540B47" w:rsidRDefault="00A32617">
            <w:r>
              <w:rPr>
                <w:sz w:val="18"/>
              </w:rPr>
              <w:t>-47.7190</w:t>
            </w:r>
          </w:p>
        </w:tc>
        <w:tc>
          <w:tcPr>
            <w:tcW w:w="1107" w:type="dxa"/>
          </w:tcPr>
          <w:p w14:paraId="16DC1670" w14:textId="77777777" w:rsidR="00540B47" w:rsidRDefault="00A32617">
            <w:r>
              <w:rPr>
                <w:sz w:val="18"/>
              </w:rPr>
              <w:t>-65.8420</w:t>
            </w:r>
          </w:p>
        </w:tc>
        <w:tc>
          <w:tcPr>
            <w:tcW w:w="1156" w:type="dxa"/>
          </w:tcPr>
          <w:p w14:paraId="14557EE3" w14:textId="77777777" w:rsidR="00540B47" w:rsidRDefault="00A32617">
            <w:r>
              <w:rPr>
                <w:sz w:val="18"/>
              </w:rPr>
              <w:t>2025-11-13</w:t>
            </w:r>
          </w:p>
        </w:tc>
        <w:tc>
          <w:tcPr>
            <w:tcW w:w="727" w:type="dxa"/>
          </w:tcPr>
          <w:p w14:paraId="2EF186C9" w14:textId="77777777" w:rsidR="00540B47" w:rsidRDefault="00A32617">
            <w:r>
              <w:rPr>
                <w:sz w:val="18"/>
              </w:rPr>
              <w:t>08:45</w:t>
            </w:r>
          </w:p>
        </w:tc>
        <w:tc>
          <w:tcPr>
            <w:tcW w:w="1561" w:type="dxa"/>
          </w:tcPr>
          <w:p w14:paraId="02CC88F7" w14:textId="77777777" w:rsidR="00540B47" w:rsidRDefault="00A32617">
            <w:r>
              <w:rPr>
                <w:sz w:val="18"/>
              </w:rPr>
              <w:t>Pablo L. Tubaro</w:t>
            </w:r>
          </w:p>
        </w:tc>
      </w:tr>
      <w:tr w:rsidR="00540B47" w14:paraId="516AE1EF" w14:textId="77777777" w:rsidTr="00DD565D">
        <w:tc>
          <w:tcPr>
            <w:tcW w:w="942" w:type="dxa"/>
          </w:tcPr>
          <w:p w14:paraId="0A18F13D" w14:textId="77777777" w:rsidR="00540B47" w:rsidRDefault="00A32617">
            <w:r>
              <w:rPr>
                <w:sz w:val="18"/>
              </w:rPr>
              <w:t>3821</w:t>
            </w:r>
          </w:p>
        </w:tc>
        <w:tc>
          <w:tcPr>
            <w:tcW w:w="1156" w:type="dxa"/>
          </w:tcPr>
          <w:p w14:paraId="79EB7411" w14:textId="77777777" w:rsidR="00540B47" w:rsidRDefault="00A32617">
            <w:r>
              <w:rPr>
                <w:sz w:val="18"/>
              </w:rPr>
              <w:t>MACN</w:t>
            </w:r>
          </w:p>
        </w:tc>
        <w:tc>
          <w:tcPr>
            <w:tcW w:w="1126" w:type="dxa"/>
          </w:tcPr>
          <w:p w14:paraId="58D0B83F" w14:textId="77777777" w:rsidR="00540B47" w:rsidRDefault="00A32617">
            <w:r>
              <w:rPr>
                <w:i/>
                <w:sz w:val="18"/>
              </w:rPr>
              <w:t>Z. capensis</w:t>
            </w:r>
          </w:p>
        </w:tc>
        <w:tc>
          <w:tcPr>
            <w:tcW w:w="977" w:type="dxa"/>
          </w:tcPr>
          <w:p w14:paraId="5A391D54" w14:textId="77777777" w:rsidR="00540B47" w:rsidRDefault="00A32617">
            <w:r>
              <w:rPr>
                <w:sz w:val="18"/>
              </w:rPr>
              <w:t>-47.6860</w:t>
            </w:r>
          </w:p>
        </w:tc>
        <w:tc>
          <w:tcPr>
            <w:tcW w:w="1107" w:type="dxa"/>
          </w:tcPr>
          <w:p w14:paraId="5C27148D" w14:textId="77777777" w:rsidR="00540B47" w:rsidRDefault="00A32617">
            <w:r>
              <w:rPr>
                <w:sz w:val="18"/>
              </w:rPr>
              <w:t>-65.8310</w:t>
            </w:r>
          </w:p>
        </w:tc>
        <w:tc>
          <w:tcPr>
            <w:tcW w:w="1156" w:type="dxa"/>
          </w:tcPr>
          <w:p w14:paraId="624C5AC9" w14:textId="77777777" w:rsidR="00540B47" w:rsidRDefault="00A32617">
            <w:r>
              <w:rPr>
                <w:sz w:val="18"/>
              </w:rPr>
              <w:t>2025-11-13</w:t>
            </w:r>
          </w:p>
        </w:tc>
        <w:tc>
          <w:tcPr>
            <w:tcW w:w="727" w:type="dxa"/>
          </w:tcPr>
          <w:p w14:paraId="2643AAA3" w14:textId="77777777" w:rsidR="00540B47" w:rsidRDefault="00A32617">
            <w:r>
              <w:rPr>
                <w:sz w:val="18"/>
              </w:rPr>
              <w:t>09:23</w:t>
            </w:r>
          </w:p>
        </w:tc>
        <w:tc>
          <w:tcPr>
            <w:tcW w:w="1561" w:type="dxa"/>
          </w:tcPr>
          <w:p w14:paraId="0CF5EBFC" w14:textId="77777777" w:rsidR="00540B47" w:rsidRDefault="00A32617">
            <w:r>
              <w:rPr>
                <w:sz w:val="18"/>
              </w:rPr>
              <w:t>Pablo L. Tubaro</w:t>
            </w:r>
          </w:p>
        </w:tc>
      </w:tr>
      <w:tr w:rsidR="00540B47" w14:paraId="7908A819" w14:textId="77777777" w:rsidTr="00DD565D">
        <w:tc>
          <w:tcPr>
            <w:tcW w:w="942" w:type="dxa"/>
          </w:tcPr>
          <w:p w14:paraId="0C6A814B" w14:textId="77777777" w:rsidR="00540B47" w:rsidRDefault="00A32617">
            <w:r>
              <w:rPr>
                <w:sz w:val="18"/>
              </w:rPr>
              <w:t>3822</w:t>
            </w:r>
          </w:p>
        </w:tc>
        <w:tc>
          <w:tcPr>
            <w:tcW w:w="1156" w:type="dxa"/>
          </w:tcPr>
          <w:p w14:paraId="6CEECA33" w14:textId="77777777" w:rsidR="00540B47" w:rsidRDefault="00A32617">
            <w:r>
              <w:rPr>
                <w:sz w:val="18"/>
              </w:rPr>
              <w:t>MACN</w:t>
            </w:r>
          </w:p>
        </w:tc>
        <w:tc>
          <w:tcPr>
            <w:tcW w:w="1126" w:type="dxa"/>
          </w:tcPr>
          <w:p w14:paraId="1FCFE9F6" w14:textId="77777777" w:rsidR="00540B47" w:rsidRDefault="00A32617">
            <w:r>
              <w:rPr>
                <w:i/>
                <w:sz w:val="18"/>
              </w:rPr>
              <w:t>Z. capensis</w:t>
            </w:r>
          </w:p>
        </w:tc>
        <w:tc>
          <w:tcPr>
            <w:tcW w:w="977" w:type="dxa"/>
          </w:tcPr>
          <w:p w14:paraId="064F3758" w14:textId="77777777" w:rsidR="00540B47" w:rsidRDefault="00A32617">
            <w:r>
              <w:rPr>
                <w:sz w:val="18"/>
              </w:rPr>
              <w:t>-47.7333</w:t>
            </w:r>
          </w:p>
        </w:tc>
        <w:tc>
          <w:tcPr>
            <w:tcW w:w="1107" w:type="dxa"/>
          </w:tcPr>
          <w:p w14:paraId="280AEE8E" w14:textId="77777777" w:rsidR="00540B47" w:rsidRDefault="00A32617">
            <w:r>
              <w:rPr>
                <w:sz w:val="18"/>
              </w:rPr>
              <w:t>-65.9070</w:t>
            </w:r>
          </w:p>
        </w:tc>
        <w:tc>
          <w:tcPr>
            <w:tcW w:w="1156" w:type="dxa"/>
          </w:tcPr>
          <w:p w14:paraId="466E9148" w14:textId="77777777" w:rsidR="00540B47" w:rsidRDefault="00A32617">
            <w:r>
              <w:rPr>
                <w:sz w:val="18"/>
              </w:rPr>
              <w:t>2025-11-13</w:t>
            </w:r>
          </w:p>
        </w:tc>
        <w:tc>
          <w:tcPr>
            <w:tcW w:w="727" w:type="dxa"/>
          </w:tcPr>
          <w:p w14:paraId="1AC84CE0" w14:textId="77777777" w:rsidR="00540B47" w:rsidRDefault="00A32617">
            <w:r>
              <w:rPr>
                <w:sz w:val="18"/>
              </w:rPr>
              <w:t>09:49</w:t>
            </w:r>
          </w:p>
        </w:tc>
        <w:tc>
          <w:tcPr>
            <w:tcW w:w="1561" w:type="dxa"/>
          </w:tcPr>
          <w:p w14:paraId="1139FF6D" w14:textId="77777777" w:rsidR="00540B47" w:rsidRDefault="00A32617">
            <w:r>
              <w:rPr>
                <w:sz w:val="18"/>
              </w:rPr>
              <w:t>Pablo L. Tubaro</w:t>
            </w:r>
          </w:p>
        </w:tc>
      </w:tr>
      <w:tr w:rsidR="00540B47" w14:paraId="6EA927ED" w14:textId="77777777" w:rsidTr="00DD565D">
        <w:tc>
          <w:tcPr>
            <w:tcW w:w="942" w:type="dxa"/>
          </w:tcPr>
          <w:p w14:paraId="5C25CD6D" w14:textId="77777777" w:rsidR="00540B47" w:rsidRDefault="00A32617">
            <w:r>
              <w:rPr>
                <w:sz w:val="18"/>
              </w:rPr>
              <w:t>3823</w:t>
            </w:r>
          </w:p>
        </w:tc>
        <w:tc>
          <w:tcPr>
            <w:tcW w:w="1156" w:type="dxa"/>
          </w:tcPr>
          <w:p w14:paraId="3146C2AA" w14:textId="77777777" w:rsidR="00540B47" w:rsidRDefault="00A32617">
            <w:r>
              <w:rPr>
                <w:sz w:val="18"/>
              </w:rPr>
              <w:t>MACN</w:t>
            </w:r>
          </w:p>
        </w:tc>
        <w:tc>
          <w:tcPr>
            <w:tcW w:w="1126" w:type="dxa"/>
          </w:tcPr>
          <w:p w14:paraId="02A6B519" w14:textId="77777777" w:rsidR="00540B47" w:rsidRDefault="00A32617">
            <w:r>
              <w:rPr>
                <w:i/>
                <w:sz w:val="18"/>
              </w:rPr>
              <w:t>Z. capensis</w:t>
            </w:r>
          </w:p>
        </w:tc>
        <w:tc>
          <w:tcPr>
            <w:tcW w:w="977" w:type="dxa"/>
          </w:tcPr>
          <w:p w14:paraId="507E428B" w14:textId="77777777" w:rsidR="00540B47" w:rsidRDefault="00A32617">
            <w:r>
              <w:rPr>
                <w:sz w:val="18"/>
              </w:rPr>
              <w:t>-47.7333</w:t>
            </w:r>
          </w:p>
        </w:tc>
        <w:tc>
          <w:tcPr>
            <w:tcW w:w="1107" w:type="dxa"/>
          </w:tcPr>
          <w:p w14:paraId="16CBACC3" w14:textId="77777777" w:rsidR="00540B47" w:rsidRDefault="00A32617">
            <w:r>
              <w:rPr>
                <w:sz w:val="18"/>
              </w:rPr>
              <w:t>-65.9070</w:t>
            </w:r>
          </w:p>
        </w:tc>
        <w:tc>
          <w:tcPr>
            <w:tcW w:w="1156" w:type="dxa"/>
          </w:tcPr>
          <w:p w14:paraId="1EAF6C4A" w14:textId="77777777" w:rsidR="00540B47" w:rsidRDefault="00A32617">
            <w:r>
              <w:rPr>
                <w:sz w:val="18"/>
              </w:rPr>
              <w:t>2025-11-13</w:t>
            </w:r>
          </w:p>
        </w:tc>
        <w:tc>
          <w:tcPr>
            <w:tcW w:w="727" w:type="dxa"/>
          </w:tcPr>
          <w:p w14:paraId="4ADA163E" w14:textId="77777777" w:rsidR="00540B47" w:rsidRDefault="00A32617">
            <w:r>
              <w:rPr>
                <w:sz w:val="18"/>
              </w:rPr>
              <w:t>09:51</w:t>
            </w:r>
          </w:p>
        </w:tc>
        <w:tc>
          <w:tcPr>
            <w:tcW w:w="1561" w:type="dxa"/>
          </w:tcPr>
          <w:p w14:paraId="2B942DAE" w14:textId="77777777" w:rsidR="00540B47" w:rsidRDefault="00A32617">
            <w:r>
              <w:rPr>
                <w:sz w:val="18"/>
              </w:rPr>
              <w:t>Pablo L. Tubaro</w:t>
            </w:r>
          </w:p>
        </w:tc>
      </w:tr>
      <w:tr w:rsidR="00540B47" w14:paraId="5A8AE9A6" w14:textId="77777777" w:rsidTr="00DD565D">
        <w:tc>
          <w:tcPr>
            <w:tcW w:w="942" w:type="dxa"/>
          </w:tcPr>
          <w:p w14:paraId="6A6DA662" w14:textId="77777777" w:rsidR="00540B47" w:rsidRDefault="00A32617">
            <w:r>
              <w:rPr>
                <w:sz w:val="18"/>
              </w:rPr>
              <w:t>3824</w:t>
            </w:r>
          </w:p>
        </w:tc>
        <w:tc>
          <w:tcPr>
            <w:tcW w:w="1156" w:type="dxa"/>
          </w:tcPr>
          <w:p w14:paraId="0B94DE0A" w14:textId="77777777" w:rsidR="00540B47" w:rsidRDefault="00A32617">
            <w:r>
              <w:rPr>
                <w:sz w:val="18"/>
              </w:rPr>
              <w:t>MACN</w:t>
            </w:r>
          </w:p>
        </w:tc>
        <w:tc>
          <w:tcPr>
            <w:tcW w:w="1126" w:type="dxa"/>
          </w:tcPr>
          <w:p w14:paraId="6916D057" w14:textId="77777777" w:rsidR="00540B47" w:rsidRDefault="00A32617">
            <w:r>
              <w:rPr>
                <w:i/>
                <w:sz w:val="18"/>
              </w:rPr>
              <w:t>Z. capensis</w:t>
            </w:r>
          </w:p>
        </w:tc>
        <w:tc>
          <w:tcPr>
            <w:tcW w:w="977" w:type="dxa"/>
          </w:tcPr>
          <w:p w14:paraId="2B4387FA" w14:textId="77777777" w:rsidR="00540B47" w:rsidRDefault="00A32617">
            <w:r>
              <w:rPr>
                <w:sz w:val="18"/>
              </w:rPr>
              <w:t>-47.7135</w:t>
            </w:r>
          </w:p>
        </w:tc>
        <w:tc>
          <w:tcPr>
            <w:tcW w:w="1107" w:type="dxa"/>
          </w:tcPr>
          <w:p w14:paraId="58C44AA6" w14:textId="77777777" w:rsidR="00540B47" w:rsidRDefault="00A32617">
            <w:r>
              <w:rPr>
                <w:sz w:val="18"/>
              </w:rPr>
              <w:t>-65.9271</w:t>
            </w:r>
          </w:p>
        </w:tc>
        <w:tc>
          <w:tcPr>
            <w:tcW w:w="1156" w:type="dxa"/>
          </w:tcPr>
          <w:p w14:paraId="7D70B16B" w14:textId="77777777" w:rsidR="00540B47" w:rsidRDefault="00A32617">
            <w:r>
              <w:rPr>
                <w:sz w:val="18"/>
              </w:rPr>
              <w:t>2025-11-13</w:t>
            </w:r>
          </w:p>
        </w:tc>
        <w:tc>
          <w:tcPr>
            <w:tcW w:w="727" w:type="dxa"/>
          </w:tcPr>
          <w:p w14:paraId="67536462" w14:textId="77777777" w:rsidR="00540B47" w:rsidRDefault="00A32617">
            <w:r>
              <w:rPr>
                <w:sz w:val="18"/>
              </w:rPr>
              <w:t>10:03</w:t>
            </w:r>
          </w:p>
        </w:tc>
        <w:tc>
          <w:tcPr>
            <w:tcW w:w="1561" w:type="dxa"/>
          </w:tcPr>
          <w:p w14:paraId="053EF007" w14:textId="77777777" w:rsidR="00540B47" w:rsidRDefault="00A32617">
            <w:r>
              <w:rPr>
                <w:sz w:val="18"/>
              </w:rPr>
              <w:t>Pablo L. Tubaro</w:t>
            </w:r>
          </w:p>
        </w:tc>
      </w:tr>
      <w:tr w:rsidR="00540B47" w14:paraId="6B749AB4" w14:textId="77777777" w:rsidTr="00DD565D">
        <w:tc>
          <w:tcPr>
            <w:tcW w:w="942" w:type="dxa"/>
          </w:tcPr>
          <w:p w14:paraId="1E326C7C" w14:textId="77777777" w:rsidR="00540B47" w:rsidRDefault="00A32617">
            <w:r>
              <w:rPr>
                <w:sz w:val="18"/>
              </w:rPr>
              <w:t>3825</w:t>
            </w:r>
          </w:p>
        </w:tc>
        <w:tc>
          <w:tcPr>
            <w:tcW w:w="1156" w:type="dxa"/>
          </w:tcPr>
          <w:p w14:paraId="0F788919" w14:textId="77777777" w:rsidR="00540B47" w:rsidRDefault="00A32617">
            <w:r>
              <w:rPr>
                <w:sz w:val="18"/>
              </w:rPr>
              <w:t>MACN</w:t>
            </w:r>
          </w:p>
        </w:tc>
        <w:tc>
          <w:tcPr>
            <w:tcW w:w="1126" w:type="dxa"/>
          </w:tcPr>
          <w:p w14:paraId="1E303277" w14:textId="77777777" w:rsidR="00540B47" w:rsidRDefault="00A32617">
            <w:r>
              <w:rPr>
                <w:i/>
                <w:sz w:val="18"/>
              </w:rPr>
              <w:t>Z. capensis</w:t>
            </w:r>
          </w:p>
        </w:tc>
        <w:tc>
          <w:tcPr>
            <w:tcW w:w="977" w:type="dxa"/>
          </w:tcPr>
          <w:p w14:paraId="3A0CC36A" w14:textId="77777777" w:rsidR="00540B47" w:rsidRDefault="00A32617">
            <w:r>
              <w:rPr>
                <w:sz w:val="18"/>
              </w:rPr>
              <w:t>-47.7134</w:t>
            </w:r>
          </w:p>
        </w:tc>
        <w:tc>
          <w:tcPr>
            <w:tcW w:w="1107" w:type="dxa"/>
          </w:tcPr>
          <w:p w14:paraId="16B19E97" w14:textId="77777777" w:rsidR="00540B47" w:rsidRDefault="00A32617">
            <w:r>
              <w:rPr>
                <w:sz w:val="18"/>
              </w:rPr>
              <w:t>-65.9266</w:t>
            </w:r>
          </w:p>
        </w:tc>
        <w:tc>
          <w:tcPr>
            <w:tcW w:w="1156" w:type="dxa"/>
          </w:tcPr>
          <w:p w14:paraId="371DBB9B" w14:textId="77777777" w:rsidR="00540B47" w:rsidRDefault="00A32617">
            <w:r>
              <w:rPr>
                <w:sz w:val="18"/>
              </w:rPr>
              <w:t>2025-11-13</w:t>
            </w:r>
          </w:p>
        </w:tc>
        <w:tc>
          <w:tcPr>
            <w:tcW w:w="727" w:type="dxa"/>
          </w:tcPr>
          <w:p w14:paraId="0AB2FE5B" w14:textId="77777777" w:rsidR="00540B47" w:rsidRDefault="00A32617">
            <w:r>
              <w:rPr>
                <w:sz w:val="18"/>
              </w:rPr>
              <w:t>10:06</w:t>
            </w:r>
          </w:p>
        </w:tc>
        <w:tc>
          <w:tcPr>
            <w:tcW w:w="1561" w:type="dxa"/>
          </w:tcPr>
          <w:p w14:paraId="0FD4A2C2" w14:textId="77777777" w:rsidR="00540B47" w:rsidRDefault="00A32617">
            <w:r>
              <w:rPr>
                <w:sz w:val="18"/>
              </w:rPr>
              <w:t>Pablo L. Tubaro</w:t>
            </w:r>
          </w:p>
        </w:tc>
      </w:tr>
      <w:tr w:rsidR="00540B47" w14:paraId="49C1D46E" w14:textId="77777777" w:rsidTr="00DD565D">
        <w:tc>
          <w:tcPr>
            <w:tcW w:w="942" w:type="dxa"/>
          </w:tcPr>
          <w:p w14:paraId="735FEE5D" w14:textId="77777777" w:rsidR="00540B47" w:rsidRDefault="00A32617">
            <w:r>
              <w:rPr>
                <w:sz w:val="18"/>
              </w:rPr>
              <w:t>3826</w:t>
            </w:r>
          </w:p>
        </w:tc>
        <w:tc>
          <w:tcPr>
            <w:tcW w:w="1156" w:type="dxa"/>
          </w:tcPr>
          <w:p w14:paraId="4248531B" w14:textId="77777777" w:rsidR="00540B47" w:rsidRDefault="00A32617">
            <w:r>
              <w:rPr>
                <w:sz w:val="18"/>
              </w:rPr>
              <w:t>MACN</w:t>
            </w:r>
          </w:p>
        </w:tc>
        <w:tc>
          <w:tcPr>
            <w:tcW w:w="1126" w:type="dxa"/>
          </w:tcPr>
          <w:p w14:paraId="6BA90D3F" w14:textId="77777777" w:rsidR="00540B47" w:rsidRDefault="00A32617">
            <w:r>
              <w:rPr>
                <w:i/>
                <w:sz w:val="18"/>
              </w:rPr>
              <w:t>Z. capensis</w:t>
            </w:r>
          </w:p>
        </w:tc>
        <w:tc>
          <w:tcPr>
            <w:tcW w:w="977" w:type="dxa"/>
          </w:tcPr>
          <w:p w14:paraId="4F6E0CF1" w14:textId="77777777" w:rsidR="00540B47" w:rsidRDefault="00A32617">
            <w:r>
              <w:rPr>
                <w:sz w:val="18"/>
              </w:rPr>
              <w:t>-47.6475</w:t>
            </w:r>
          </w:p>
        </w:tc>
        <w:tc>
          <w:tcPr>
            <w:tcW w:w="1107" w:type="dxa"/>
          </w:tcPr>
          <w:p w14:paraId="4BF3587C" w14:textId="77777777" w:rsidR="00540B47" w:rsidRDefault="00A32617">
            <w:r>
              <w:rPr>
                <w:sz w:val="18"/>
              </w:rPr>
              <w:t>-66.0383</w:t>
            </w:r>
          </w:p>
        </w:tc>
        <w:tc>
          <w:tcPr>
            <w:tcW w:w="1156" w:type="dxa"/>
          </w:tcPr>
          <w:p w14:paraId="51966C34" w14:textId="77777777" w:rsidR="00540B47" w:rsidRDefault="00A32617">
            <w:r>
              <w:rPr>
                <w:sz w:val="18"/>
              </w:rPr>
              <w:t>2025-11-13</w:t>
            </w:r>
          </w:p>
        </w:tc>
        <w:tc>
          <w:tcPr>
            <w:tcW w:w="727" w:type="dxa"/>
          </w:tcPr>
          <w:p w14:paraId="12C1FAF5" w14:textId="77777777" w:rsidR="00540B47" w:rsidRDefault="00A32617">
            <w:r>
              <w:rPr>
                <w:sz w:val="18"/>
              </w:rPr>
              <w:t>10:23</w:t>
            </w:r>
          </w:p>
        </w:tc>
        <w:tc>
          <w:tcPr>
            <w:tcW w:w="1561" w:type="dxa"/>
          </w:tcPr>
          <w:p w14:paraId="36C54A58" w14:textId="77777777" w:rsidR="00540B47" w:rsidRDefault="00A32617">
            <w:r>
              <w:rPr>
                <w:sz w:val="18"/>
              </w:rPr>
              <w:t>Pablo L. Tubaro</w:t>
            </w:r>
          </w:p>
        </w:tc>
      </w:tr>
      <w:tr w:rsidR="00540B47" w14:paraId="36152C6C" w14:textId="77777777" w:rsidTr="00DD565D">
        <w:tc>
          <w:tcPr>
            <w:tcW w:w="942" w:type="dxa"/>
          </w:tcPr>
          <w:p w14:paraId="2BFF5E39" w14:textId="77777777" w:rsidR="00540B47" w:rsidRDefault="00A32617">
            <w:r>
              <w:rPr>
                <w:sz w:val="18"/>
              </w:rPr>
              <w:t>3827</w:t>
            </w:r>
          </w:p>
        </w:tc>
        <w:tc>
          <w:tcPr>
            <w:tcW w:w="1156" w:type="dxa"/>
          </w:tcPr>
          <w:p w14:paraId="7ECE7783" w14:textId="77777777" w:rsidR="00540B47" w:rsidRDefault="00A32617">
            <w:r>
              <w:rPr>
                <w:sz w:val="18"/>
              </w:rPr>
              <w:t>MACN</w:t>
            </w:r>
          </w:p>
        </w:tc>
        <w:tc>
          <w:tcPr>
            <w:tcW w:w="1126" w:type="dxa"/>
          </w:tcPr>
          <w:p w14:paraId="51CBCF61" w14:textId="77777777" w:rsidR="00540B47" w:rsidRDefault="00A32617">
            <w:r>
              <w:rPr>
                <w:i/>
                <w:sz w:val="18"/>
              </w:rPr>
              <w:t>Z. capensis</w:t>
            </w:r>
          </w:p>
        </w:tc>
        <w:tc>
          <w:tcPr>
            <w:tcW w:w="977" w:type="dxa"/>
          </w:tcPr>
          <w:p w14:paraId="12DFA092" w14:textId="77777777" w:rsidR="00540B47" w:rsidRDefault="00A32617">
            <w:r>
              <w:rPr>
                <w:sz w:val="18"/>
              </w:rPr>
              <w:t>-47.6455</w:t>
            </w:r>
          </w:p>
        </w:tc>
        <w:tc>
          <w:tcPr>
            <w:tcW w:w="1107" w:type="dxa"/>
          </w:tcPr>
          <w:p w14:paraId="281FBCD5" w14:textId="77777777" w:rsidR="00540B47" w:rsidRDefault="00A32617">
            <w:r>
              <w:rPr>
                <w:sz w:val="18"/>
              </w:rPr>
              <w:t>-66.0402</w:t>
            </w:r>
          </w:p>
        </w:tc>
        <w:tc>
          <w:tcPr>
            <w:tcW w:w="1156" w:type="dxa"/>
          </w:tcPr>
          <w:p w14:paraId="649C0F45" w14:textId="77777777" w:rsidR="00540B47" w:rsidRDefault="00A32617">
            <w:r>
              <w:rPr>
                <w:sz w:val="18"/>
              </w:rPr>
              <w:t>2025-11-13</w:t>
            </w:r>
          </w:p>
        </w:tc>
        <w:tc>
          <w:tcPr>
            <w:tcW w:w="727" w:type="dxa"/>
          </w:tcPr>
          <w:p w14:paraId="5202A661" w14:textId="77777777" w:rsidR="00540B47" w:rsidRDefault="00A32617">
            <w:r>
              <w:rPr>
                <w:sz w:val="18"/>
              </w:rPr>
              <w:t>10:30</w:t>
            </w:r>
          </w:p>
        </w:tc>
        <w:tc>
          <w:tcPr>
            <w:tcW w:w="1561" w:type="dxa"/>
          </w:tcPr>
          <w:p w14:paraId="4AB5A8AF" w14:textId="77777777" w:rsidR="00540B47" w:rsidRDefault="00A32617">
            <w:r>
              <w:rPr>
                <w:sz w:val="18"/>
              </w:rPr>
              <w:t>Pablo L. Tubaro</w:t>
            </w:r>
          </w:p>
        </w:tc>
      </w:tr>
      <w:tr w:rsidR="00540B47" w14:paraId="41AAD739" w14:textId="77777777" w:rsidTr="00DD565D">
        <w:tc>
          <w:tcPr>
            <w:tcW w:w="942" w:type="dxa"/>
          </w:tcPr>
          <w:p w14:paraId="655605D2" w14:textId="77777777" w:rsidR="00540B47" w:rsidRDefault="00A32617">
            <w:r>
              <w:rPr>
                <w:sz w:val="18"/>
              </w:rPr>
              <w:t>3828</w:t>
            </w:r>
          </w:p>
        </w:tc>
        <w:tc>
          <w:tcPr>
            <w:tcW w:w="1156" w:type="dxa"/>
          </w:tcPr>
          <w:p w14:paraId="302A3A48" w14:textId="77777777" w:rsidR="00540B47" w:rsidRDefault="00A32617">
            <w:r>
              <w:rPr>
                <w:sz w:val="18"/>
              </w:rPr>
              <w:t>MACN</w:t>
            </w:r>
          </w:p>
        </w:tc>
        <w:tc>
          <w:tcPr>
            <w:tcW w:w="1126" w:type="dxa"/>
          </w:tcPr>
          <w:p w14:paraId="5F0AB2B2" w14:textId="77777777" w:rsidR="00540B47" w:rsidRDefault="00A32617">
            <w:r>
              <w:rPr>
                <w:i/>
                <w:sz w:val="18"/>
              </w:rPr>
              <w:t>Z. capensis</w:t>
            </w:r>
          </w:p>
        </w:tc>
        <w:tc>
          <w:tcPr>
            <w:tcW w:w="977" w:type="dxa"/>
          </w:tcPr>
          <w:p w14:paraId="38764F00" w14:textId="77777777" w:rsidR="00540B47" w:rsidRDefault="00A32617">
            <w:r>
              <w:rPr>
                <w:sz w:val="18"/>
              </w:rPr>
              <w:t>-47.1840</w:t>
            </w:r>
          </w:p>
        </w:tc>
        <w:tc>
          <w:tcPr>
            <w:tcW w:w="1107" w:type="dxa"/>
          </w:tcPr>
          <w:p w14:paraId="2DC181E7" w14:textId="77777777" w:rsidR="00540B47" w:rsidRDefault="00A32617">
            <w:r>
              <w:rPr>
                <w:sz w:val="18"/>
              </w:rPr>
              <w:t>-67.1460</w:t>
            </w:r>
          </w:p>
        </w:tc>
        <w:tc>
          <w:tcPr>
            <w:tcW w:w="1156" w:type="dxa"/>
          </w:tcPr>
          <w:p w14:paraId="73A138A8" w14:textId="77777777" w:rsidR="00540B47" w:rsidRDefault="00A32617">
            <w:r>
              <w:rPr>
                <w:sz w:val="18"/>
              </w:rPr>
              <w:t>2025-11-13</w:t>
            </w:r>
          </w:p>
        </w:tc>
        <w:tc>
          <w:tcPr>
            <w:tcW w:w="727" w:type="dxa"/>
          </w:tcPr>
          <w:p w14:paraId="0B0778A6" w14:textId="77777777" w:rsidR="00540B47" w:rsidRDefault="00A32617">
            <w:r>
              <w:rPr>
                <w:sz w:val="18"/>
              </w:rPr>
              <w:t>11:51</w:t>
            </w:r>
          </w:p>
        </w:tc>
        <w:tc>
          <w:tcPr>
            <w:tcW w:w="1561" w:type="dxa"/>
          </w:tcPr>
          <w:p w14:paraId="38AC3645" w14:textId="77777777" w:rsidR="00540B47" w:rsidRDefault="00A32617">
            <w:r>
              <w:rPr>
                <w:sz w:val="18"/>
              </w:rPr>
              <w:t>Pablo L. Tubaro</w:t>
            </w:r>
          </w:p>
        </w:tc>
      </w:tr>
      <w:tr w:rsidR="00540B47" w14:paraId="6FA4C4BA" w14:textId="77777777" w:rsidTr="00DD565D">
        <w:tc>
          <w:tcPr>
            <w:tcW w:w="942" w:type="dxa"/>
          </w:tcPr>
          <w:p w14:paraId="520F7D99" w14:textId="77777777" w:rsidR="00540B47" w:rsidRDefault="00A32617">
            <w:r>
              <w:rPr>
                <w:sz w:val="18"/>
              </w:rPr>
              <w:t>3829</w:t>
            </w:r>
          </w:p>
        </w:tc>
        <w:tc>
          <w:tcPr>
            <w:tcW w:w="1156" w:type="dxa"/>
          </w:tcPr>
          <w:p w14:paraId="375232E5" w14:textId="77777777" w:rsidR="00540B47" w:rsidRDefault="00A32617">
            <w:r>
              <w:rPr>
                <w:sz w:val="18"/>
              </w:rPr>
              <w:t>MACN</w:t>
            </w:r>
          </w:p>
        </w:tc>
        <w:tc>
          <w:tcPr>
            <w:tcW w:w="1126" w:type="dxa"/>
          </w:tcPr>
          <w:p w14:paraId="67774CA3" w14:textId="77777777" w:rsidR="00540B47" w:rsidRDefault="00A32617">
            <w:r>
              <w:rPr>
                <w:i/>
                <w:sz w:val="18"/>
              </w:rPr>
              <w:t>Z. capensis</w:t>
            </w:r>
          </w:p>
        </w:tc>
        <w:tc>
          <w:tcPr>
            <w:tcW w:w="977" w:type="dxa"/>
          </w:tcPr>
          <w:p w14:paraId="66C3F40F" w14:textId="77777777" w:rsidR="00540B47" w:rsidRDefault="00A32617">
            <w:r>
              <w:rPr>
                <w:sz w:val="18"/>
              </w:rPr>
              <w:t>-47.1822</w:t>
            </w:r>
          </w:p>
        </w:tc>
        <w:tc>
          <w:tcPr>
            <w:tcW w:w="1107" w:type="dxa"/>
          </w:tcPr>
          <w:p w14:paraId="0676E468" w14:textId="77777777" w:rsidR="00540B47" w:rsidRDefault="00A32617">
            <w:r>
              <w:rPr>
                <w:sz w:val="18"/>
              </w:rPr>
              <w:t>-67.1479</w:t>
            </w:r>
          </w:p>
        </w:tc>
        <w:tc>
          <w:tcPr>
            <w:tcW w:w="1156" w:type="dxa"/>
          </w:tcPr>
          <w:p w14:paraId="1A250E0D" w14:textId="77777777" w:rsidR="00540B47" w:rsidRDefault="00A32617">
            <w:r>
              <w:rPr>
                <w:sz w:val="18"/>
              </w:rPr>
              <w:t>2025-11-13</w:t>
            </w:r>
          </w:p>
        </w:tc>
        <w:tc>
          <w:tcPr>
            <w:tcW w:w="727" w:type="dxa"/>
          </w:tcPr>
          <w:p w14:paraId="1A98B8E7" w14:textId="77777777" w:rsidR="00540B47" w:rsidRDefault="00A32617">
            <w:r>
              <w:rPr>
                <w:sz w:val="18"/>
              </w:rPr>
              <w:t>11:59</w:t>
            </w:r>
          </w:p>
        </w:tc>
        <w:tc>
          <w:tcPr>
            <w:tcW w:w="1561" w:type="dxa"/>
          </w:tcPr>
          <w:p w14:paraId="6FFA47E3" w14:textId="77777777" w:rsidR="00540B47" w:rsidRDefault="00A32617">
            <w:r>
              <w:rPr>
                <w:sz w:val="18"/>
              </w:rPr>
              <w:t>Pablo L. Tubaro</w:t>
            </w:r>
          </w:p>
        </w:tc>
      </w:tr>
      <w:tr w:rsidR="00540B47" w14:paraId="76D0DFAB" w14:textId="77777777" w:rsidTr="00DD565D">
        <w:tc>
          <w:tcPr>
            <w:tcW w:w="942" w:type="dxa"/>
          </w:tcPr>
          <w:p w14:paraId="1F1BF7C0" w14:textId="77777777" w:rsidR="00540B47" w:rsidRDefault="00A32617">
            <w:r>
              <w:rPr>
                <w:sz w:val="18"/>
              </w:rPr>
              <w:t>3830</w:t>
            </w:r>
          </w:p>
        </w:tc>
        <w:tc>
          <w:tcPr>
            <w:tcW w:w="1156" w:type="dxa"/>
          </w:tcPr>
          <w:p w14:paraId="0EFC550C" w14:textId="77777777" w:rsidR="00540B47" w:rsidRDefault="00A32617">
            <w:r>
              <w:rPr>
                <w:sz w:val="18"/>
              </w:rPr>
              <w:t>MACN</w:t>
            </w:r>
          </w:p>
        </w:tc>
        <w:tc>
          <w:tcPr>
            <w:tcW w:w="1126" w:type="dxa"/>
          </w:tcPr>
          <w:p w14:paraId="01576E1A" w14:textId="77777777" w:rsidR="00540B47" w:rsidRDefault="00A32617">
            <w:r>
              <w:rPr>
                <w:i/>
                <w:sz w:val="18"/>
              </w:rPr>
              <w:t>Z. capensis</w:t>
            </w:r>
          </w:p>
        </w:tc>
        <w:tc>
          <w:tcPr>
            <w:tcW w:w="977" w:type="dxa"/>
          </w:tcPr>
          <w:p w14:paraId="12278C87" w14:textId="77777777" w:rsidR="00540B47" w:rsidRDefault="00A32617">
            <w:r>
              <w:rPr>
                <w:sz w:val="18"/>
              </w:rPr>
              <w:t>-46.9514</w:t>
            </w:r>
          </w:p>
        </w:tc>
        <w:tc>
          <w:tcPr>
            <w:tcW w:w="1107" w:type="dxa"/>
          </w:tcPr>
          <w:p w14:paraId="1246C98D" w14:textId="77777777" w:rsidR="00540B47" w:rsidRDefault="00A32617">
            <w:r>
              <w:rPr>
                <w:sz w:val="18"/>
              </w:rPr>
              <w:t>-67.2612</w:t>
            </w:r>
          </w:p>
        </w:tc>
        <w:tc>
          <w:tcPr>
            <w:tcW w:w="1156" w:type="dxa"/>
          </w:tcPr>
          <w:p w14:paraId="40AECF2C" w14:textId="77777777" w:rsidR="00540B47" w:rsidRDefault="00A32617">
            <w:r>
              <w:rPr>
                <w:sz w:val="18"/>
              </w:rPr>
              <w:t>2025-11-13</w:t>
            </w:r>
          </w:p>
        </w:tc>
        <w:tc>
          <w:tcPr>
            <w:tcW w:w="727" w:type="dxa"/>
          </w:tcPr>
          <w:p w14:paraId="0D4E9BDF" w14:textId="77777777" w:rsidR="00540B47" w:rsidRDefault="00A32617">
            <w:r>
              <w:rPr>
                <w:sz w:val="18"/>
              </w:rPr>
              <w:t>12:19</w:t>
            </w:r>
          </w:p>
        </w:tc>
        <w:tc>
          <w:tcPr>
            <w:tcW w:w="1561" w:type="dxa"/>
          </w:tcPr>
          <w:p w14:paraId="1BBE83BE" w14:textId="77777777" w:rsidR="00540B47" w:rsidRDefault="00A32617">
            <w:r>
              <w:rPr>
                <w:sz w:val="18"/>
              </w:rPr>
              <w:t>Agustin I. Casale</w:t>
            </w:r>
          </w:p>
        </w:tc>
      </w:tr>
      <w:tr w:rsidR="00540B47" w14:paraId="6D9576C6" w14:textId="77777777" w:rsidTr="00DD565D">
        <w:tc>
          <w:tcPr>
            <w:tcW w:w="942" w:type="dxa"/>
          </w:tcPr>
          <w:p w14:paraId="4621A68C" w14:textId="77777777" w:rsidR="00540B47" w:rsidRDefault="00A32617">
            <w:r>
              <w:rPr>
                <w:sz w:val="18"/>
              </w:rPr>
              <w:t>3831</w:t>
            </w:r>
          </w:p>
        </w:tc>
        <w:tc>
          <w:tcPr>
            <w:tcW w:w="1156" w:type="dxa"/>
          </w:tcPr>
          <w:p w14:paraId="13FF136B" w14:textId="77777777" w:rsidR="00540B47" w:rsidRDefault="00A32617">
            <w:r>
              <w:rPr>
                <w:sz w:val="18"/>
              </w:rPr>
              <w:t>MACN</w:t>
            </w:r>
          </w:p>
        </w:tc>
        <w:tc>
          <w:tcPr>
            <w:tcW w:w="1126" w:type="dxa"/>
          </w:tcPr>
          <w:p w14:paraId="3B989915" w14:textId="77777777" w:rsidR="00540B47" w:rsidRDefault="00A32617">
            <w:r>
              <w:rPr>
                <w:i/>
                <w:sz w:val="18"/>
              </w:rPr>
              <w:t>Z. capensis</w:t>
            </w:r>
          </w:p>
        </w:tc>
        <w:tc>
          <w:tcPr>
            <w:tcW w:w="977" w:type="dxa"/>
          </w:tcPr>
          <w:p w14:paraId="683590B8" w14:textId="77777777" w:rsidR="00540B47" w:rsidRDefault="00A32617">
            <w:r>
              <w:rPr>
                <w:sz w:val="18"/>
              </w:rPr>
              <w:t>-46.8102</w:t>
            </w:r>
          </w:p>
        </w:tc>
        <w:tc>
          <w:tcPr>
            <w:tcW w:w="1107" w:type="dxa"/>
          </w:tcPr>
          <w:p w14:paraId="69FDD7BB" w14:textId="77777777" w:rsidR="00540B47" w:rsidRDefault="00A32617">
            <w:r>
              <w:rPr>
                <w:sz w:val="18"/>
              </w:rPr>
              <w:t>-67.3353</w:t>
            </w:r>
          </w:p>
        </w:tc>
        <w:tc>
          <w:tcPr>
            <w:tcW w:w="1156" w:type="dxa"/>
          </w:tcPr>
          <w:p w14:paraId="4A4A088F" w14:textId="77777777" w:rsidR="00540B47" w:rsidRDefault="00A32617">
            <w:r>
              <w:rPr>
                <w:sz w:val="18"/>
              </w:rPr>
              <w:t>2025-11-13</w:t>
            </w:r>
          </w:p>
        </w:tc>
        <w:tc>
          <w:tcPr>
            <w:tcW w:w="727" w:type="dxa"/>
          </w:tcPr>
          <w:p w14:paraId="153737CF" w14:textId="77777777" w:rsidR="00540B47" w:rsidRDefault="00A32617">
            <w:r>
              <w:rPr>
                <w:sz w:val="18"/>
              </w:rPr>
              <w:t>12:40</w:t>
            </w:r>
          </w:p>
        </w:tc>
        <w:tc>
          <w:tcPr>
            <w:tcW w:w="1561" w:type="dxa"/>
          </w:tcPr>
          <w:p w14:paraId="0264BC39" w14:textId="77777777" w:rsidR="00540B47" w:rsidRDefault="00A32617">
            <w:r>
              <w:rPr>
                <w:sz w:val="18"/>
              </w:rPr>
              <w:t>Agustin I. Casale</w:t>
            </w:r>
          </w:p>
        </w:tc>
      </w:tr>
      <w:tr w:rsidR="00540B47" w14:paraId="40E035F6" w14:textId="77777777" w:rsidTr="00DD565D">
        <w:tc>
          <w:tcPr>
            <w:tcW w:w="942" w:type="dxa"/>
          </w:tcPr>
          <w:p w14:paraId="19FA803F" w14:textId="77777777" w:rsidR="00540B47" w:rsidRDefault="00A32617">
            <w:r>
              <w:rPr>
                <w:sz w:val="18"/>
              </w:rPr>
              <w:t>3832</w:t>
            </w:r>
          </w:p>
        </w:tc>
        <w:tc>
          <w:tcPr>
            <w:tcW w:w="1156" w:type="dxa"/>
          </w:tcPr>
          <w:p w14:paraId="3A16B419" w14:textId="77777777" w:rsidR="00540B47" w:rsidRDefault="00A32617">
            <w:r>
              <w:rPr>
                <w:sz w:val="18"/>
              </w:rPr>
              <w:t>MACN</w:t>
            </w:r>
          </w:p>
        </w:tc>
        <w:tc>
          <w:tcPr>
            <w:tcW w:w="1126" w:type="dxa"/>
          </w:tcPr>
          <w:p w14:paraId="1407FA4D" w14:textId="77777777" w:rsidR="00540B47" w:rsidRDefault="00A32617">
            <w:r>
              <w:rPr>
                <w:i/>
                <w:sz w:val="18"/>
              </w:rPr>
              <w:t>Z. capensis</w:t>
            </w:r>
          </w:p>
        </w:tc>
        <w:tc>
          <w:tcPr>
            <w:tcW w:w="977" w:type="dxa"/>
          </w:tcPr>
          <w:p w14:paraId="111A1FF0" w14:textId="77777777" w:rsidR="00540B47" w:rsidRDefault="00A32617">
            <w:r>
              <w:rPr>
                <w:sz w:val="18"/>
              </w:rPr>
              <w:t>-46.9760</w:t>
            </w:r>
          </w:p>
        </w:tc>
        <w:tc>
          <w:tcPr>
            <w:tcW w:w="1107" w:type="dxa"/>
          </w:tcPr>
          <w:p w14:paraId="3247E400" w14:textId="77777777" w:rsidR="00540B47" w:rsidRDefault="00A32617">
            <w:r>
              <w:rPr>
                <w:sz w:val="18"/>
              </w:rPr>
              <w:t>-67.2588</w:t>
            </w:r>
          </w:p>
        </w:tc>
        <w:tc>
          <w:tcPr>
            <w:tcW w:w="1156" w:type="dxa"/>
          </w:tcPr>
          <w:p w14:paraId="0B02951E" w14:textId="77777777" w:rsidR="00540B47" w:rsidRDefault="00A32617">
            <w:r>
              <w:rPr>
                <w:sz w:val="18"/>
              </w:rPr>
              <w:t>2025-11-13</w:t>
            </w:r>
          </w:p>
        </w:tc>
        <w:tc>
          <w:tcPr>
            <w:tcW w:w="727" w:type="dxa"/>
          </w:tcPr>
          <w:p w14:paraId="7D1F4D74" w14:textId="77777777" w:rsidR="00540B47" w:rsidRDefault="00A32617">
            <w:r>
              <w:rPr>
                <w:sz w:val="18"/>
              </w:rPr>
              <w:t>12:19</w:t>
            </w:r>
          </w:p>
        </w:tc>
        <w:tc>
          <w:tcPr>
            <w:tcW w:w="1561" w:type="dxa"/>
          </w:tcPr>
          <w:p w14:paraId="34EB45C4" w14:textId="77777777" w:rsidR="00540B47" w:rsidRDefault="00A32617">
            <w:r>
              <w:rPr>
                <w:sz w:val="18"/>
              </w:rPr>
              <w:t>Pablo L. Tubaro</w:t>
            </w:r>
          </w:p>
        </w:tc>
      </w:tr>
      <w:tr w:rsidR="00540B47" w14:paraId="224CB4CB" w14:textId="77777777" w:rsidTr="00DD565D">
        <w:tc>
          <w:tcPr>
            <w:tcW w:w="942" w:type="dxa"/>
          </w:tcPr>
          <w:p w14:paraId="7482FC53" w14:textId="77777777" w:rsidR="00540B47" w:rsidRDefault="00A32617">
            <w:r>
              <w:rPr>
                <w:sz w:val="18"/>
              </w:rPr>
              <w:t>3833</w:t>
            </w:r>
          </w:p>
        </w:tc>
        <w:tc>
          <w:tcPr>
            <w:tcW w:w="1156" w:type="dxa"/>
          </w:tcPr>
          <w:p w14:paraId="6016F3D0" w14:textId="77777777" w:rsidR="00540B47" w:rsidRDefault="00A32617">
            <w:r>
              <w:rPr>
                <w:sz w:val="18"/>
              </w:rPr>
              <w:t>MACN</w:t>
            </w:r>
          </w:p>
        </w:tc>
        <w:tc>
          <w:tcPr>
            <w:tcW w:w="1126" w:type="dxa"/>
          </w:tcPr>
          <w:p w14:paraId="6B944F8C" w14:textId="77777777" w:rsidR="00540B47" w:rsidRDefault="00A32617">
            <w:r>
              <w:rPr>
                <w:i/>
                <w:sz w:val="18"/>
              </w:rPr>
              <w:t>Z. capensis</w:t>
            </w:r>
          </w:p>
        </w:tc>
        <w:tc>
          <w:tcPr>
            <w:tcW w:w="977" w:type="dxa"/>
          </w:tcPr>
          <w:p w14:paraId="33BC97A9" w14:textId="77777777" w:rsidR="00540B47" w:rsidRDefault="00A32617">
            <w:r>
              <w:rPr>
                <w:sz w:val="18"/>
              </w:rPr>
              <w:t>-46.9760</w:t>
            </w:r>
          </w:p>
        </w:tc>
        <w:tc>
          <w:tcPr>
            <w:tcW w:w="1107" w:type="dxa"/>
          </w:tcPr>
          <w:p w14:paraId="6512F427" w14:textId="77777777" w:rsidR="00540B47" w:rsidRDefault="00A32617">
            <w:r>
              <w:rPr>
                <w:sz w:val="18"/>
              </w:rPr>
              <w:t>-67.2588</w:t>
            </w:r>
          </w:p>
        </w:tc>
        <w:tc>
          <w:tcPr>
            <w:tcW w:w="1156" w:type="dxa"/>
          </w:tcPr>
          <w:p w14:paraId="232D5A21" w14:textId="77777777" w:rsidR="00540B47" w:rsidRDefault="00A32617">
            <w:r>
              <w:rPr>
                <w:sz w:val="18"/>
              </w:rPr>
              <w:t>2025-11-13</w:t>
            </w:r>
          </w:p>
        </w:tc>
        <w:tc>
          <w:tcPr>
            <w:tcW w:w="727" w:type="dxa"/>
          </w:tcPr>
          <w:p w14:paraId="1DE7754A" w14:textId="77777777" w:rsidR="00540B47" w:rsidRDefault="00A32617">
            <w:r>
              <w:rPr>
                <w:sz w:val="18"/>
              </w:rPr>
              <w:t>12:21</w:t>
            </w:r>
          </w:p>
        </w:tc>
        <w:tc>
          <w:tcPr>
            <w:tcW w:w="1561" w:type="dxa"/>
          </w:tcPr>
          <w:p w14:paraId="538B4E6E" w14:textId="77777777" w:rsidR="00540B47" w:rsidRDefault="00A32617">
            <w:r>
              <w:rPr>
                <w:sz w:val="18"/>
              </w:rPr>
              <w:t>Pablo L. Tubaro</w:t>
            </w:r>
          </w:p>
        </w:tc>
      </w:tr>
      <w:tr w:rsidR="00540B47" w14:paraId="1E3B88FB" w14:textId="77777777" w:rsidTr="00DD565D">
        <w:tc>
          <w:tcPr>
            <w:tcW w:w="942" w:type="dxa"/>
          </w:tcPr>
          <w:p w14:paraId="73C0999F" w14:textId="77777777" w:rsidR="00540B47" w:rsidRDefault="00A32617">
            <w:r>
              <w:rPr>
                <w:sz w:val="18"/>
              </w:rPr>
              <w:t>3834</w:t>
            </w:r>
          </w:p>
        </w:tc>
        <w:tc>
          <w:tcPr>
            <w:tcW w:w="1156" w:type="dxa"/>
          </w:tcPr>
          <w:p w14:paraId="3ED26CB6" w14:textId="77777777" w:rsidR="00540B47" w:rsidRDefault="00A32617">
            <w:r>
              <w:rPr>
                <w:sz w:val="18"/>
              </w:rPr>
              <w:t>MACN</w:t>
            </w:r>
          </w:p>
        </w:tc>
        <w:tc>
          <w:tcPr>
            <w:tcW w:w="1126" w:type="dxa"/>
          </w:tcPr>
          <w:p w14:paraId="29A15703" w14:textId="77777777" w:rsidR="00540B47" w:rsidRDefault="00A32617">
            <w:r>
              <w:rPr>
                <w:i/>
                <w:sz w:val="18"/>
              </w:rPr>
              <w:t>Z. capensis</w:t>
            </w:r>
          </w:p>
        </w:tc>
        <w:tc>
          <w:tcPr>
            <w:tcW w:w="977" w:type="dxa"/>
          </w:tcPr>
          <w:p w14:paraId="2D93E036" w14:textId="77777777" w:rsidR="00540B47" w:rsidRDefault="00A32617">
            <w:r>
              <w:rPr>
                <w:sz w:val="18"/>
              </w:rPr>
              <w:t>-46.7672</w:t>
            </w:r>
          </w:p>
        </w:tc>
        <w:tc>
          <w:tcPr>
            <w:tcW w:w="1107" w:type="dxa"/>
          </w:tcPr>
          <w:p w14:paraId="1D0D5475" w14:textId="77777777" w:rsidR="00540B47" w:rsidRDefault="00A32617">
            <w:r>
              <w:rPr>
                <w:sz w:val="18"/>
              </w:rPr>
              <w:t>-67.3671</w:t>
            </w:r>
          </w:p>
        </w:tc>
        <w:tc>
          <w:tcPr>
            <w:tcW w:w="1156" w:type="dxa"/>
          </w:tcPr>
          <w:p w14:paraId="236DC201" w14:textId="77777777" w:rsidR="00540B47" w:rsidRDefault="00A32617">
            <w:r>
              <w:rPr>
                <w:sz w:val="18"/>
              </w:rPr>
              <w:t>2025-11-13</w:t>
            </w:r>
          </w:p>
        </w:tc>
        <w:tc>
          <w:tcPr>
            <w:tcW w:w="727" w:type="dxa"/>
          </w:tcPr>
          <w:p w14:paraId="44B86E5D" w14:textId="77777777" w:rsidR="00540B47" w:rsidRDefault="00A32617">
            <w:r>
              <w:rPr>
                <w:sz w:val="18"/>
              </w:rPr>
              <w:t>12:56</w:t>
            </w:r>
          </w:p>
        </w:tc>
        <w:tc>
          <w:tcPr>
            <w:tcW w:w="1561" w:type="dxa"/>
          </w:tcPr>
          <w:p w14:paraId="726EC2FE" w14:textId="77777777" w:rsidR="00540B47" w:rsidRDefault="00A32617">
            <w:r>
              <w:rPr>
                <w:sz w:val="18"/>
              </w:rPr>
              <w:t>Pablo L. Tubaro</w:t>
            </w:r>
          </w:p>
        </w:tc>
      </w:tr>
      <w:tr w:rsidR="00540B47" w14:paraId="12C37D97" w14:textId="77777777" w:rsidTr="00DD565D">
        <w:tc>
          <w:tcPr>
            <w:tcW w:w="942" w:type="dxa"/>
          </w:tcPr>
          <w:p w14:paraId="6D02BEA7" w14:textId="77777777" w:rsidR="00540B47" w:rsidRDefault="00A32617">
            <w:r>
              <w:rPr>
                <w:sz w:val="18"/>
              </w:rPr>
              <w:t>3835</w:t>
            </w:r>
          </w:p>
        </w:tc>
        <w:tc>
          <w:tcPr>
            <w:tcW w:w="1156" w:type="dxa"/>
          </w:tcPr>
          <w:p w14:paraId="1D58F2B9" w14:textId="77777777" w:rsidR="00540B47" w:rsidRDefault="00A32617">
            <w:r>
              <w:rPr>
                <w:sz w:val="18"/>
              </w:rPr>
              <w:t>MACN</w:t>
            </w:r>
          </w:p>
        </w:tc>
        <w:tc>
          <w:tcPr>
            <w:tcW w:w="1126" w:type="dxa"/>
          </w:tcPr>
          <w:p w14:paraId="786465F7" w14:textId="77777777" w:rsidR="00540B47" w:rsidRDefault="00A32617">
            <w:r>
              <w:rPr>
                <w:i/>
                <w:sz w:val="18"/>
              </w:rPr>
              <w:t>Z. capensis</w:t>
            </w:r>
          </w:p>
        </w:tc>
        <w:tc>
          <w:tcPr>
            <w:tcW w:w="977" w:type="dxa"/>
          </w:tcPr>
          <w:p w14:paraId="3EA8AEDD" w14:textId="77777777" w:rsidR="00540B47" w:rsidRDefault="00A32617">
            <w:r>
              <w:rPr>
                <w:sz w:val="18"/>
              </w:rPr>
              <w:t>-46.7647</w:t>
            </w:r>
          </w:p>
        </w:tc>
        <w:tc>
          <w:tcPr>
            <w:tcW w:w="1107" w:type="dxa"/>
          </w:tcPr>
          <w:p w14:paraId="6849311F" w14:textId="77777777" w:rsidR="00540B47" w:rsidRDefault="00A32617">
            <w:r>
              <w:rPr>
                <w:sz w:val="18"/>
              </w:rPr>
              <w:t>-67.3702</w:t>
            </w:r>
          </w:p>
        </w:tc>
        <w:tc>
          <w:tcPr>
            <w:tcW w:w="1156" w:type="dxa"/>
          </w:tcPr>
          <w:p w14:paraId="5AEE4E1F" w14:textId="77777777" w:rsidR="00540B47" w:rsidRDefault="00A32617">
            <w:r>
              <w:rPr>
                <w:sz w:val="18"/>
              </w:rPr>
              <w:t>2025-11-13</w:t>
            </w:r>
          </w:p>
        </w:tc>
        <w:tc>
          <w:tcPr>
            <w:tcW w:w="727" w:type="dxa"/>
          </w:tcPr>
          <w:p w14:paraId="0337EFA1" w14:textId="77777777" w:rsidR="00540B47" w:rsidRDefault="00A32617">
            <w:r>
              <w:rPr>
                <w:sz w:val="18"/>
              </w:rPr>
              <w:t>13:11</w:t>
            </w:r>
          </w:p>
        </w:tc>
        <w:tc>
          <w:tcPr>
            <w:tcW w:w="1561" w:type="dxa"/>
          </w:tcPr>
          <w:p w14:paraId="13F0AA57" w14:textId="77777777" w:rsidR="00540B47" w:rsidRDefault="00A32617">
            <w:r>
              <w:rPr>
                <w:sz w:val="18"/>
              </w:rPr>
              <w:t>Agustin I. Casale</w:t>
            </w:r>
          </w:p>
        </w:tc>
      </w:tr>
      <w:tr w:rsidR="00540B47" w14:paraId="4B36C48F" w14:textId="77777777" w:rsidTr="00DD565D">
        <w:tc>
          <w:tcPr>
            <w:tcW w:w="942" w:type="dxa"/>
          </w:tcPr>
          <w:p w14:paraId="70B5B3E3" w14:textId="77777777" w:rsidR="00540B47" w:rsidRDefault="00A32617">
            <w:r>
              <w:rPr>
                <w:sz w:val="18"/>
              </w:rPr>
              <w:t>3836</w:t>
            </w:r>
          </w:p>
        </w:tc>
        <w:tc>
          <w:tcPr>
            <w:tcW w:w="1156" w:type="dxa"/>
          </w:tcPr>
          <w:p w14:paraId="05C307DA" w14:textId="77777777" w:rsidR="00540B47" w:rsidRDefault="00A32617">
            <w:r>
              <w:rPr>
                <w:sz w:val="18"/>
              </w:rPr>
              <w:t>MACN</w:t>
            </w:r>
          </w:p>
        </w:tc>
        <w:tc>
          <w:tcPr>
            <w:tcW w:w="1126" w:type="dxa"/>
          </w:tcPr>
          <w:p w14:paraId="2610D764" w14:textId="77777777" w:rsidR="00540B47" w:rsidRDefault="00A32617">
            <w:r>
              <w:rPr>
                <w:i/>
                <w:sz w:val="18"/>
              </w:rPr>
              <w:t>Z. capensis</w:t>
            </w:r>
          </w:p>
        </w:tc>
        <w:tc>
          <w:tcPr>
            <w:tcW w:w="977" w:type="dxa"/>
          </w:tcPr>
          <w:p w14:paraId="6F23DCB6" w14:textId="77777777" w:rsidR="00540B47" w:rsidRDefault="00A32617">
            <w:r>
              <w:rPr>
                <w:sz w:val="18"/>
              </w:rPr>
              <w:t>-46.7650</w:t>
            </w:r>
          </w:p>
        </w:tc>
        <w:tc>
          <w:tcPr>
            <w:tcW w:w="1107" w:type="dxa"/>
          </w:tcPr>
          <w:p w14:paraId="4DD71399" w14:textId="77777777" w:rsidR="00540B47" w:rsidRDefault="00A32617">
            <w:r>
              <w:rPr>
                <w:sz w:val="18"/>
              </w:rPr>
              <w:t>-67.3710</w:t>
            </w:r>
          </w:p>
        </w:tc>
        <w:tc>
          <w:tcPr>
            <w:tcW w:w="1156" w:type="dxa"/>
          </w:tcPr>
          <w:p w14:paraId="4F17BA8F" w14:textId="77777777" w:rsidR="00540B47" w:rsidRDefault="00A32617">
            <w:r>
              <w:rPr>
                <w:sz w:val="18"/>
              </w:rPr>
              <w:t>2025-11-13</w:t>
            </w:r>
          </w:p>
        </w:tc>
        <w:tc>
          <w:tcPr>
            <w:tcW w:w="727" w:type="dxa"/>
          </w:tcPr>
          <w:p w14:paraId="5C5CE1F4" w14:textId="77777777" w:rsidR="00540B47" w:rsidRDefault="00A32617">
            <w:r>
              <w:rPr>
                <w:sz w:val="18"/>
              </w:rPr>
              <w:t>13:20</w:t>
            </w:r>
          </w:p>
        </w:tc>
        <w:tc>
          <w:tcPr>
            <w:tcW w:w="1561" w:type="dxa"/>
          </w:tcPr>
          <w:p w14:paraId="72553DF5" w14:textId="77777777" w:rsidR="00540B47" w:rsidRDefault="00A32617">
            <w:r>
              <w:rPr>
                <w:sz w:val="18"/>
              </w:rPr>
              <w:t>Pablo L. Tubaro</w:t>
            </w:r>
          </w:p>
        </w:tc>
      </w:tr>
      <w:tr w:rsidR="00540B47" w14:paraId="14FB3699" w14:textId="77777777" w:rsidTr="00DD565D">
        <w:tc>
          <w:tcPr>
            <w:tcW w:w="942" w:type="dxa"/>
          </w:tcPr>
          <w:p w14:paraId="0F1F72CD" w14:textId="77777777" w:rsidR="00540B47" w:rsidRDefault="00A32617">
            <w:r>
              <w:rPr>
                <w:sz w:val="18"/>
              </w:rPr>
              <w:t>3837</w:t>
            </w:r>
          </w:p>
        </w:tc>
        <w:tc>
          <w:tcPr>
            <w:tcW w:w="1156" w:type="dxa"/>
          </w:tcPr>
          <w:p w14:paraId="4483D593" w14:textId="77777777" w:rsidR="00540B47" w:rsidRDefault="00A32617">
            <w:r>
              <w:rPr>
                <w:sz w:val="18"/>
              </w:rPr>
              <w:t>MACN</w:t>
            </w:r>
          </w:p>
        </w:tc>
        <w:tc>
          <w:tcPr>
            <w:tcW w:w="1126" w:type="dxa"/>
          </w:tcPr>
          <w:p w14:paraId="10A53D99" w14:textId="77777777" w:rsidR="00540B47" w:rsidRDefault="00A32617">
            <w:r>
              <w:rPr>
                <w:i/>
                <w:sz w:val="18"/>
              </w:rPr>
              <w:t>Z. capensis</w:t>
            </w:r>
          </w:p>
        </w:tc>
        <w:tc>
          <w:tcPr>
            <w:tcW w:w="977" w:type="dxa"/>
          </w:tcPr>
          <w:p w14:paraId="2E38DE37" w14:textId="77777777" w:rsidR="00540B47" w:rsidRDefault="00A32617">
            <w:r>
              <w:rPr>
                <w:sz w:val="18"/>
              </w:rPr>
              <w:t>-45.9241</w:t>
            </w:r>
          </w:p>
        </w:tc>
        <w:tc>
          <w:tcPr>
            <w:tcW w:w="1107" w:type="dxa"/>
          </w:tcPr>
          <w:p w14:paraId="56B1B055" w14:textId="77777777" w:rsidR="00540B47" w:rsidRDefault="00A32617">
            <w:r>
              <w:rPr>
                <w:sz w:val="18"/>
              </w:rPr>
              <w:t>-67.5558</w:t>
            </w:r>
          </w:p>
        </w:tc>
        <w:tc>
          <w:tcPr>
            <w:tcW w:w="1156" w:type="dxa"/>
          </w:tcPr>
          <w:p w14:paraId="79C68A3D" w14:textId="77777777" w:rsidR="00540B47" w:rsidRDefault="00A32617">
            <w:r>
              <w:rPr>
                <w:sz w:val="18"/>
              </w:rPr>
              <w:t>2025-11-13</w:t>
            </w:r>
          </w:p>
        </w:tc>
        <w:tc>
          <w:tcPr>
            <w:tcW w:w="727" w:type="dxa"/>
          </w:tcPr>
          <w:p w14:paraId="50B22C70" w14:textId="77777777" w:rsidR="00540B47" w:rsidRDefault="00A32617">
            <w:r>
              <w:rPr>
                <w:sz w:val="18"/>
              </w:rPr>
              <w:t>15:01</w:t>
            </w:r>
          </w:p>
        </w:tc>
        <w:tc>
          <w:tcPr>
            <w:tcW w:w="1561" w:type="dxa"/>
          </w:tcPr>
          <w:p w14:paraId="5E5F9C47" w14:textId="77777777" w:rsidR="00540B47" w:rsidRDefault="00A32617">
            <w:r>
              <w:rPr>
                <w:sz w:val="18"/>
              </w:rPr>
              <w:t>Pablo L. Tubaro</w:t>
            </w:r>
          </w:p>
        </w:tc>
      </w:tr>
      <w:tr w:rsidR="00540B47" w14:paraId="26DF49EF" w14:textId="77777777" w:rsidTr="00DD565D">
        <w:tc>
          <w:tcPr>
            <w:tcW w:w="942" w:type="dxa"/>
          </w:tcPr>
          <w:p w14:paraId="046A4727" w14:textId="77777777" w:rsidR="00540B47" w:rsidRDefault="00A32617">
            <w:r>
              <w:rPr>
                <w:sz w:val="18"/>
              </w:rPr>
              <w:t>3838</w:t>
            </w:r>
          </w:p>
        </w:tc>
        <w:tc>
          <w:tcPr>
            <w:tcW w:w="1156" w:type="dxa"/>
          </w:tcPr>
          <w:p w14:paraId="7C386627" w14:textId="77777777" w:rsidR="00540B47" w:rsidRDefault="00A32617">
            <w:r>
              <w:rPr>
                <w:sz w:val="18"/>
              </w:rPr>
              <w:t>MACN</w:t>
            </w:r>
          </w:p>
        </w:tc>
        <w:tc>
          <w:tcPr>
            <w:tcW w:w="1126" w:type="dxa"/>
          </w:tcPr>
          <w:p w14:paraId="1AB3CED8" w14:textId="77777777" w:rsidR="00540B47" w:rsidRDefault="00A32617">
            <w:r>
              <w:rPr>
                <w:i/>
                <w:sz w:val="18"/>
              </w:rPr>
              <w:t>Z. capensis</w:t>
            </w:r>
          </w:p>
        </w:tc>
        <w:tc>
          <w:tcPr>
            <w:tcW w:w="977" w:type="dxa"/>
          </w:tcPr>
          <w:p w14:paraId="7F1304DD" w14:textId="77777777" w:rsidR="00540B47" w:rsidRDefault="00A32617">
            <w:r>
              <w:rPr>
                <w:sz w:val="18"/>
              </w:rPr>
              <w:t>-45.9241</w:t>
            </w:r>
          </w:p>
        </w:tc>
        <w:tc>
          <w:tcPr>
            <w:tcW w:w="1107" w:type="dxa"/>
          </w:tcPr>
          <w:p w14:paraId="17AE8EAB" w14:textId="77777777" w:rsidR="00540B47" w:rsidRDefault="00A32617">
            <w:r>
              <w:rPr>
                <w:sz w:val="18"/>
              </w:rPr>
              <w:t>-67.5558</w:t>
            </w:r>
          </w:p>
        </w:tc>
        <w:tc>
          <w:tcPr>
            <w:tcW w:w="1156" w:type="dxa"/>
          </w:tcPr>
          <w:p w14:paraId="1EA3FDAE" w14:textId="77777777" w:rsidR="00540B47" w:rsidRDefault="00A32617">
            <w:r>
              <w:rPr>
                <w:sz w:val="18"/>
              </w:rPr>
              <w:t>2025-11-13</w:t>
            </w:r>
          </w:p>
        </w:tc>
        <w:tc>
          <w:tcPr>
            <w:tcW w:w="727" w:type="dxa"/>
          </w:tcPr>
          <w:p w14:paraId="1447C199" w14:textId="77777777" w:rsidR="00540B47" w:rsidRDefault="00A32617">
            <w:r>
              <w:rPr>
                <w:sz w:val="18"/>
              </w:rPr>
              <w:t>15:03</w:t>
            </w:r>
          </w:p>
        </w:tc>
        <w:tc>
          <w:tcPr>
            <w:tcW w:w="1561" w:type="dxa"/>
          </w:tcPr>
          <w:p w14:paraId="1FDAC5B4" w14:textId="77777777" w:rsidR="00540B47" w:rsidRDefault="00A32617">
            <w:r>
              <w:rPr>
                <w:sz w:val="18"/>
              </w:rPr>
              <w:t>Pablo L. Tubaro</w:t>
            </w:r>
          </w:p>
        </w:tc>
      </w:tr>
      <w:tr w:rsidR="00540B47" w14:paraId="4020F29E" w14:textId="77777777" w:rsidTr="00DD565D">
        <w:tc>
          <w:tcPr>
            <w:tcW w:w="942" w:type="dxa"/>
          </w:tcPr>
          <w:p w14:paraId="5F240A7F" w14:textId="77777777" w:rsidR="00540B47" w:rsidRDefault="00A32617">
            <w:r>
              <w:rPr>
                <w:sz w:val="18"/>
              </w:rPr>
              <w:t>3839</w:t>
            </w:r>
          </w:p>
        </w:tc>
        <w:tc>
          <w:tcPr>
            <w:tcW w:w="1156" w:type="dxa"/>
          </w:tcPr>
          <w:p w14:paraId="04B39E94" w14:textId="77777777" w:rsidR="00540B47" w:rsidRDefault="00A32617">
            <w:r>
              <w:rPr>
                <w:sz w:val="18"/>
              </w:rPr>
              <w:t>MACN</w:t>
            </w:r>
          </w:p>
        </w:tc>
        <w:tc>
          <w:tcPr>
            <w:tcW w:w="1126" w:type="dxa"/>
          </w:tcPr>
          <w:p w14:paraId="79D75194" w14:textId="77777777" w:rsidR="00540B47" w:rsidRDefault="00A32617">
            <w:r>
              <w:rPr>
                <w:i/>
                <w:sz w:val="18"/>
              </w:rPr>
              <w:t>Z. capensis</w:t>
            </w:r>
          </w:p>
        </w:tc>
        <w:tc>
          <w:tcPr>
            <w:tcW w:w="977" w:type="dxa"/>
          </w:tcPr>
          <w:p w14:paraId="54619559" w14:textId="77777777" w:rsidR="00540B47" w:rsidRDefault="00A32617">
            <w:r>
              <w:rPr>
                <w:sz w:val="18"/>
              </w:rPr>
              <w:t>-45.9253</w:t>
            </w:r>
          </w:p>
        </w:tc>
        <w:tc>
          <w:tcPr>
            <w:tcW w:w="1107" w:type="dxa"/>
          </w:tcPr>
          <w:p w14:paraId="3EAB5777" w14:textId="77777777" w:rsidR="00540B47" w:rsidRDefault="00A32617">
            <w:r>
              <w:rPr>
                <w:sz w:val="18"/>
              </w:rPr>
              <w:t>-67.5533</w:t>
            </w:r>
          </w:p>
        </w:tc>
        <w:tc>
          <w:tcPr>
            <w:tcW w:w="1156" w:type="dxa"/>
          </w:tcPr>
          <w:p w14:paraId="4E474BCB" w14:textId="77777777" w:rsidR="00540B47" w:rsidRDefault="00A32617">
            <w:r>
              <w:rPr>
                <w:sz w:val="18"/>
              </w:rPr>
              <w:t>2025-11-13</w:t>
            </w:r>
          </w:p>
        </w:tc>
        <w:tc>
          <w:tcPr>
            <w:tcW w:w="727" w:type="dxa"/>
          </w:tcPr>
          <w:p w14:paraId="2033833D" w14:textId="77777777" w:rsidR="00540B47" w:rsidRDefault="00A32617">
            <w:r>
              <w:rPr>
                <w:sz w:val="18"/>
              </w:rPr>
              <w:t>15:13</w:t>
            </w:r>
          </w:p>
        </w:tc>
        <w:tc>
          <w:tcPr>
            <w:tcW w:w="1561" w:type="dxa"/>
          </w:tcPr>
          <w:p w14:paraId="733E827D" w14:textId="77777777" w:rsidR="00540B47" w:rsidRDefault="00A32617">
            <w:r>
              <w:rPr>
                <w:sz w:val="18"/>
              </w:rPr>
              <w:t>Pablo L. Tubaro</w:t>
            </w:r>
          </w:p>
        </w:tc>
      </w:tr>
      <w:tr w:rsidR="00540B47" w14:paraId="38250728" w14:textId="77777777" w:rsidTr="00DD565D">
        <w:tc>
          <w:tcPr>
            <w:tcW w:w="942" w:type="dxa"/>
          </w:tcPr>
          <w:p w14:paraId="4B085EF4" w14:textId="77777777" w:rsidR="00540B47" w:rsidRDefault="00A32617">
            <w:r>
              <w:rPr>
                <w:sz w:val="18"/>
              </w:rPr>
              <w:t>3840</w:t>
            </w:r>
          </w:p>
        </w:tc>
        <w:tc>
          <w:tcPr>
            <w:tcW w:w="1156" w:type="dxa"/>
          </w:tcPr>
          <w:p w14:paraId="1B2FA264" w14:textId="77777777" w:rsidR="00540B47" w:rsidRDefault="00A32617">
            <w:r>
              <w:rPr>
                <w:sz w:val="18"/>
              </w:rPr>
              <w:t>MACN</w:t>
            </w:r>
          </w:p>
        </w:tc>
        <w:tc>
          <w:tcPr>
            <w:tcW w:w="1126" w:type="dxa"/>
          </w:tcPr>
          <w:p w14:paraId="0D759173" w14:textId="77777777" w:rsidR="00540B47" w:rsidRDefault="00A32617">
            <w:r>
              <w:rPr>
                <w:i/>
                <w:sz w:val="18"/>
              </w:rPr>
              <w:t>Z. capensis</w:t>
            </w:r>
          </w:p>
        </w:tc>
        <w:tc>
          <w:tcPr>
            <w:tcW w:w="977" w:type="dxa"/>
          </w:tcPr>
          <w:p w14:paraId="7259A850" w14:textId="77777777" w:rsidR="00540B47" w:rsidRDefault="00A32617">
            <w:r>
              <w:rPr>
                <w:sz w:val="18"/>
              </w:rPr>
              <w:t>-45.9248</w:t>
            </w:r>
          </w:p>
        </w:tc>
        <w:tc>
          <w:tcPr>
            <w:tcW w:w="1107" w:type="dxa"/>
          </w:tcPr>
          <w:p w14:paraId="749B0676" w14:textId="77777777" w:rsidR="00540B47" w:rsidRDefault="00A32617">
            <w:r>
              <w:rPr>
                <w:sz w:val="18"/>
              </w:rPr>
              <w:t>-67.5565</w:t>
            </w:r>
          </w:p>
        </w:tc>
        <w:tc>
          <w:tcPr>
            <w:tcW w:w="1156" w:type="dxa"/>
          </w:tcPr>
          <w:p w14:paraId="7A53D161" w14:textId="77777777" w:rsidR="00540B47" w:rsidRDefault="00A32617">
            <w:r>
              <w:rPr>
                <w:sz w:val="18"/>
              </w:rPr>
              <w:t>2025-11-13</w:t>
            </w:r>
          </w:p>
        </w:tc>
        <w:tc>
          <w:tcPr>
            <w:tcW w:w="727" w:type="dxa"/>
          </w:tcPr>
          <w:p w14:paraId="7C946175" w14:textId="77777777" w:rsidR="00540B47" w:rsidRDefault="00A32617">
            <w:r>
              <w:rPr>
                <w:sz w:val="18"/>
              </w:rPr>
              <w:t>15:46</w:t>
            </w:r>
          </w:p>
        </w:tc>
        <w:tc>
          <w:tcPr>
            <w:tcW w:w="1561" w:type="dxa"/>
          </w:tcPr>
          <w:p w14:paraId="636BC302" w14:textId="77777777" w:rsidR="00540B47" w:rsidRDefault="00A32617">
            <w:r>
              <w:rPr>
                <w:sz w:val="18"/>
              </w:rPr>
              <w:t>Pablo L. Tubaro</w:t>
            </w:r>
          </w:p>
        </w:tc>
      </w:tr>
      <w:tr w:rsidR="00540B47" w14:paraId="52B2397C" w14:textId="77777777" w:rsidTr="00DD565D">
        <w:tc>
          <w:tcPr>
            <w:tcW w:w="942" w:type="dxa"/>
          </w:tcPr>
          <w:p w14:paraId="7F9064CA" w14:textId="77777777" w:rsidR="00540B47" w:rsidRDefault="00A32617">
            <w:r>
              <w:rPr>
                <w:sz w:val="18"/>
              </w:rPr>
              <w:t>3841</w:t>
            </w:r>
          </w:p>
        </w:tc>
        <w:tc>
          <w:tcPr>
            <w:tcW w:w="1156" w:type="dxa"/>
          </w:tcPr>
          <w:p w14:paraId="6177A2BA" w14:textId="77777777" w:rsidR="00540B47" w:rsidRDefault="00A32617">
            <w:r>
              <w:rPr>
                <w:sz w:val="18"/>
              </w:rPr>
              <w:t>MACN</w:t>
            </w:r>
          </w:p>
        </w:tc>
        <w:tc>
          <w:tcPr>
            <w:tcW w:w="1126" w:type="dxa"/>
          </w:tcPr>
          <w:p w14:paraId="45AA9176" w14:textId="77777777" w:rsidR="00540B47" w:rsidRDefault="00A32617">
            <w:r>
              <w:rPr>
                <w:i/>
                <w:sz w:val="18"/>
              </w:rPr>
              <w:t>Z. capensis</w:t>
            </w:r>
          </w:p>
        </w:tc>
        <w:tc>
          <w:tcPr>
            <w:tcW w:w="977" w:type="dxa"/>
          </w:tcPr>
          <w:p w14:paraId="3B9B382E" w14:textId="77777777" w:rsidR="00540B47" w:rsidRDefault="00A32617">
            <w:r>
              <w:rPr>
                <w:sz w:val="18"/>
              </w:rPr>
              <w:t>-45.0048</w:t>
            </w:r>
          </w:p>
        </w:tc>
        <w:tc>
          <w:tcPr>
            <w:tcW w:w="1107" w:type="dxa"/>
          </w:tcPr>
          <w:p w14:paraId="4CC70E28" w14:textId="77777777" w:rsidR="00540B47" w:rsidRDefault="00A32617">
            <w:r>
              <w:rPr>
                <w:sz w:val="18"/>
              </w:rPr>
              <w:t>-67.0759</w:t>
            </w:r>
          </w:p>
        </w:tc>
        <w:tc>
          <w:tcPr>
            <w:tcW w:w="1156" w:type="dxa"/>
          </w:tcPr>
          <w:p w14:paraId="0B76FF62" w14:textId="77777777" w:rsidR="00540B47" w:rsidRDefault="00A32617">
            <w:r>
              <w:rPr>
                <w:sz w:val="18"/>
              </w:rPr>
              <w:t>2025-11-14</w:t>
            </w:r>
          </w:p>
        </w:tc>
        <w:tc>
          <w:tcPr>
            <w:tcW w:w="727" w:type="dxa"/>
          </w:tcPr>
          <w:p w14:paraId="6F3006D3" w14:textId="77777777" w:rsidR="00540B47" w:rsidRDefault="00A32617">
            <w:r>
              <w:rPr>
                <w:sz w:val="18"/>
              </w:rPr>
              <w:t>08:18</w:t>
            </w:r>
          </w:p>
        </w:tc>
        <w:tc>
          <w:tcPr>
            <w:tcW w:w="1561" w:type="dxa"/>
          </w:tcPr>
          <w:p w14:paraId="2082BDA5" w14:textId="77777777" w:rsidR="00540B47" w:rsidRDefault="00A32617">
            <w:r>
              <w:rPr>
                <w:sz w:val="18"/>
              </w:rPr>
              <w:t>Agustin I. Casale</w:t>
            </w:r>
          </w:p>
        </w:tc>
      </w:tr>
      <w:tr w:rsidR="00540B47" w14:paraId="68ECA7B5" w14:textId="77777777" w:rsidTr="00DD565D">
        <w:tc>
          <w:tcPr>
            <w:tcW w:w="942" w:type="dxa"/>
          </w:tcPr>
          <w:p w14:paraId="1A541C05" w14:textId="77777777" w:rsidR="00540B47" w:rsidRDefault="00A32617">
            <w:r>
              <w:rPr>
                <w:sz w:val="18"/>
              </w:rPr>
              <w:t>3842</w:t>
            </w:r>
          </w:p>
        </w:tc>
        <w:tc>
          <w:tcPr>
            <w:tcW w:w="1156" w:type="dxa"/>
          </w:tcPr>
          <w:p w14:paraId="27C3BAB8" w14:textId="77777777" w:rsidR="00540B47" w:rsidRDefault="00A32617">
            <w:r>
              <w:rPr>
                <w:sz w:val="18"/>
              </w:rPr>
              <w:t>MACN</w:t>
            </w:r>
          </w:p>
        </w:tc>
        <w:tc>
          <w:tcPr>
            <w:tcW w:w="1126" w:type="dxa"/>
          </w:tcPr>
          <w:p w14:paraId="1ADEE296" w14:textId="77777777" w:rsidR="00540B47" w:rsidRDefault="00A32617">
            <w:r>
              <w:rPr>
                <w:i/>
                <w:sz w:val="18"/>
              </w:rPr>
              <w:t>Z. capensis</w:t>
            </w:r>
          </w:p>
        </w:tc>
        <w:tc>
          <w:tcPr>
            <w:tcW w:w="977" w:type="dxa"/>
          </w:tcPr>
          <w:p w14:paraId="73A761BE" w14:textId="77777777" w:rsidR="00540B47" w:rsidRDefault="00A32617">
            <w:r>
              <w:rPr>
                <w:sz w:val="18"/>
              </w:rPr>
              <w:t>-45.0050</w:t>
            </w:r>
          </w:p>
        </w:tc>
        <w:tc>
          <w:tcPr>
            <w:tcW w:w="1107" w:type="dxa"/>
          </w:tcPr>
          <w:p w14:paraId="775D9A46" w14:textId="77777777" w:rsidR="00540B47" w:rsidRDefault="00A32617">
            <w:r>
              <w:rPr>
                <w:sz w:val="18"/>
              </w:rPr>
              <w:t>-67.0756</w:t>
            </w:r>
          </w:p>
        </w:tc>
        <w:tc>
          <w:tcPr>
            <w:tcW w:w="1156" w:type="dxa"/>
          </w:tcPr>
          <w:p w14:paraId="5CF47121" w14:textId="77777777" w:rsidR="00540B47" w:rsidRDefault="00A32617">
            <w:r>
              <w:rPr>
                <w:sz w:val="18"/>
              </w:rPr>
              <w:t>2025-11-14</w:t>
            </w:r>
          </w:p>
        </w:tc>
        <w:tc>
          <w:tcPr>
            <w:tcW w:w="727" w:type="dxa"/>
          </w:tcPr>
          <w:p w14:paraId="28A4E903" w14:textId="77777777" w:rsidR="00540B47" w:rsidRDefault="00A32617">
            <w:r>
              <w:rPr>
                <w:sz w:val="18"/>
              </w:rPr>
              <w:t>08:20</w:t>
            </w:r>
          </w:p>
        </w:tc>
        <w:tc>
          <w:tcPr>
            <w:tcW w:w="1561" w:type="dxa"/>
          </w:tcPr>
          <w:p w14:paraId="598BF2C0" w14:textId="77777777" w:rsidR="00540B47" w:rsidRDefault="00A32617">
            <w:r>
              <w:rPr>
                <w:sz w:val="18"/>
              </w:rPr>
              <w:t>Agustin I. Casale</w:t>
            </w:r>
          </w:p>
        </w:tc>
      </w:tr>
      <w:tr w:rsidR="00540B47" w14:paraId="64334285" w14:textId="77777777" w:rsidTr="00DD565D">
        <w:tc>
          <w:tcPr>
            <w:tcW w:w="942" w:type="dxa"/>
          </w:tcPr>
          <w:p w14:paraId="59EAC389" w14:textId="77777777" w:rsidR="00540B47" w:rsidRDefault="00A32617">
            <w:r>
              <w:rPr>
                <w:sz w:val="18"/>
              </w:rPr>
              <w:t>3843</w:t>
            </w:r>
          </w:p>
        </w:tc>
        <w:tc>
          <w:tcPr>
            <w:tcW w:w="1156" w:type="dxa"/>
          </w:tcPr>
          <w:p w14:paraId="1E5C577B" w14:textId="77777777" w:rsidR="00540B47" w:rsidRDefault="00A32617">
            <w:r>
              <w:rPr>
                <w:sz w:val="18"/>
              </w:rPr>
              <w:t>MACN</w:t>
            </w:r>
          </w:p>
        </w:tc>
        <w:tc>
          <w:tcPr>
            <w:tcW w:w="1126" w:type="dxa"/>
          </w:tcPr>
          <w:p w14:paraId="5794D50F" w14:textId="77777777" w:rsidR="00540B47" w:rsidRDefault="00A32617">
            <w:r>
              <w:rPr>
                <w:i/>
                <w:sz w:val="18"/>
              </w:rPr>
              <w:t>Z. capensis</w:t>
            </w:r>
          </w:p>
        </w:tc>
        <w:tc>
          <w:tcPr>
            <w:tcW w:w="977" w:type="dxa"/>
          </w:tcPr>
          <w:p w14:paraId="03BE9651" w14:textId="77777777" w:rsidR="00540B47" w:rsidRDefault="00A32617">
            <w:r>
              <w:rPr>
                <w:sz w:val="18"/>
              </w:rPr>
              <w:t>-44.9956</w:t>
            </w:r>
          </w:p>
        </w:tc>
        <w:tc>
          <w:tcPr>
            <w:tcW w:w="1107" w:type="dxa"/>
          </w:tcPr>
          <w:p w14:paraId="41994A30" w14:textId="77777777" w:rsidR="00540B47" w:rsidRDefault="00A32617">
            <w:r>
              <w:rPr>
                <w:sz w:val="18"/>
              </w:rPr>
              <w:t>-67.0572</w:t>
            </w:r>
          </w:p>
        </w:tc>
        <w:tc>
          <w:tcPr>
            <w:tcW w:w="1156" w:type="dxa"/>
          </w:tcPr>
          <w:p w14:paraId="30BFE616" w14:textId="77777777" w:rsidR="00540B47" w:rsidRDefault="00A32617">
            <w:r>
              <w:rPr>
                <w:sz w:val="18"/>
              </w:rPr>
              <w:t>2025-11-14</w:t>
            </w:r>
          </w:p>
        </w:tc>
        <w:tc>
          <w:tcPr>
            <w:tcW w:w="727" w:type="dxa"/>
          </w:tcPr>
          <w:p w14:paraId="4CEA9AE1" w14:textId="77777777" w:rsidR="00540B47" w:rsidRDefault="00A32617">
            <w:r>
              <w:rPr>
                <w:sz w:val="18"/>
              </w:rPr>
              <w:t>08:13</w:t>
            </w:r>
          </w:p>
        </w:tc>
        <w:tc>
          <w:tcPr>
            <w:tcW w:w="1561" w:type="dxa"/>
          </w:tcPr>
          <w:p w14:paraId="5F448F1D" w14:textId="77777777" w:rsidR="00540B47" w:rsidRDefault="00A32617">
            <w:r>
              <w:rPr>
                <w:sz w:val="18"/>
              </w:rPr>
              <w:t>Pablo L. Tubaro</w:t>
            </w:r>
          </w:p>
        </w:tc>
      </w:tr>
      <w:tr w:rsidR="00540B47" w14:paraId="6AFBE386" w14:textId="77777777" w:rsidTr="00DD565D">
        <w:tc>
          <w:tcPr>
            <w:tcW w:w="942" w:type="dxa"/>
          </w:tcPr>
          <w:p w14:paraId="1D8BD33E" w14:textId="77777777" w:rsidR="00540B47" w:rsidRDefault="00A32617">
            <w:r>
              <w:rPr>
                <w:sz w:val="18"/>
              </w:rPr>
              <w:t>3844</w:t>
            </w:r>
          </w:p>
        </w:tc>
        <w:tc>
          <w:tcPr>
            <w:tcW w:w="1156" w:type="dxa"/>
          </w:tcPr>
          <w:p w14:paraId="1833ACB8" w14:textId="77777777" w:rsidR="00540B47" w:rsidRDefault="00A32617">
            <w:r>
              <w:rPr>
                <w:sz w:val="18"/>
              </w:rPr>
              <w:t>MACN</w:t>
            </w:r>
          </w:p>
        </w:tc>
        <w:tc>
          <w:tcPr>
            <w:tcW w:w="1126" w:type="dxa"/>
          </w:tcPr>
          <w:p w14:paraId="1175D55B" w14:textId="77777777" w:rsidR="00540B47" w:rsidRDefault="00A32617">
            <w:r>
              <w:rPr>
                <w:i/>
                <w:sz w:val="18"/>
              </w:rPr>
              <w:t>Z. capensis</w:t>
            </w:r>
          </w:p>
        </w:tc>
        <w:tc>
          <w:tcPr>
            <w:tcW w:w="977" w:type="dxa"/>
          </w:tcPr>
          <w:p w14:paraId="7086B49C" w14:textId="77777777" w:rsidR="00540B47" w:rsidRDefault="00A32617">
            <w:r>
              <w:rPr>
                <w:sz w:val="18"/>
              </w:rPr>
              <w:t>-44.9935</w:t>
            </w:r>
          </w:p>
        </w:tc>
        <w:tc>
          <w:tcPr>
            <w:tcW w:w="1107" w:type="dxa"/>
          </w:tcPr>
          <w:p w14:paraId="7ACBB97B" w14:textId="77777777" w:rsidR="00540B47" w:rsidRDefault="00A32617">
            <w:r>
              <w:rPr>
                <w:sz w:val="18"/>
              </w:rPr>
              <w:t>-67.0548</w:t>
            </w:r>
          </w:p>
        </w:tc>
        <w:tc>
          <w:tcPr>
            <w:tcW w:w="1156" w:type="dxa"/>
          </w:tcPr>
          <w:p w14:paraId="7497AAC7" w14:textId="77777777" w:rsidR="00540B47" w:rsidRDefault="00A32617">
            <w:r>
              <w:rPr>
                <w:sz w:val="18"/>
              </w:rPr>
              <w:t>2025-11-14</w:t>
            </w:r>
          </w:p>
        </w:tc>
        <w:tc>
          <w:tcPr>
            <w:tcW w:w="727" w:type="dxa"/>
          </w:tcPr>
          <w:p w14:paraId="797F814F" w14:textId="77777777" w:rsidR="00540B47" w:rsidRDefault="00A32617">
            <w:r>
              <w:rPr>
                <w:sz w:val="18"/>
              </w:rPr>
              <w:t>08:18</w:t>
            </w:r>
          </w:p>
        </w:tc>
        <w:tc>
          <w:tcPr>
            <w:tcW w:w="1561" w:type="dxa"/>
          </w:tcPr>
          <w:p w14:paraId="2B90BEFE" w14:textId="77777777" w:rsidR="00540B47" w:rsidRDefault="00A32617">
            <w:r>
              <w:rPr>
                <w:sz w:val="18"/>
              </w:rPr>
              <w:t>Pablo L. Tubaro</w:t>
            </w:r>
          </w:p>
        </w:tc>
      </w:tr>
      <w:tr w:rsidR="00540B47" w14:paraId="6D4EA0E5" w14:textId="77777777" w:rsidTr="00DD565D">
        <w:tc>
          <w:tcPr>
            <w:tcW w:w="942" w:type="dxa"/>
          </w:tcPr>
          <w:p w14:paraId="5C546FEF" w14:textId="77777777" w:rsidR="00540B47" w:rsidRDefault="00A32617">
            <w:r>
              <w:rPr>
                <w:sz w:val="18"/>
              </w:rPr>
              <w:t>3845</w:t>
            </w:r>
          </w:p>
        </w:tc>
        <w:tc>
          <w:tcPr>
            <w:tcW w:w="1156" w:type="dxa"/>
          </w:tcPr>
          <w:p w14:paraId="2E56FF2A" w14:textId="77777777" w:rsidR="00540B47" w:rsidRDefault="00A32617">
            <w:r>
              <w:rPr>
                <w:sz w:val="18"/>
              </w:rPr>
              <w:t>MACN</w:t>
            </w:r>
          </w:p>
        </w:tc>
        <w:tc>
          <w:tcPr>
            <w:tcW w:w="1126" w:type="dxa"/>
          </w:tcPr>
          <w:p w14:paraId="5A87B1D8" w14:textId="77777777" w:rsidR="00540B47" w:rsidRDefault="00A32617">
            <w:r>
              <w:rPr>
                <w:i/>
                <w:sz w:val="18"/>
              </w:rPr>
              <w:t>Z. capensis</w:t>
            </w:r>
          </w:p>
        </w:tc>
        <w:tc>
          <w:tcPr>
            <w:tcW w:w="977" w:type="dxa"/>
          </w:tcPr>
          <w:p w14:paraId="22BE7F2A" w14:textId="77777777" w:rsidR="00540B47" w:rsidRDefault="00A32617">
            <w:r>
              <w:rPr>
                <w:sz w:val="18"/>
              </w:rPr>
              <w:t>-44.9935</w:t>
            </w:r>
          </w:p>
        </w:tc>
        <w:tc>
          <w:tcPr>
            <w:tcW w:w="1107" w:type="dxa"/>
          </w:tcPr>
          <w:p w14:paraId="012143FB" w14:textId="77777777" w:rsidR="00540B47" w:rsidRDefault="00A32617">
            <w:r>
              <w:rPr>
                <w:sz w:val="18"/>
              </w:rPr>
              <w:t>-67.0548</w:t>
            </w:r>
          </w:p>
        </w:tc>
        <w:tc>
          <w:tcPr>
            <w:tcW w:w="1156" w:type="dxa"/>
          </w:tcPr>
          <w:p w14:paraId="74399FDD" w14:textId="77777777" w:rsidR="00540B47" w:rsidRDefault="00A32617">
            <w:r>
              <w:rPr>
                <w:sz w:val="18"/>
              </w:rPr>
              <w:t>2025-11-14</w:t>
            </w:r>
          </w:p>
        </w:tc>
        <w:tc>
          <w:tcPr>
            <w:tcW w:w="727" w:type="dxa"/>
          </w:tcPr>
          <w:p w14:paraId="61B6DD84" w14:textId="77777777" w:rsidR="00540B47" w:rsidRDefault="00A32617">
            <w:r>
              <w:rPr>
                <w:sz w:val="18"/>
              </w:rPr>
              <w:t>08:24</w:t>
            </w:r>
          </w:p>
        </w:tc>
        <w:tc>
          <w:tcPr>
            <w:tcW w:w="1561" w:type="dxa"/>
          </w:tcPr>
          <w:p w14:paraId="3F5CFC7A" w14:textId="77777777" w:rsidR="00540B47" w:rsidRDefault="00A32617">
            <w:r>
              <w:rPr>
                <w:sz w:val="18"/>
              </w:rPr>
              <w:t>Pablo L. Tubaro</w:t>
            </w:r>
          </w:p>
        </w:tc>
      </w:tr>
      <w:tr w:rsidR="00540B47" w14:paraId="7F133BEB" w14:textId="77777777" w:rsidTr="00DD565D">
        <w:tc>
          <w:tcPr>
            <w:tcW w:w="942" w:type="dxa"/>
          </w:tcPr>
          <w:p w14:paraId="7C7F6374" w14:textId="77777777" w:rsidR="00540B47" w:rsidRDefault="00A32617">
            <w:r>
              <w:rPr>
                <w:sz w:val="18"/>
              </w:rPr>
              <w:t>3846</w:t>
            </w:r>
          </w:p>
        </w:tc>
        <w:tc>
          <w:tcPr>
            <w:tcW w:w="1156" w:type="dxa"/>
          </w:tcPr>
          <w:p w14:paraId="3E17597E" w14:textId="77777777" w:rsidR="00540B47" w:rsidRDefault="00A32617">
            <w:r>
              <w:rPr>
                <w:sz w:val="18"/>
              </w:rPr>
              <w:t>MACN</w:t>
            </w:r>
          </w:p>
        </w:tc>
        <w:tc>
          <w:tcPr>
            <w:tcW w:w="1126" w:type="dxa"/>
          </w:tcPr>
          <w:p w14:paraId="20D11676" w14:textId="77777777" w:rsidR="00540B47" w:rsidRDefault="00A32617">
            <w:r>
              <w:rPr>
                <w:i/>
                <w:sz w:val="18"/>
              </w:rPr>
              <w:t>Z. capensis</w:t>
            </w:r>
          </w:p>
        </w:tc>
        <w:tc>
          <w:tcPr>
            <w:tcW w:w="977" w:type="dxa"/>
          </w:tcPr>
          <w:p w14:paraId="10575E9F" w14:textId="77777777" w:rsidR="00540B47" w:rsidRDefault="00A32617">
            <w:r>
              <w:rPr>
                <w:sz w:val="18"/>
              </w:rPr>
              <w:t>-44.8551</w:t>
            </w:r>
          </w:p>
        </w:tc>
        <w:tc>
          <w:tcPr>
            <w:tcW w:w="1107" w:type="dxa"/>
          </w:tcPr>
          <w:p w14:paraId="02D5C49F" w14:textId="77777777" w:rsidR="00540B47" w:rsidRDefault="00A32617">
            <w:r>
              <w:rPr>
                <w:sz w:val="18"/>
              </w:rPr>
              <w:t>-66.7603</w:t>
            </w:r>
          </w:p>
        </w:tc>
        <w:tc>
          <w:tcPr>
            <w:tcW w:w="1156" w:type="dxa"/>
          </w:tcPr>
          <w:p w14:paraId="5DE4A67B" w14:textId="77777777" w:rsidR="00540B47" w:rsidRDefault="00A32617">
            <w:r>
              <w:rPr>
                <w:sz w:val="18"/>
              </w:rPr>
              <w:t>2025-11-14</w:t>
            </w:r>
          </w:p>
        </w:tc>
        <w:tc>
          <w:tcPr>
            <w:tcW w:w="727" w:type="dxa"/>
          </w:tcPr>
          <w:p w14:paraId="27D3A8A9" w14:textId="77777777" w:rsidR="00540B47" w:rsidRDefault="00A32617">
            <w:r>
              <w:rPr>
                <w:sz w:val="18"/>
              </w:rPr>
              <w:t>08:49</w:t>
            </w:r>
          </w:p>
        </w:tc>
        <w:tc>
          <w:tcPr>
            <w:tcW w:w="1561" w:type="dxa"/>
          </w:tcPr>
          <w:p w14:paraId="7DFA1C0E" w14:textId="77777777" w:rsidR="00540B47" w:rsidRDefault="00A32617">
            <w:r>
              <w:rPr>
                <w:sz w:val="18"/>
              </w:rPr>
              <w:t>Pablo L. Tubaro</w:t>
            </w:r>
          </w:p>
        </w:tc>
      </w:tr>
      <w:tr w:rsidR="00540B47" w14:paraId="10CFBAE7" w14:textId="77777777" w:rsidTr="00DD565D">
        <w:tc>
          <w:tcPr>
            <w:tcW w:w="942" w:type="dxa"/>
          </w:tcPr>
          <w:p w14:paraId="1FEEA9DF" w14:textId="77777777" w:rsidR="00540B47" w:rsidRDefault="00A32617">
            <w:r>
              <w:rPr>
                <w:sz w:val="18"/>
              </w:rPr>
              <w:t>3847</w:t>
            </w:r>
          </w:p>
        </w:tc>
        <w:tc>
          <w:tcPr>
            <w:tcW w:w="1156" w:type="dxa"/>
          </w:tcPr>
          <w:p w14:paraId="21F7A176" w14:textId="77777777" w:rsidR="00540B47" w:rsidRDefault="00A32617">
            <w:r>
              <w:rPr>
                <w:sz w:val="18"/>
              </w:rPr>
              <w:t>MACN</w:t>
            </w:r>
          </w:p>
        </w:tc>
        <w:tc>
          <w:tcPr>
            <w:tcW w:w="1126" w:type="dxa"/>
          </w:tcPr>
          <w:p w14:paraId="33F9F05A" w14:textId="77777777" w:rsidR="00540B47" w:rsidRDefault="00A32617">
            <w:r>
              <w:rPr>
                <w:i/>
                <w:sz w:val="18"/>
              </w:rPr>
              <w:t>Z. capensis</w:t>
            </w:r>
          </w:p>
        </w:tc>
        <w:tc>
          <w:tcPr>
            <w:tcW w:w="977" w:type="dxa"/>
          </w:tcPr>
          <w:p w14:paraId="16868749" w14:textId="77777777" w:rsidR="00540B47" w:rsidRDefault="00A32617">
            <w:r>
              <w:rPr>
                <w:sz w:val="18"/>
              </w:rPr>
              <w:t>-44.8640</w:t>
            </w:r>
          </w:p>
        </w:tc>
        <w:tc>
          <w:tcPr>
            <w:tcW w:w="1107" w:type="dxa"/>
          </w:tcPr>
          <w:p w14:paraId="4200C626" w14:textId="77777777" w:rsidR="00540B47" w:rsidRDefault="00A32617">
            <w:r>
              <w:rPr>
                <w:sz w:val="18"/>
              </w:rPr>
              <w:t>-66.7460</w:t>
            </w:r>
          </w:p>
        </w:tc>
        <w:tc>
          <w:tcPr>
            <w:tcW w:w="1156" w:type="dxa"/>
          </w:tcPr>
          <w:p w14:paraId="32BE7659" w14:textId="77777777" w:rsidR="00540B47" w:rsidRDefault="00A32617">
            <w:r>
              <w:rPr>
                <w:sz w:val="18"/>
              </w:rPr>
              <w:t>2025-11-14</w:t>
            </w:r>
          </w:p>
        </w:tc>
        <w:tc>
          <w:tcPr>
            <w:tcW w:w="727" w:type="dxa"/>
          </w:tcPr>
          <w:p w14:paraId="4FCF064E" w14:textId="77777777" w:rsidR="00540B47" w:rsidRDefault="00A32617">
            <w:r>
              <w:rPr>
                <w:sz w:val="18"/>
              </w:rPr>
              <w:t>09:08</w:t>
            </w:r>
          </w:p>
        </w:tc>
        <w:tc>
          <w:tcPr>
            <w:tcW w:w="1561" w:type="dxa"/>
          </w:tcPr>
          <w:p w14:paraId="5431AD3C" w14:textId="77777777" w:rsidR="00540B47" w:rsidRDefault="00A32617">
            <w:r>
              <w:rPr>
                <w:sz w:val="18"/>
              </w:rPr>
              <w:t>Pablo L. Tubaro</w:t>
            </w:r>
          </w:p>
        </w:tc>
      </w:tr>
      <w:tr w:rsidR="00540B47" w14:paraId="4149C966" w14:textId="77777777" w:rsidTr="00DD565D">
        <w:tc>
          <w:tcPr>
            <w:tcW w:w="942" w:type="dxa"/>
          </w:tcPr>
          <w:p w14:paraId="0C41FD2C" w14:textId="77777777" w:rsidR="00540B47" w:rsidRDefault="00A32617">
            <w:r>
              <w:rPr>
                <w:sz w:val="18"/>
              </w:rPr>
              <w:t>3848</w:t>
            </w:r>
          </w:p>
        </w:tc>
        <w:tc>
          <w:tcPr>
            <w:tcW w:w="1156" w:type="dxa"/>
          </w:tcPr>
          <w:p w14:paraId="5A9A3EE0" w14:textId="77777777" w:rsidR="00540B47" w:rsidRDefault="00A32617">
            <w:r>
              <w:rPr>
                <w:sz w:val="18"/>
              </w:rPr>
              <w:t>MACN</w:t>
            </w:r>
          </w:p>
        </w:tc>
        <w:tc>
          <w:tcPr>
            <w:tcW w:w="1126" w:type="dxa"/>
          </w:tcPr>
          <w:p w14:paraId="6A6AF28F" w14:textId="77777777" w:rsidR="00540B47" w:rsidRDefault="00A32617">
            <w:r>
              <w:rPr>
                <w:i/>
                <w:sz w:val="18"/>
              </w:rPr>
              <w:t>Z. capensis</w:t>
            </w:r>
          </w:p>
        </w:tc>
        <w:tc>
          <w:tcPr>
            <w:tcW w:w="977" w:type="dxa"/>
          </w:tcPr>
          <w:p w14:paraId="23E85A54" w14:textId="77777777" w:rsidR="00540B47" w:rsidRDefault="00A32617">
            <w:r>
              <w:rPr>
                <w:sz w:val="18"/>
              </w:rPr>
              <w:t>-44.7130</w:t>
            </w:r>
          </w:p>
        </w:tc>
        <w:tc>
          <w:tcPr>
            <w:tcW w:w="1107" w:type="dxa"/>
          </w:tcPr>
          <w:p w14:paraId="23DDFE17" w14:textId="77777777" w:rsidR="00540B47" w:rsidRDefault="00A32617">
            <w:r>
              <w:rPr>
                <w:sz w:val="18"/>
              </w:rPr>
              <w:t>-66.7110</w:t>
            </w:r>
          </w:p>
        </w:tc>
        <w:tc>
          <w:tcPr>
            <w:tcW w:w="1156" w:type="dxa"/>
          </w:tcPr>
          <w:p w14:paraId="16698D54" w14:textId="77777777" w:rsidR="00540B47" w:rsidRDefault="00A32617">
            <w:r>
              <w:rPr>
                <w:sz w:val="18"/>
              </w:rPr>
              <w:t>2025-11-14</w:t>
            </w:r>
          </w:p>
        </w:tc>
        <w:tc>
          <w:tcPr>
            <w:tcW w:w="727" w:type="dxa"/>
          </w:tcPr>
          <w:p w14:paraId="6A5F823D" w14:textId="77777777" w:rsidR="00540B47" w:rsidRDefault="00A32617">
            <w:r>
              <w:rPr>
                <w:sz w:val="18"/>
              </w:rPr>
              <w:t>09:26</w:t>
            </w:r>
          </w:p>
        </w:tc>
        <w:tc>
          <w:tcPr>
            <w:tcW w:w="1561" w:type="dxa"/>
          </w:tcPr>
          <w:p w14:paraId="6D145D3C" w14:textId="77777777" w:rsidR="00540B47" w:rsidRDefault="00A32617">
            <w:r>
              <w:rPr>
                <w:sz w:val="18"/>
              </w:rPr>
              <w:t>Pablo L. Tubaro</w:t>
            </w:r>
          </w:p>
        </w:tc>
      </w:tr>
      <w:tr w:rsidR="00540B47" w14:paraId="3E22F4B0" w14:textId="77777777" w:rsidTr="00DD565D">
        <w:tc>
          <w:tcPr>
            <w:tcW w:w="942" w:type="dxa"/>
          </w:tcPr>
          <w:p w14:paraId="46C0189C" w14:textId="77777777" w:rsidR="00540B47" w:rsidRDefault="00A32617">
            <w:r>
              <w:rPr>
                <w:sz w:val="18"/>
              </w:rPr>
              <w:t>3849</w:t>
            </w:r>
          </w:p>
        </w:tc>
        <w:tc>
          <w:tcPr>
            <w:tcW w:w="1156" w:type="dxa"/>
          </w:tcPr>
          <w:p w14:paraId="527CE83F" w14:textId="77777777" w:rsidR="00540B47" w:rsidRDefault="00A32617">
            <w:r>
              <w:rPr>
                <w:sz w:val="18"/>
              </w:rPr>
              <w:t>MACN</w:t>
            </w:r>
          </w:p>
        </w:tc>
        <w:tc>
          <w:tcPr>
            <w:tcW w:w="1126" w:type="dxa"/>
          </w:tcPr>
          <w:p w14:paraId="1CE68EFB" w14:textId="77777777" w:rsidR="00540B47" w:rsidRDefault="00A32617">
            <w:r>
              <w:rPr>
                <w:i/>
                <w:sz w:val="18"/>
              </w:rPr>
              <w:t>Z. capensis</w:t>
            </w:r>
          </w:p>
        </w:tc>
        <w:tc>
          <w:tcPr>
            <w:tcW w:w="977" w:type="dxa"/>
          </w:tcPr>
          <w:p w14:paraId="540801B5" w14:textId="77777777" w:rsidR="00540B47" w:rsidRDefault="00A32617">
            <w:r>
              <w:rPr>
                <w:sz w:val="18"/>
              </w:rPr>
              <w:t>-44.9370</w:t>
            </w:r>
          </w:p>
        </w:tc>
        <w:tc>
          <w:tcPr>
            <w:tcW w:w="1107" w:type="dxa"/>
          </w:tcPr>
          <w:p w14:paraId="52366461" w14:textId="77777777" w:rsidR="00540B47" w:rsidRDefault="00A32617">
            <w:r>
              <w:rPr>
                <w:sz w:val="18"/>
              </w:rPr>
              <w:t>-66.6980</w:t>
            </w:r>
          </w:p>
        </w:tc>
        <w:tc>
          <w:tcPr>
            <w:tcW w:w="1156" w:type="dxa"/>
          </w:tcPr>
          <w:p w14:paraId="0BB5BF19" w14:textId="77777777" w:rsidR="00540B47" w:rsidRDefault="00A32617">
            <w:r>
              <w:rPr>
                <w:sz w:val="18"/>
              </w:rPr>
              <w:t>2025-11-14</w:t>
            </w:r>
          </w:p>
        </w:tc>
        <w:tc>
          <w:tcPr>
            <w:tcW w:w="727" w:type="dxa"/>
          </w:tcPr>
          <w:p w14:paraId="5670DE19" w14:textId="77777777" w:rsidR="00540B47" w:rsidRDefault="00A32617">
            <w:r>
              <w:rPr>
                <w:sz w:val="18"/>
              </w:rPr>
              <w:t>09:47</w:t>
            </w:r>
          </w:p>
        </w:tc>
        <w:tc>
          <w:tcPr>
            <w:tcW w:w="1561" w:type="dxa"/>
          </w:tcPr>
          <w:p w14:paraId="430551E1" w14:textId="77777777" w:rsidR="00540B47" w:rsidRDefault="00A32617">
            <w:r>
              <w:rPr>
                <w:sz w:val="18"/>
              </w:rPr>
              <w:t>Pablo L. Tubaro</w:t>
            </w:r>
          </w:p>
        </w:tc>
      </w:tr>
      <w:tr w:rsidR="00540B47" w14:paraId="111934E8" w14:textId="77777777" w:rsidTr="00DD565D">
        <w:tc>
          <w:tcPr>
            <w:tcW w:w="942" w:type="dxa"/>
          </w:tcPr>
          <w:p w14:paraId="5E11D682" w14:textId="77777777" w:rsidR="00540B47" w:rsidRDefault="00A32617">
            <w:r>
              <w:rPr>
                <w:sz w:val="18"/>
              </w:rPr>
              <w:t>3850</w:t>
            </w:r>
          </w:p>
        </w:tc>
        <w:tc>
          <w:tcPr>
            <w:tcW w:w="1156" w:type="dxa"/>
          </w:tcPr>
          <w:p w14:paraId="6D5F1982" w14:textId="77777777" w:rsidR="00540B47" w:rsidRDefault="00A32617">
            <w:r>
              <w:rPr>
                <w:sz w:val="18"/>
              </w:rPr>
              <w:t>MACN</w:t>
            </w:r>
          </w:p>
        </w:tc>
        <w:tc>
          <w:tcPr>
            <w:tcW w:w="1126" w:type="dxa"/>
          </w:tcPr>
          <w:p w14:paraId="746279B9" w14:textId="77777777" w:rsidR="00540B47" w:rsidRDefault="00A32617">
            <w:r>
              <w:rPr>
                <w:i/>
                <w:sz w:val="18"/>
              </w:rPr>
              <w:t>Z. capensis</w:t>
            </w:r>
          </w:p>
        </w:tc>
        <w:tc>
          <w:tcPr>
            <w:tcW w:w="977" w:type="dxa"/>
          </w:tcPr>
          <w:p w14:paraId="00E4A4D3" w14:textId="77777777" w:rsidR="00540B47" w:rsidRDefault="00A32617">
            <w:r>
              <w:rPr>
                <w:sz w:val="18"/>
              </w:rPr>
              <w:t>-44.9390</w:t>
            </w:r>
          </w:p>
        </w:tc>
        <w:tc>
          <w:tcPr>
            <w:tcW w:w="1107" w:type="dxa"/>
          </w:tcPr>
          <w:p w14:paraId="5E93D472" w14:textId="77777777" w:rsidR="00540B47" w:rsidRDefault="00A32617">
            <w:r>
              <w:rPr>
                <w:sz w:val="18"/>
              </w:rPr>
              <w:t>-66.6950</w:t>
            </w:r>
          </w:p>
        </w:tc>
        <w:tc>
          <w:tcPr>
            <w:tcW w:w="1156" w:type="dxa"/>
          </w:tcPr>
          <w:p w14:paraId="6849F02E" w14:textId="77777777" w:rsidR="00540B47" w:rsidRDefault="00A32617">
            <w:r>
              <w:rPr>
                <w:sz w:val="18"/>
              </w:rPr>
              <w:t>2025-11-14</w:t>
            </w:r>
          </w:p>
        </w:tc>
        <w:tc>
          <w:tcPr>
            <w:tcW w:w="727" w:type="dxa"/>
          </w:tcPr>
          <w:p w14:paraId="7790070C" w14:textId="77777777" w:rsidR="00540B47" w:rsidRDefault="00A32617">
            <w:r>
              <w:rPr>
                <w:sz w:val="18"/>
              </w:rPr>
              <w:t>09:50</w:t>
            </w:r>
          </w:p>
        </w:tc>
        <w:tc>
          <w:tcPr>
            <w:tcW w:w="1561" w:type="dxa"/>
          </w:tcPr>
          <w:p w14:paraId="6B6B5E9A" w14:textId="77777777" w:rsidR="00540B47" w:rsidRDefault="00A32617">
            <w:r>
              <w:rPr>
                <w:sz w:val="18"/>
              </w:rPr>
              <w:t>Pablo L. Tubaro</w:t>
            </w:r>
          </w:p>
        </w:tc>
      </w:tr>
      <w:tr w:rsidR="00540B47" w14:paraId="5E5E259E" w14:textId="77777777" w:rsidTr="00DD565D">
        <w:tc>
          <w:tcPr>
            <w:tcW w:w="942" w:type="dxa"/>
          </w:tcPr>
          <w:p w14:paraId="0F0F5E9C" w14:textId="77777777" w:rsidR="00540B47" w:rsidRDefault="00A32617">
            <w:r>
              <w:rPr>
                <w:sz w:val="18"/>
              </w:rPr>
              <w:t>3851</w:t>
            </w:r>
          </w:p>
        </w:tc>
        <w:tc>
          <w:tcPr>
            <w:tcW w:w="1156" w:type="dxa"/>
          </w:tcPr>
          <w:p w14:paraId="5BAD2E3C" w14:textId="77777777" w:rsidR="00540B47" w:rsidRDefault="00A32617">
            <w:r>
              <w:rPr>
                <w:sz w:val="18"/>
              </w:rPr>
              <w:t>MACN</w:t>
            </w:r>
          </w:p>
        </w:tc>
        <w:tc>
          <w:tcPr>
            <w:tcW w:w="1126" w:type="dxa"/>
          </w:tcPr>
          <w:p w14:paraId="1DD38A0B" w14:textId="77777777" w:rsidR="00540B47" w:rsidRDefault="00A32617">
            <w:r>
              <w:rPr>
                <w:i/>
                <w:sz w:val="18"/>
              </w:rPr>
              <w:t>Z. capensis</w:t>
            </w:r>
          </w:p>
        </w:tc>
        <w:tc>
          <w:tcPr>
            <w:tcW w:w="977" w:type="dxa"/>
          </w:tcPr>
          <w:p w14:paraId="57637E18" w14:textId="77777777" w:rsidR="00540B47" w:rsidRDefault="00A32617">
            <w:r>
              <w:rPr>
                <w:sz w:val="18"/>
              </w:rPr>
              <w:t>-44.9390</w:t>
            </w:r>
          </w:p>
        </w:tc>
        <w:tc>
          <w:tcPr>
            <w:tcW w:w="1107" w:type="dxa"/>
          </w:tcPr>
          <w:p w14:paraId="1EE93E1B" w14:textId="77777777" w:rsidR="00540B47" w:rsidRDefault="00A32617">
            <w:r>
              <w:rPr>
                <w:sz w:val="18"/>
              </w:rPr>
              <w:t>-66.6950</w:t>
            </w:r>
          </w:p>
        </w:tc>
        <w:tc>
          <w:tcPr>
            <w:tcW w:w="1156" w:type="dxa"/>
          </w:tcPr>
          <w:p w14:paraId="75004E0C" w14:textId="77777777" w:rsidR="00540B47" w:rsidRDefault="00A32617">
            <w:r>
              <w:rPr>
                <w:sz w:val="18"/>
              </w:rPr>
              <w:t>2025-11-14</w:t>
            </w:r>
          </w:p>
        </w:tc>
        <w:tc>
          <w:tcPr>
            <w:tcW w:w="727" w:type="dxa"/>
          </w:tcPr>
          <w:p w14:paraId="27BF2410" w14:textId="77777777" w:rsidR="00540B47" w:rsidRDefault="00A32617">
            <w:r>
              <w:rPr>
                <w:sz w:val="18"/>
              </w:rPr>
              <w:t>09:53</w:t>
            </w:r>
          </w:p>
        </w:tc>
        <w:tc>
          <w:tcPr>
            <w:tcW w:w="1561" w:type="dxa"/>
          </w:tcPr>
          <w:p w14:paraId="6AD73D78" w14:textId="77777777" w:rsidR="00540B47" w:rsidRDefault="00A32617">
            <w:r>
              <w:rPr>
                <w:sz w:val="18"/>
              </w:rPr>
              <w:t>Pablo L. Tubaro</w:t>
            </w:r>
          </w:p>
        </w:tc>
      </w:tr>
      <w:tr w:rsidR="00540B47" w14:paraId="002B5151" w14:textId="77777777" w:rsidTr="00DD565D">
        <w:tc>
          <w:tcPr>
            <w:tcW w:w="942" w:type="dxa"/>
          </w:tcPr>
          <w:p w14:paraId="5CD61682" w14:textId="77777777" w:rsidR="00540B47" w:rsidRDefault="00A32617">
            <w:r>
              <w:rPr>
                <w:sz w:val="18"/>
              </w:rPr>
              <w:lastRenderedPageBreak/>
              <w:t>3852</w:t>
            </w:r>
          </w:p>
        </w:tc>
        <w:tc>
          <w:tcPr>
            <w:tcW w:w="1156" w:type="dxa"/>
          </w:tcPr>
          <w:p w14:paraId="1C2A5996" w14:textId="77777777" w:rsidR="00540B47" w:rsidRDefault="00A32617">
            <w:r>
              <w:rPr>
                <w:sz w:val="18"/>
              </w:rPr>
              <w:t>MACN</w:t>
            </w:r>
          </w:p>
        </w:tc>
        <w:tc>
          <w:tcPr>
            <w:tcW w:w="1126" w:type="dxa"/>
          </w:tcPr>
          <w:p w14:paraId="1FBB9999" w14:textId="77777777" w:rsidR="00540B47" w:rsidRDefault="00A32617">
            <w:r>
              <w:rPr>
                <w:i/>
                <w:sz w:val="18"/>
              </w:rPr>
              <w:t>Z. capensis</w:t>
            </w:r>
          </w:p>
        </w:tc>
        <w:tc>
          <w:tcPr>
            <w:tcW w:w="977" w:type="dxa"/>
          </w:tcPr>
          <w:p w14:paraId="7B004EB5" w14:textId="77777777" w:rsidR="00540B47" w:rsidRDefault="00A32617">
            <w:r>
              <w:rPr>
                <w:sz w:val="18"/>
              </w:rPr>
              <w:t>-45.1120</w:t>
            </w:r>
          </w:p>
        </w:tc>
        <w:tc>
          <w:tcPr>
            <w:tcW w:w="1107" w:type="dxa"/>
          </w:tcPr>
          <w:p w14:paraId="55D86492" w14:textId="77777777" w:rsidR="00540B47" w:rsidRDefault="00A32617">
            <w:r>
              <w:rPr>
                <w:sz w:val="18"/>
              </w:rPr>
              <w:t>-66.5330</w:t>
            </w:r>
          </w:p>
        </w:tc>
        <w:tc>
          <w:tcPr>
            <w:tcW w:w="1156" w:type="dxa"/>
          </w:tcPr>
          <w:p w14:paraId="699727C1" w14:textId="77777777" w:rsidR="00540B47" w:rsidRDefault="00A32617">
            <w:r>
              <w:rPr>
                <w:sz w:val="18"/>
              </w:rPr>
              <w:t>2025-11-14</w:t>
            </w:r>
          </w:p>
        </w:tc>
        <w:tc>
          <w:tcPr>
            <w:tcW w:w="727" w:type="dxa"/>
          </w:tcPr>
          <w:p w14:paraId="66DCF479" w14:textId="77777777" w:rsidR="00540B47" w:rsidRDefault="00A32617">
            <w:r>
              <w:rPr>
                <w:sz w:val="18"/>
              </w:rPr>
              <w:t>10:31</w:t>
            </w:r>
          </w:p>
        </w:tc>
        <w:tc>
          <w:tcPr>
            <w:tcW w:w="1561" w:type="dxa"/>
          </w:tcPr>
          <w:p w14:paraId="459BAC3C" w14:textId="77777777" w:rsidR="00540B47" w:rsidRDefault="00A32617">
            <w:r>
              <w:rPr>
                <w:sz w:val="18"/>
              </w:rPr>
              <w:t>Pablo L. Tubaro</w:t>
            </w:r>
          </w:p>
        </w:tc>
      </w:tr>
      <w:tr w:rsidR="00540B47" w14:paraId="4576AEDF" w14:textId="77777777" w:rsidTr="00DD565D">
        <w:tc>
          <w:tcPr>
            <w:tcW w:w="942" w:type="dxa"/>
          </w:tcPr>
          <w:p w14:paraId="18DB49E6" w14:textId="77777777" w:rsidR="00540B47" w:rsidRDefault="00A32617">
            <w:r>
              <w:rPr>
                <w:sz w:val="18"/>
              </w:rPr>
              <w:t>3853</w:t>
            </w:r>
          </w:p>
        </w:tc>
        <w:tc>
          <w:tcPr>
            <w:tcW w:w="1156" w:type="dxa"/>
          </w:tcPr>
          <w:p w14:paraId="2FAEBC3F" w14:textId="77777777" w:rsidR="00540B47" w:rsidRDefault="00A32617">
            <w:r>
              <w:rPr>
                <w:sz w:val="18"/>
              </w:rPr>
              <w:t>MACN</w:t>
            </w:r>
          </w:p>
        </w:tc>
        <w:tc>
          <w:tcPr>
            <w:tcW w:w="1126" w:type="dxa"/>
          </w:tcPr>
          <w:p w14:paraId="5D788DDD" w14:textId="77777777" w:rsidR="00540B47" w:rsidRDefault="00A32617">
            <w:r>
              <w:rPr>
                <w:i/>
                <w:sz w:val="18"/>
              </w:rPr>
              <w:t>Z. capensis</w:t>
            </w:r>
          </w:p>
        </w:tc>
        <w:tc>
          <w:tcPr>
            <w:tcW w:w="977" w:type="dxa"/>
          </w:tcPr>
          <w:p w14:paraId="74E7468D" w14:textId="77777777" w:rsidR="00540B47" w:rsidRDefault="00A32617">
            <w:r>
              <w:rPr>
                <w:sz w:val="18"/>
              </w:rPr>
              <w:t>-45.0480</w:t>
            </w:r>
          </w:p>
        </w:tc>
        <w:tc>
          <w:tcPr>
            <w:tcW w:w="1107" w:type="dxa"/>
          </w:tcPr>
          <w:p w14:paraId="678A854F" w14:textId="77777777" w:rsidR="00540B47" w:rsidRDefault="00A32617">
            <w:r>
              <w:rPr>
                <w:sz w:val="18"/>
              </w:rPr>
              <w:t>-66.5860</w:t>
            </w:r>
          </w:p>
        </w:tc>
        <w:tc>
          <w:tcPr>
            <w:tcW w:w="1156" w:type="dxa"/>
          </w:tcPr>
          <w:p w14:paraId="48290BBA" w14:textId="77777777" w:rsidR="00540B47" w:rsidRDefault="00A32617">
            <w:r>
              <w:rPr>
                <w:sz w:val="18"/>
              </w:rPr>
              <w:t>2025-11-14</w:t>
            </w:r>
          </w:p>
        </w:tc>
        <w:tc>
          <w:tcPr>
            <w:tcW w:w="727" w:type="dxa"/>
          </w:tcPr>
          <w:p w14:paraId="69B3CB37" w14:textId="77777777" w:rsidR="00540B47" w:rsidRDefault="00A32617">
            <w:r>
              <w:rPr>
                <w:sz w:val="18"/>
              </w:rPr>
              <w:t>11:13</w:t>
            </w:r>
          </w:p>
        </w:tc>
        <w:tc>
          <w:tcPr>
            <w:tcW w:w="1561" w:type="dxa"/>
          </w:tcPr>
          <w:p w14:paraId="3187E55B" w14:textId="77777777" w:rsidR="00540B47" w:rsidRDefault="00A32617">
            <w:r>
              <w:rPr>
                <w:sz w:val="18"/>
              </w:rPr>
              <w:t>Pablo L. Tubaro</w:t>
            </w:r>
          </w:p>
        </w:tc>
      </w:tr>
      <w:tr w:rsidR="00540B47" w14:paraId="7406B078" w14:textId="77777777" w:rsidTr="00DD565D">
        <w:tc>
          <w:tcPr>
            <w:tcW w:w="942" w:type="dxa"/>
          </w:tcPr>
          <w:p w14:paraId="751F808B" w14:textId="77777777" w:rsidR="00540B47" w:rsidRDefault="00A32617">
            <w:r>
              <w:rPr>
                <w:sz w:val="18"/>
              </w:rPr>
              <w:t>3854</w:t>
            </w:r>
          </w:p>
        </w:tc>
        <w:tc>
          <w:tcPr>
            <w:tcW w:w="1156" w:type="dxa"/>
          </w:tcPr>
          <w:p w14:paraId="5493450A" w14:textId="77777777" w:rsidR="00540B47" w:rsidRDefault="00A32617">
            <w:r>
              <w:rPr>
                <w:sz w:val="18"/>
              </w:rPr>
              <w:t>MACN</w:t>
            </w:r>
          </w:p>
        </w:tc>
        <w:tc>
          <w:tcPr>
            <w:tcW w:w="1126" w:type="dxa"/>
          </w:tcPr>
          <w:p w14:paraId="30CC63E1" w14:textId="77777777" w:rsidR="00540B47" w:rsidRDefault="00A32617">
            <w:r>
              <w:rPr>
                <w:i/>
                <w:sz w:val="18"/>
              </w:rPr>
              <w:t>Z. capensis</w:t>
            </w:r>
          </w:p>
        </w:tc>
        <w:tc>
          <w:tcPr>
            <w:tcW w:w="977" w:type="dxa"/>
          </w:tcPr>
          <w:p w14:paraId="2C208103" w14:textId="77777777" w:rsidR="00540B47" w:rsidRDefault="00A32617">
            <w:r>
              <w:rPr>
                <w:sz w:val="18"/>
              </w:rPr>
              <w:t>-44.8690</w:t>
            </w:r>
          </w:p>
        </w:tc>
        <w:tc>
          <w:tcPr>
            <w:tcW w:w="1107" w:type="dxa"/>
          </w:tcPr>
          <w:p w14:paraId="7602147F" w14:textId="77777777" w:rsidR="00540B47" w:rsidRDefault="00A32617">
            <w:r>
              <w:rPr>
                <w:sz w:val="18"/>
              </w:rPr>
              <w:t>-66.7390</w:t>
            </w:r>
          </w:p>
        </w:tc>
        <w:tc>
          <w:tcPr>
            <w:tcW w:w="1156" w:type="dxa"/>
          </w:tcPr>
          <w:p w14:paraId="48D9461F" w14:textId="77777777" w:rsidR="00540B47" w:rsidRDefault="00A32617">
            <w:r>
              <w:rPr>
                <w:sz w:val="18"/>
              </w:rPr>
              <w:t>2025-11-14</w:t>
            </w:r>
          </w:p>
        </w:tc>
        <w:tc>
          <w:tcPr>
            <w:tcW w:w="727" w:type="dxa"/>
          </w:tcPr>
          <w:p w14:paraId="5263E203" w14:textId="77777777" w:rsidR="00540B47" w:rsidRDefault="00A32617">
            <w:r>
              <w:rPr>
                <w:sz w:val="18"/>
              </w:rPr>
              <w:t>11:57</w:t>
            </w:r>
          </w:p>
        </w:tc>
        <w:tc>
          <w:tcPr>
            <w:tcW w:w="1561" w:type="dxa"/>
          </w:tcPr>
          <w:p w14:paraId="5CE26342" w14:textId="77777777" w:rsidR="00540B47" w:rsidRDefault="00A32617">
            <w:r>
              <w:rPr>
                <w:sz w:val="18"/>
              </w:rPr>
              <w:t>Pablo L. Tubaro</w:t>
            </w:r>
          </w:p>
        </w:tc>
      </w:tr>
      <w:tr w:rsidR="00540B47" w14:paraId="22503A86" w14:textId="77777777" w:rsidTr="00DD565D">
        <w:tc>
          <w:tcPr>
            <w:tcW w:w="942" w:type="dxa"/>
          </w:tcPr>
          <w:p w14:paraId="3FACCF19" w14:textId="77777777" w:rsidR="00540B47" w:rsidRDefault="00A32617">
            <w:r>
              <w:rPr>
                <w:sz w:val="18"/>
              </w:rPr>
              <w:t>3855</w:t>
            </w:r>
          </w:p>
        </w:tc>
        <w:tc>
          <w:tcPr>
            <w:tcW w:w="1156" w:type="dxa"/>
          </w:tcPr>
          <w:p w14:paraId="6391D450" w14:textId="77777777" w:rsidR="00540B47" w:rsidRDefault="00A32617">
            <w:r>
              <w:rPr>
                <w:sz w:val="18"/>
              </w:rPr>
              <w:t>MACN</w:t>
            </w:r>
          </w:p>
        </w:tc>
        <w:tc>
          <w:tcPr>
            <w:tcW w:w="1126" w:type="dxa"/>
          </w:tcPr>
          <w:p w14:paraId="6C8ADFEB" w14:textId="77777777" w:rsidR="00540B47" w:rsidRDefault="00A32617">
            <w:r>
              <w:rPr>
                <w:i/>
                <w:sz w:val="18"/>
              </w:rPr>
              <w:t>Z. capensis</w:t>
            </w:r>
          </w:p>
        </w:tc>
        <w:tc>
          <w:tcPr>
            <w:tcW w:w="977" w:type="dxa"/>
          </w:tcPr>
          <w:p w14:paraId="26BD38ED" w14:textId="77777777" w:rsidR="00540B47" w:rsidRDefault="00A32617">
            <w:r>
              <w:rPr>
                <w:sz w:val="18"/>
              </w:rPr>
              <w:t>-41.6106</w:t>
            </w:r>
          </w:p>
        </w:tc>
        <w:tc>
          <w:tcPr>
            <w:tcW w:w="1107" w:type="dxa"/>
          </w:tcPr>
          <w:p w14:paraId="443DADFF" w14:textId="77777777" w:rsidR="00540B47" w:rsidRDefault="00A32617">
            <w:r>
              <w:rPr>
                <w:sz w:val="18"/>
              </w:rPr>
              <w:t>-65.3510</w:t>
            </w:r>
          </w:p>
        </w:tc>
        <w:tc>
          <w:tcPr>
            <w:tcW w:w="1156" w:type="dxa"/>
          </w:tcPr>
          <w:p w14:paraId="0D48D792" w14:textId="77777777" w:rsidR="00540B47" w:rsidRDefault="00A32617">
            <w:r>
              <w:rPr>
                <w:sz w:val="18"/>
              </w:rPr>
              <w:t>2025-11-14</w:t>
            </w:r>
          </w:p>
        </w:tc>
        <w:tc>
          <w:tcPr>
            <w:tcW w:w="727" w:type="dxa"/>
          </w:tcPr>
          <w:p w14:paraId="3E82BDE7" w14:textId="77777777" w:rsidR="00540B47" w:rsidRDefault="00A32617">
            <w:r>
              <w:rPr>
                <w:sz w:val="18"/>
              </w:rPr>
              <w:t>16:16</w:t>
            </w:r>
          </w:p>
        </w:tc>
        <w:tc>
          <w:tcPr>
            <w:tcW w:w="1561" w:type="dxa"/>
          </w:tcPr>
          <w:p w14:paraId="38BC13CC" w14:textId="77777777" w:rsidR="00540B47" w:rsidRDefault="00A32617">
            <w:r>
              <w:rPr>
                <w:sz w:val="18"/>
              </w:rPr>
              <w:t>Pablo L. Tubaro</w:t>
            </w:r>
          </w:p>
        </w:tc>
      </w:tr>
      <w:tr w:rsidR="00540B47" w14:paraId="53767A7F" w14:textId="77777777" w:rsidTr="00DD565D">
        <w:tc>
          <w:tcPr>
            <w:tcW w:w="942" w:type="dxa"/>
          </w:tcPr>
          <w:p w14:paraId="7AE1F01B" w14:textId="77777777" w:rsidR="00540B47" w:rsidRDefault="00A32617">
            <w:r>
              <w:rPr>
                <w:sz w:val="18"/>
              </w:rPr>
              <w:t>3856</w:t>
            </w:r>
          </w:p>
        </w:tc>
        <w:tc>
          <w:tcPr>
            <w:tcW w:w="1156" w:type="dxa"/>
          </w:tcPr>
          <w:p w14:paraId="48C53C4F" w14:textId="77777777" w:rsidR="00540B47" w:rsidRDefault="00A32617">
            <w:r>
              <w:rPr>
                <w:sz w:val="18"/>
              </w:rPr>
              <w:t>MACN</w:t>
            </w:r>
          </w:p>
        </w:tc>
        <w:tc>
          <w:tcPr>
            <w:tcW w:w="1126" w:type="dxa"/>
          </w:tcPr>
          <w:p w14:paraId="51A79052" w14:textId="77777777" w:rsidR="00540B47" w:rsidRDefault="00A32617">
            <w:r>
              <w:rPr>
                <w:i/>
                <w:sz w:val="18"/>
              </w:rPr>
              <w:t>Z. capensis</w:t>
            </w:r>
          </w:p>
        </w:tc>
        <w:tc>
          <w:tcPr>
            <w:tcW w:w="977" w:type="dxa"/>
          </w:tcPr>
          <w:p w14:paraId="245869AA" w14:textId="77777777" w:rsidR="00540B47" w:rsidRDefault="00A32617">
            <w:r>
              <w:rPr>
                <w:sz w:val="18"/>
              </w:rPr>
              <w:t>-41.6106</w:t>
            </w:r>
          </w:p>
        </w:tc>
        <w:tc>
          <w:tcPr>
            <w:tcW w:w="1107" w:type="dxa"/>
          </w:tcPr>
          <w:p w14:paraId="6EDA6A5C" w14:textId="77777777" w:rsidR="00540B47" w:rsidRDefault="00A32617">
            <w:r>
              <w:rPr>
                <w:sz w:val="18"/>
              </w:rPr>
              <w:t>-65.3510</w:t>
            </w:r>
          </w:p>
        </w:tc>
        <w:tc>
          <w:tcPr>
            <w:tcW w:w="1156" w:type="dxa"/>
          </w:tcPr>
          <w:p w14:paraId="4C2F2FD3" w14:textId="77777777" w:rsidR="00540B47" w:rsidRDefault="00A32617">
            <w:r>
              <w:rPr>
                <w:sz w:val="18"/>
              </w:rPr>
              <w:t>2025-11-14</w:t>
            </w:r>
          </w:p>
        </w:tc>
        <w:tc>
          <w:tcPr>
            <w:tcW w:w="727" w:type="dxa"/>
          </w:tcPr>
          <w:p w14:paraId="494A9AC7" w14:textId="77777777" w:rsidR="00540B47" w:rsidRDefault="00A32617">
            <w:r>
              <w:rPr>
                <w:sz w:val="18"/>
              </w:rPr>
              <w:t>16:18</w:t>
            </w:r>
          </w:p>
        </w:tc>
        <w:tc>
          <w:tcPr>
            <w:tcW w:w="1561" w:type="dxa"/>
          </w:tcPr>
          <w:p w14:paraId="4E209810" w14:textId="77777777" w:rsidR="00540B47" w:rsidRDefault="00A32617">
            <w:r>
              <w:rPr>
                <w:sz w:val="18"/>
              </w:rPr>
              <w:t>Pablo L. Tubaro</w:t>
            </w:r>
          </w:p>
        </w:tc>
      </w:tr>
      <w:tr w:rsidR="00540B47" w14:paraId="7BB17F8F" w14:textId="77777777" w:rsidTr="00DD565D">
        <w:tc>
          <w:tcPr>
            <w:tcW w:w="942" w:type="dxa"/>
          </w:tcPr>
          <w:p w14:paraId="03464E6E" w14:textId="77777777" w:rsidR="00540B47" w:rsidRDefault="00A32617">
            <w:r>
              <w:rPr>
                <w:sz w:val="18"/>
              </w:rPr>
              <w:t>3857</w:t>
            </w:r>
          </w:p>
        </w:tc>
        <w:tc>
          <w:tcPr>
            <w:tcW w:w="1156" w:type="dxa"/>
          </w:tcPr>
          <w:p w14:paraId="3B3B81D7" w14:textId="77777777" w:rsidR="00540B47" w:rsidRDefault="00A32617">
            <w:r>
              <w:rPr>
                <w:sz w:val="18"/>
              </w:rPr>
              <w:t>MACN</w:t>
            </w:r>
          </w:p>
        </w:tc>
        <w:tc>
          <w:tcPr>
            <w:tcW w:w="1126" w:type="dxa"/>
          </w:tcPr>
          <w:p w14:paraId="74F0F191" w14:textId="77777777" w:rsidR="00540B47" w:rsidRDefault="00A32617">
            <w:r>
              <w:rPr>
                <w:i/>
                <w:sz w:val="18"/>
              </w:rPr>
              <w:t>Z. capensis</w:t>
            </w:r>
          </w:p>
        </w:tc>
        <w:tc>
          <w:tcPr>
            <w:tcW w:w="977" w:type="dxa"/>
          </w:tcPr>
          <w:p w14:paraId="5A703E10" w14:textId="77777777" w:rsidR="00540B47" w:rsidRDefault="00A32617">
            <w:r>
              <w:rPr>
                <w:sz w:val="18"/>
              </w:rPr>
              <w:t>-41.6106</w:t>
            </w:r>
          </w:p>
        </w:tc>
        <w:tc>
          <w:tcPr>
            <w:tcW w:w="1107" w:type="dxa"/>
          </w:tcPr>
          <w:p w14:paraId="1F09C55B" w14:textId="77777777" w:rsidR="00540B47" w:rsidRDefault="00A32617">
            <w:r>
              <w:rPr>
                <w:sz w:val="18"/>
              </w:rPr>
              <w:t>-65.3510</w:t>
            </w:r>
          </w:p>
        </w:tc>
        <w:tc>
          <w:tcPr>
            <w:tcW w:w="1156" w:type="dxa"/>
          </w:tcPr>
          <w:p w14:paraId="54E4E9DB" w14:textId="77777777" w:rsidR="00540B47" w:rsidRDefault="00A32617">
            <w:r>
              <w:rPr>
                <w:sz w:val="18"/>
              </w:rPr>
              <w:t>2025-11-14</w:t>
            </w:r>
          </w:p>
        </w:tc>
        <w:tc>
          <w:tcPr>
            <w:tcW w:w="727" w:type="dxa"/>
          </w:tcPr>
          <w:p w14:paraId="6CEC606E" w14:textId="77777777" w:rsidR="00540B47" w:rsidRDefault="00A32617">
            <w:r>
              <w:rPr>
                <w:sz w:val="18"/>
              </w:rPr>
              <w:t>16:23</w:t>
            </w:r>
          </w:p>
        </w:tc>
        <w:tc>
          <w:tcPr>
            <w:tcW w:w="1561" w:type="dxa"/>
          </w:tcPr>
          <w:p w14:paraId="433C4F0D" w14:textId="77777777" w:rsidR="00540B47" w:rsidRDefault="00A32617">
            <w:r>
              <w:rPr>
                <w:sz w:val="18"/>
              </w:rPr>
              <w:t>Pablo L. Tubaro</w:t>
            </w:r>
          </w:p>
        </w:tc>
      </w:tr>
      <w:tr w:rsidR="00540B47" w14:paraId="55A2FDA5" w14:textId="77777777" w:rsidTr="00DD565D">
        <w:tc>
          <w:tcPr>
            <w:tcW w:w="942" w:type="dxa"/>
          </w:tcPr>
          <w:p w14:paraId="637788FC" w14:textId="77777777" w:rsidR="00540B47" w:rsidRDefault="00A32617">
            <w:r>
              <w:rPr>
                <w:sz w:val="18"/>
              </w:rPr>
              <w:t>3858</w:t>
            </w:r>
          </w:p>
        </w:tc>
        <w:tc>
          <w:tcPr>
            <w:tcW w:w="1156" w:type="dxa"/>
          </w:tcPr>
          <w:p w14:paraId="7BCF0515" w14:textId="77777777" w:rsidR="00540B47" w:rsidRDefault="00A32617">
            <w:r>
              <w:rPr>
                <w:sz w:val="18"/>
              </w:rPr>
              <w:t>MACN</w:t>
            </w:r>
          </w:p>
        </w:tc>
        <w:tc>
          <w:tcPr>
            <w:tcW w:w="1126" w:type="dxa"/>
          </w:tcPr>
          <w:p w14:paraId="5002F927" w14:textId="77777777" w:rsidR="00540B47" w:rsidRDefault="00A32617">
            <w:r>
              <w:rPr>
                <w:i/>
                <w:sz w:val="18"/>
              </w:rPr>
              <w:t>Z. capensis</w:t>
            </w:r>
          </w:p>
        </w:tc>
        <w:tc>
          <w:tcPr>
            <w:tcW w:w="977" w:type="dxa"/>
          </w:tcPr>
          <w:p w14:paraId="1D1D3732" w14:textId="77777777" w:rsidR="00540B47" w:rsidRDefault="00A32617">
            <w:r>
              <w:rPr>
                <w:sz w:val="18"/>
              </w:rPr>
              <w:t>-41.6106</w:t>
            </w:r>
          </w:p>
        </w:tc>
        <w:tc>
          <w:tcPr>
            <w:tcW w:w="1107" w:type="dxa"/>
          </w:tcPr>
          <w:p w14:paraId="04DB2D78" w14:textId="77777777" w:rsidR="00540B47" w:rsidRDefault="00A32617">
            <w:r>
              <w:rPr>
                <w:sz w:val="18"/>
              </w:rPr>
              <w:t>-65.3510</w:t>
            </w:r>
          </w:p>
        </w:tc>
        <w:tc>
          <w:tcPr>
            <w:tcW w:w="1156" w:type="dxa"/>
          </w:tcPr>
          <w:p w14:paraId="676BFFD3" w14:textId="77777777" w:rsidR="00540B47" w:rsidRDefault="00A32617">
            <w:r>
              <w:rPr>
                <w:sz w:val="18"/>
              </w:rPr>
              <w:t>2025-11-14</w:t>
            </w:r>
          </w:p>
        </w:tc>
        <w:tc>
          <w:tcPr>
            <w:tcW w:w="727" w:type="dxa"/>
          </w:tcPr>
          <w:p w14:paraId="35423A70" w14:textId="77777777" w:rsidR="00540B47" w:rsidRDefault="00A32617">
            <w:r>
              <w:rPr>
                <w:sz w:val="18"/>
              </w:rPr>
              <w:t>16:26</w:t>
            </w:r>
          </w:p>
        </w:tc>
        <w:tc>
          <w:tcPr>
            <w:tcW w:w="1561" w:type="dxa"/>
          </w:tcPr>
          <w:p w14:paraId="48C8AD09" w14:textId="77777777" w:rsidR="00540B47" w:rsidRDefault="00A32617">
            <w:r>
              <w:rPr>
                <w:sz w:val="18"/>
              </w:rPr>
              <w:t>Pablo L. Tubaro</w:t>
            </w:r>
          </w:p>
        </w:tc>
      </w:tr>
      <w:tr w:rsidR="00540B47" w14:paraId="1B6AB699" w14:textId="77777777" w:rsidTr="00DD565D">
        <w:tc>
          <w:tcPr>
            <w:tcW w:w="942" w:type="dxa"/>
          </w:tcPr>
          <w:p w14:paraId="68E998CD" w14:textId="77777777" w:rsidR="00540B47" w:rsidRDefault="00A32617">
            <w:r>
              <w:rPr>
                <w:sz w:val="18"/>
              </w:rPr>
              <w:t>3859</w:t>
            </w:r>
          </w:p>
        </w:tc>
        <w:tc>
          <w:tcPr>
            <w:tcW w:w="1156" w:type="dxa"/>
          </w:tcPr>
          <w:p w14:paraId="6497E5F5" w14:textId="77777777" w:rsidR="00540B47" w:rsidRDefault="00A32617">
            <w:r>
              <w:rPr>
                <w:sz w:val="18"/>
              </w:rPr>
              <w:t>MACN</w:t>
            </w:r>
          </w:p>
        </w:tc>
        <w:tc>
          <w:tcPr>
            <w:tcW w:w="1126" w:type="dxa"/>
          </w:tcPr>
          <w:p w14:paraId="325DE104" w14:textId="77777777" w:rsidR="00540B47" w:rsidRDefault="00A32617">
            <w:r>
              <w:rPr>
                <w:i/>
                <w:sz w:val="18"/>
              </w:rPr>
              <w:t>Z. capensis</w:t>
            </w:r>
          </w:p>
        </w:tc>
        <w:tc>
          <w:tcPr>
            <w:tcW w:w="977" w:type="dxa"/>
          </w:tcPr>
          <w:p w14:paraId="568E1757" w14:textId="77777777" w:rsidR="00540B47" w:rsidRDefault="00A32617">
            <w:r>
              <w:rPr>
                <w:sz w:val="18"/>
              </w:rPr>
              <w:t>-41.6106</w:t>
            </w:r>
          </w:p>
        </w:tc>
        <w:tc>
          <w:tcPr>
            <w:tcW w:w="1107" w:type="dxa"/>
          </w:tcPr>
          <w:p w14:paraId="242249FC" w14:textId="77777777" w:rsidR="00540B47" w:rsidRDefault="00A32617">
            <w:r>
              <w:rPr>
                <w:sz w:val="18"/>
              </w:rPr>
              <w:t>-65.3510</w:t>
            </w:r>
          </w:p>
        </w:tc>
        <w:tc>
          <w:tcPr>
            <w:tcW w:w="1156" w:type="dxa"/>
          </w:tcPr>
          <w:p w14:paraId="527D192B" w14:textId="77777777" w:rsidR="00540B47" w:rsidRDefault="00A32617">
            <w:r>
              <w:rPr>
                <w:sz w:val="18"/>
              </w:rPr>
              <w:t>2025-11-14</w:t>
            </w:r>
          </w:p>
        </w:tc>
        <w:tc>
          <w:tcPr>
            <w:tcW w:w="727" w:type="dxa"/>
          </w:tcPr>
          <w:p w14:paraId="243B718C" w14:textId="77777777" w:rsidR="00540B47" w:rsidRDefault="00A32617">
            <w:r>
              <w:rPr>
                <w:sz w:val="18"/>
              </w:rPr>
              <w:t>16:28</w:t>
            </w:r>
          </w:p>
        </w:tc>
        <w:tc>
          <w:tcPr>
            <w:tcW w:w="1561" w:type="dxa"/>
          </w:tcPr>
          <w:p w14:paraId="177FC30E" w14:textId="77777777" w:rsidR="00540B47" w:rsidRDefault="00A32617">
            <w:r>
              <w:rPr>
                <w:sz w:val="18"/>
              </w:rPr>
              <w:t>Pablo L. Tubaro</w:t>
            </w:r>
          </w:p>
        </w:tc>
      </w:tr>
      <w:tr w:rsidR="00540B47" w14:paraId="399292BE" w14:textId="77777777" w:rsidTr="00DD565D">
        <w:tc>
          <w:tcPr>
            <w:tcW w:w="942" w:type="dxa"/>
          </w:tcPr>
          <w:p w14:paraId="67EBBC22" w14:textId="77777777" w:rsidR="00540B47" w:rsidRDefault="00A32617">
            <w:r>
              <w:rPr>
                <w:sz w:val="18"/>
              </w:rPr>
              <w:t>3860</w:t>
            </w:r>
          </w:p>
        </w:tc>
        <w:tc>
          <w:tcPr>
            <w:tcW w:w="1156" w:type="dxa"/>
          </w:tcPr>
          <w:p w14:paraId="599D592A" w14:textId="77777777" w:rsidR="00540B47" w:rsidRDefault="00A32617">
            <w:r>
              <w:rPr>
                <w:sz w:val="18"/>
              </w:rPr>
              <w:t>MACN</w:t>
            </w:r>
          </w:p>
        </w:tc>
        <w:tc>
          <w:tcPr>
            <w:tcW w:w="1126" w:type="dxa"/>
          </w:tcPr>
          <w:p w14:paraId="047280EB" w14:textId="77777777" w:rsidR="00540B47" w:rsidRDefault="00A32617">
            <w:r>
              <w:rPr>
                <w:i/>
                <w:sz w:val="18"/>
              </w:rPr>
              <w:t>Z. capensis</w:t>
            </w:r>
          </w:p>
        </w:tc>
        <w:tc>
          <w:tcPr>
            <w:tcW w:w="977" w:type="dxa"/>
          </w:tcPr>
          <w:p w14:paraId="37C876FC" w14:textId="77777777" w:rsidR="00540B47" w:rsidRDefault="00A32617">
            <w:r>
              <w:rPr>
                <w:sz w:val="18"/>
              </w:rPr>
              <w:t>-41.6271</w:t>
            </w:r>
          </w:p>
        </w:tc>
        <w:tc>
          <w:tcPr>
            <w:tcW w:w="1107" w:type="dxa"/>
          </w:tcPr>
          <w:p w14:paraId="2089838E" w14:textId="77777777" w:rsidR="00540B47" w:rsidRDefault="00A32617">
            <w:r>
              <w:rPr>
                <w:sz w:val="18"/>
              </w:rPr>
              <w:t>-65.0329</w:t>
            </w:r>
          </w:p>
        </w:tc>
        <w:tc>
          <w:tcPr>
            <w:tcW w:w="1156" w:type="dxa"/>
          </w:tcPr>
          <w:p w14:paraId="5688A88A" w14:textId="77777777" w:rsidR="00540B47" w:rsidRDefault="00A32617">
            <w:r>
              <w:rPr>
                <w:sz w:val="18"/>
              </w:rPr>
              <w:t>2025-11-14</w:t>
            </w:r>
          </w:p>
        </w:tc>
        <w:tc>
          <w:tcPr>
            <w:tcW w:w="727" w:type="dxa"/>
          </w:tcPr>
          <w:p w14:paraId="53B69AB0" w14:textId="77777777" w:rsidR="00540B47" w:rsidRDefault="00A32617">
            <w:r>
              <w:rPr>
                <w:sz w:val="18"/>
              </w:rPr>
              <w:t>17:04</w:t>
            </w:r>
          </w:p>
        </w:tc>
        <w:tc>
          <w:tcPr>
            <w:tcW w:w="1561" w:type="dxa"/>
          </w:tcPr>
          <w:p w14:paraId="1F5922A3" w14:textId="77777777" w:rsidR="00540B47" w:rsidRDefault="00A32617">
            <w:r>
              <w:rPr>
                <w:sz w:val="18"/>
              </w:rPr>
              <w:t>Pablo L. Tubaro</w:t>
            </w:r>
          </w:p>
        </w:tc>
      </w:tr>
      <w:tr w:rsidR="00540B47" w14:paraId="3C7AD3FC" w14:textId="77777777" w:rsidTr="00DD565D">
        <w:tc>
          <w:tcPr>
            <w:tcW w:w="942" w:type="dxa"/>
          </w:tcPr>
          <w:p w14:paraId="47146075" w14:textId="77777777" w:rsidR="00540B47" w:rsidRDefault="00A32617">
            <w:r>
              <w:rPr>
                <w:sz w:val="18"/>
              </w:rPr>
              <w:t>3861</w:t>
            </w:r>
          </w:p>
        </w:tc>
        <w:tc>
          <w:tcPr>
            <w:tcW w:w="1156" w:type="dxa"/>
          </w:tcPr>
          <w:p w14:paraId="73C555BF" w14:textId="77777777" w:rsidR="00540B47" w:rsidRDefault="00A32617">
            <w:r>
              <w:rPr>
                <w:sz w:val="18"/>
              </w:rPr>
              <w:t>MACN</w:t>
            </w:r>
          </w:p>
        </w:tc>
        <w:tc>
          <w:tcPr>
            <w:tcW w:w="1126" w:type="dxa"/>
          </w:tcPr>
          <w:p w14:paraId="74777A24" w14:textId="77777777" w:rsidR="00540B47" w:rsidRDefault="00A32617">
            <w:r>
              <w:rPr>
                <w:i/>
                <w:sz w:val="18"/>
              </w:rPr>
              <w:t>Z. capensis</w:t>
            </w:r>
          </w:p>
        </w:tc>
        <w:tc>
          <w:tcPr>
            <w:tcW w:w="977" w:type="dxa"/>
          </w:tcPr>
          <w:p w14:paraId="2695BDBA" w14:textId="77777777" w:rsidR="00540B47" w:rsidRDefault="00A32617">
            <w:r>
              <w:rPr>
                <w:sz w:val="18"/>
              </w:rPr>
              <w:t>-41.6181</w:t>
            </w:r>
          </w:p>
        </w:tc>
        <w:tc>
          <w:tcPr>
            <w:tcW w:w="1107" w:type="dxa"/>
          </w:tcPr>
          <w:p w14:paraId="599C4BC8" w14:textId="77777777" w:rsidR="00540B47" w:rsidRDefault="00A32617">
            <w:r>
              <w:rPr>
                <w:sz w:val="18"/>
              </w:rPr>
              <w:t>-65.0310</w:t>
            </w:r>
          </w:p>
        </w:tc>
        <w:tc>
          <w:tcPr>
            <w:tcW w:w="1156" w:type="dxa"/>
          </w:tcPr>
          <w:p w14:paraId="5C140EDF" w14:textId="77777777" w:rsidR="00540B47" w:rsidRDefault="00A32617">
            <w:r>
              <w:rPr>
                <w:sz w:val="18"/>
              </w:rPr>
              <w:t>2025-11-14</w:t>
            </w:r>
          </w:p>
        </w:tc>
        <w:tc>
          <w:tcPr>
            <w:tcW w:w="727" w:type="dxa"/>
          </w:tcPr>
          <w:p w14:paraId="088B6B57" w14:textId="77777777" w:rsidR="00540B47" w:rsidRDefault="00A32617">
            <w:r>
              <w:rPr>
                <w:sz w:val="18"/>
              </w:rPr>
              <w:t>17:47</w:t>
            </w:r>
          </w:p>
        </w:tc>
        <w:tc>
          <w:tcPr>
            <w:tcW w:w="1561" w:type="dxa"/>
          </w:tcPr>
          <w:p w14:paraId="67A1926A" w14:textId="77777777" w:rsidR="00540B47" w:rsidRDefault="00A32617">
            <w:r>
              <w:rPr>
                <w:sz w:val="18"/>
              </w:rPr>
              <w:t>Pablo L. Tubaro</w:t>
            </w:r>
          </w:p>
        </w:tc>
      </w:tr>
      <w:tr w:rsidR="00540B47" w14:paraId="3D998C4E" w14:textId="77777777" w:rsidTr="00DD565D">
        <w:tc>
          <w:tcPr>
            <w:tcW w:w="942" w:type="dxa"/>
          </w:tcPr>
          <w:p w14:paraId="4F233E77" w14:textId="77777777" w:rsidR="00540B47" w:rsidRDefault="00A32617">
            <w:r>
              <w:rPr>
                <w:sz w:val="18"/>
              </w:rPr>
              <w:t>3862</w:t>
            </w:r>
          </w:p>
        </w:tc>
        <w:tc>
          <w:tcPr>
            <w:tcW w:w="1156" w:type="dxa"/>
          </w:tcPr>
          <w:p w14:paraId="162045DB" w14:textId="77777777" w:rsidR="00540B47" w:rsidRDefault="00A32617">
            <w:r>
              <w:rPr>
                <w:sz w:val="18"/>
              </w:rPr>
              <w:t>MACN</w:t>
            </w:r>
          </w:p>
        </w:tc>
        <w:tc>
          <w:tcPr>
            <w:tcW w:w="1126" w:type="dxa"/>
          </w:tcPr>
          <w:p w14:paraId="6F24A83D" w14:textId="77777777" w:rsidR="00540B47" w:rsidRDefault="00A32617">
            <w:r>
              <w:rPr>
                <w:i/>
                <w:sz w:val="18"/>
              </w:rPr>
              <w:t>Z. capensis</w:t>
            </w:r>
          </w:p>
        </w:tc>
        <w:tc>
          <w:tcPr>
            <w:tcW w:w="977" w:type="dxa"/>
          </w:tcPr>
          <w:p w14:paraId="6C572983" w14:textId="77777777" w:rsidR="00540B47" w:rsidRDefault="00A32617">
            <w:r>
              <w:rPr>
                <w:sz w:val="18"/>
              </w:rPr>
              <w:t>-41.6181</w:t>
            </w:r>
          </w:p>
        </w:tc>
        <w:tc>
          <w:tcPr>
            <w:tcW w:w="1107" w:type="dxa"/>
          </w:tcPr>
          <w:p w14:paraId="66E08272" w14:textId="77777777" w:rsidR="00540B47" w:rsidRDefault="00A32617">
            <w:r>
              <w:rPr>
                <w:sz w:val="18"/>
              </w:rPr>
              <w:t>-65.0268</w:t>
            </w:r>
          </w:p>
        </w:tc>
        <w:tc>
          <w:tcPr>
            <w:tcW w:w="1156" w:type="dxa"/>
          </w:tcPr>
          <w:p w14:paraId="4DF932FE" w14:textId="77777777" w:rsidR="00540B47" w:rsidRDefault="00A32617">
            <w:r>
              <w:rPr>
                <w:sz w:val="18"/>
              </w:rPr>
              <w:t>2025-11-14</w:t>
            </w:r>
          </w:p>
        </w:tc>
        <w:tc>
          <w:tcPr>
            <w:tcW w:w="727" w:type="dxa"/>
          </w:tcPr>
          <w:p w14:paraId="6C262378" w14:textId="77777777" w:rsidR="00540B47" w:rsidRDefault="00A32617">
            <w:r>
              <w:rPr>
                <w:sz w:val="18"/>
              </w:rPr>
              <w:t>18:03</w:t>
            </w:r>
          </w:p>
        </w:tc>
        <w:tc>
          <w:tcPr>
            <w:tcW w:w="1561" w:type="dxa"/>
          </w:tcPr>
          <w:p w14:paraId="0E2BB3B3" w14:textId="77777777" w:rsidR="00540B47" w:rsidRDefault="00A32617">
            <w:r>
              <w:rPr>
                <w:sz w:val="18"/>
              </w:rPr>
              <w:t>Pablo L. Tubaro</w:t>
            </w:r>
          </w:p>
        </w:tc>
      </w:tr>
      <w:tr w:rsidR="00540B47" w14:paraId="254C146E" w14:textId="77777777" w:rsidTr="00DD565D">
        <w:tc>
          <w:tcPr>
            <w:tcW w:w="942" w:type="dxa"/>
          </w:tcPr>
          <w:p w14:paraId="46A8619B" w14:textId="77777777" w:rsidR="00540B47" w:rsidRDefault="00A32617">
            <w:r>
              <w:rPr>
                <w:sz w:val="18"/>
              </w:rPr>
              <w:t>3863</w:t>
            </w:r>
          </w:p>
        </w:tc>
        <w:tc>
          <w:tcPr>
            <w:tcW w:w="1156" w:type="dxa"/>
          </w:tcPr>
          <w:p w14:paraId="44B545E9" w14:textId="77777777" w:rsidR="00540B47" w:rsidRDefault="00A32617">
            <w:r>
              <w:rPr>
                <w:sz w:val="18"/>
              </w:rPr>
              <w:t>MACN</w:t>
            </w:r>
          </w:p>
        </w:tc>
        <w:tc>
          <w:tcPr>
            <w:tcW w:w="1126" w:type="dxa"/>
          </w:tcPr>
          <w:p w14:paraId="7947C3DF" w14:textId="77777777" w:rsidR="00540B47" w:rsidRDefault="00A32617">
            <w:r>
              <w:rPr>
                <w:i/>
                <w:sz w:val="18"/>
              </w:rPr>
              <w:t>Z. capensis</w:t>
            </w:r>
          </w:p>
        </w:tc>
        <w:tc>
          <w:tcPr>
            <w:tcW w:w="977" w:type="dxa"/>
          </w:tcPr>
          <w:p w14:paraId="5132461C" w14:textId="77777777" w:rsidR="00540B47" w:rsidRDefault="00A32617">
            <w:r>
              <w:rPr>
                <w:sz w:val="18"/>
              </w:rPr>
              <w:t>-41.6181</w:t>
            </w:r>
          </w:p>
        </w:tc>
        <w:tc>
          <w:tcPr>
            <w:tcW w:w="1107" w:type="dxa"/>
          </w:tcPr>
          <w:p w14:paraId="10B88301" w14:textId="77777777" w:rsidR="00540B47" w:rsidRDefault="00A32617">
            <w:r>
              <w:rPr>
                <w:sz w:val="18"/>
              </w:rPr>
              <w:t>-65.0268</w:t>
            </w:r>
          </w:p>
        </w:tc>
        <w:tc>
          <w:tcPr>
            <w:tcW w:w="1156" w:type="dxa"/>
          </w:tcPr>
          <w:p w14:paraId="1186873F" w14:textId="77777777" w:rsidR="00540B47" w:rsidRDefault="00A32617">
            <w:r>
              <w:rPr>
                <w:sz w:val="18"/>
              </w:rPr>
              <w:t>2025-11-14</w:t>
            </w:r>
          </w:p>
        </w:tc>
        <w:tc>
          <w:tcPr>
            <w:tcW w:w="727" w:type="dxa"/>
          </w:tcPr>
          <w:p w14:paraId="70FF331B" w14:textId="77777777" w:rsidR="00540B47" w:rsidRDefault="00A32617">
            <w:r>
              <w:rPr>
                <w:sz w:val="18"/>
              </w:rPr>
              <w:t>18:08</w:t>
            </w:r>
          </w:p>
        </w:tc>
        <w:tc>
          <w:tcPr>
            <w:tcW w:w="1561" w:type="dxa"/>
          </w:tcPr>
          <w:p w14:paraId="09588DFF" w14:textId="77777777" w:rsidR="00540B47" w:rsidRDefault="00A32617">
            <w:r>
              <w:rPr>
                <w:sz w:val="18"/>
              </w:rPr>
              <w:t>Pablo L. Tubaro</w:t>
            </w:r>
          </w:p>
        </w:tc>
      </w:tr>
      <w:tr w:rsidR="00540B47" w14:paraId="6CEFE4CF" w14:textId="77777777" w:rsidTr="00DD565D">
        <w:tc>
          <w:tcPr>
            <w:tcW w:w="942" w:type="dxa"/>
          </w:tcPr>
          <w:p w14:paraId="72B87A8D" w14:textId="77777777" w:rsidR="00540B47" w:rsidRDefault="00A32617">
            <w:r>
              <w:rPr>
                <w:sz w:val="18"/>
              </w:rPr>
              <w:t>3864</w:t>
            </w:r>
          </w:p>
        </w:tc>
        <w:tc>
          <w:tcPr>
            <w:tcW w:w="1156" w:type="dxa"/>
          </w:tcPr>
          <w:p w14:paraId="2A427513" w14:textId="77777777" w:rsidR="00540B47" w:rsidRDefault="00A32617">
            <w:r>
              <w:rPr>
                <w:sz w:val="18"/>
              </w:rPr>
              <w:t>MACN</w:t>
            </w:r>
          </w:p>
        </w:tc>
        <w:tc>
          <w:tcPr>
            <w:tcW w:w="1126" w:type="dxa"/>
          </w:tcPr>
          <w:p w14:paraId="52922B80" w14:textId="77777777" w:rsidR="00540B47" w:rsidRDefault="00A32617">
            <w:r>
              <w:rPr>
                <w:i/>
                <w:sz w:val="18"/>
              </w:rPr>
              <w:t>Z. capensis</w:t>
            </w:r>
          </w:p>
        </w:tc>
        <w:tc>
          <w:tcPr>
            <w:tcW w:w="977" w:type="dxa"/>
          </w:tcPr>
          <w:p w14:paraId="4C9B9FEC" w14:textId="77777777" w:rsidR="00540B47" w:rsidRDefault="00A32617">
            <w:r>
              <w:rPr>
                <w:sz w:val="18"/>
              </w:rPr>
              <w:t>-41.6195</w:t>
            </w:r>
          </w:p>
        </w:tc>
        <w:tc>
          <w:tcPr>
            <w:tcW w:w="1107" w:type="dxa"/>
          </w:tcPr>
          <w:p w14:paraId="0952F316" w14:textId="77777777" w:rsidR="00540B47" w:rsidRDefault="00A32617">
            <w:r>
              <w:rPr>
                <w:sz w:val="18"/>
              </w:rPr>
              <w:t>-65.0244</w:t>
            </w:r>
          </w:p>
        </w:tc>
        <w:tc>
          <w:tcPr>
            <w:tcW w:w="1156" w:type="dxa"/>
          </w:tcPr>
          <w:p w14:paraId="4E443802" w14:textId="77777777" w:rsidR="00540B47" w:rsidRDefault="00A32617">
            <w:r>
              <w:rPr>
                <w:sz w:val="18"/>
              </w:rPr>
              <w:t>2025-11-14</w:t>
            </w:r>
          </w:p>
        </w:tc>
        <w:tc>
          <w:tcPr>
            <w:tcW w:w="727" w:type="dxa"/>
          </w:tcPr>
          <w:p w14:paraId="2A25743A" w14:textId="77777777" w:rsidR="00540B47" w:rsidRDefault="00A32617">
            <w:r>
              <w:rPr>
                <w:sz w:val="18"/>
              </w:rPr>
              <w:t>18:17</w:t>
            </w:r>
          </w:p>
        </w:tc>
        <w:tc>
          <w:tcPr>
            <w:tcW w:w="1561" w:type="dxa"/>
          </w:tcPr>
          <w:p w14:paraId="79E8A431" w14:textId="77777777" w:rsidR="00540B47" w:rsidRDefault="00A32617">
            <w:r>
              <w:rPr>
                <w:sz w:val="18"/>
              </w:rPr>
              <w:t>Pablo L. Tubaro</w:t>
            </w:r>
          </w:p>
        </w:tc>
      </w:tr>
      <w:tr w:rsidR="00540B47" w14:paraId="10767824" w14:textId="77777777" w:rsidTr="00DD565D">
        <w:tc>
          <w:tcPr>
            <w:tcW w:w="942" w:type="dxa"/>
          </w:tcPr>
          <w:p w14:paraId="4A29C086" w14:textId="77777777" w:rsidR="00540B47" w:rsidRDefault="00A32617">
            <w:r>
              <w:rPr>
                <w:sz w:val="18"/>
              </w:rPr>
              <w:t>3865</w:t>
            </w:r>
          </w:p>
        </w:tc>
        <w:tc>
          <w:tcPr>
            <w:tcW w:w="1156" w:type="dxa"/>
          </w:tcPr>
          <w:p w14:paraId="3ECBC11A" w14:textId="77777777" w:rsidR="00540B47" w:rsidRDefault="00A32617">
            <w:r>
              <w:rPr>
                <w:sz w:val="18"/>
              </w:rPr>
              <w:t>MACN</w:t>
            </w:r>
          </w:p>
        </w:tc>
        <w:tc>
          <w:tcPr>
            <w:tcW w:w="1126" w:type="dxa"/>
          </w:tcPr>
          <w:p w14:paraId="29BBD5EB" w14:textId="77777777" w:rsidR="00540B47" w:rsidRDefault="00A32617">
            <w:r>
              <w:rPr>
                <w:i/>
                <w:sz w:val="18"/>
              </w:rPr>
              <w:t>Z. capensis</w:t>
            </w:r>
          </w:p>
        </w:tc>
        <w:tc>
          <w:tcPr>
            <w:tcW w:w="977" w:type="dxa"/>
          </w:tcPr>
          <w:p w14:paraId="260A5930" w14:textId="77777777" w:rsidR="00540B47" w:rsidRDefault="00A32617">
            <w:r>
              <w:rPr>
                <w:sz w:val="18"/>
              </w:rPr>
              <w:t>-41.6195</w:t>
            </w:r>
          </w:p>
        </w:tc>
        <w:tc>
          <w:tcPr>
            <w:tcW w:w="1107" w:type="dxa"/>
          </w:tcPr>
          <w:p w14:paraId="760C3E7B" w14:textId="77777777" w:rsidR="00540B47" w:rsidRDefault="00A32617">
            <w:r>
              <w:rPr>
                <w:sz w:val="18"/>
              </w:rPr>
              <w:t>-65.0244</w:t>
            </w:r>
          </w:p>
        </w:tc>
        <w:tc>
          <w:tcPr>
            <w:tcW w:w="1156" w:type="dxa"/>
          </w:tcPr>
          <w:p w14:paraId="4EC5EFCA" w14:textId="77777777" w:rsidR="00540B47" w:rsidRDefault="00A32617">
            <w:r>
              <w:rPr>
                <w:sz w:val="18"/>
              </w:rPr>
              <w:t>2025-11-14</w:t>
            </w:r>
          </w:p>
        </w:tc>
        <w:tc>
          <w:tcPr>
            <w:tcW w:w="727" w:type="dxa"/>
          </w:tcPr>
          <w:p w14:paraId="1A8D0302" w14:textId="77777777" w:rsidR="00540B47" w:rsidRDefault="00A32617">
            <w:r>
              <w:rPr>
                <w:sz w:val="18"/>
              </w:rPr>
              <w:t>18:26</w:t>
            </w:r>
          </w:p>
        </w:tc>
        <w:tc>
          <w:tcPr>
            <w:tcW w:w="1561" w:type="dxa"/>
          </w:tcPr>
          <w:p w14:paraId="2EB92969" w14:textId="77777777" w:rsidR="00540B47" w:rsidRDefault="00A32617">
            <w:r>
              <w:rPr>
                <w:sz w:val="18"/>
              </w:rPr>
              <w:t>Pablo L. Tubaro</w:t>
            </w:r>
          </w:p>
        </w:tc>
      </w:tr>
      <w:tr w:rsidR="00540B47" w14:paraId="4E7AF17E" w14:textId="77777777" w:rsidTr="00DD565D">
        <w:tc>
          <w:tcPr>
            <w:tcW w:w="942" w:type="dxa"/>
          </w:tcPr>
          <w:p w14:paraId="2BEBAC22" w14:textId="77777777" w:rsidR="00540B47" w:rsidRDefault="00A32617">
            <w:r>
              <w:rPr>
                <w:sz w:val="18"/>
              </w:rPr>
              <w:t>3866</w:t>
            </w:r>
          </w:p>
        </w:tc>
        <w:tc>
          <w:tcPr>
            <w:tcW w:w="1156" w:type="dxa"/>
          </w:tcPr>
          <w:p w14:paraId="0B3770E4" w14:textId="77777777" w:rsidR="00540B47" w:rsidRDefault="00A32617">
            <w:r>
              <w:rPr>
                <w:sz w:val="18"/>
              </w:rPr>
              <w:t>MACN</w:t>
            </w:r>
          </w:p>
        </w:tc>
        <w:tc>
          <w:tcPr>
            <w:tcW w:w="1126" w:type="dxa"/>
          </w:tcPr>
          <w:p w14:paraId="68F29AD1" w14:textId="77777777" w:rsidR="00540B47" w:rsidRDefault="00A32617">
            <w:r>
              <w:rPr>
                <w:i/>
                <w:sz w:val="18"/>
              </w:rPr>
              <w:t>Z. capensis</w:t>
            </w:r>
          </w:p>
        </w:tc>
        <w:tc>
          <w:tcPr>
            <w:tcW w:w="977" w:type="dxa"/>
          </w:tcPr>
          <w:p w14:paraId="3E2A2269" w14:textId="77777777" w:rsidR="00540B47" w:rsidRDefault="00A32617">
            <w:r>
              <w:rPr>
                <w:sz w:val="18"/>
              </w:rPr>
              <w:t>-41.6252</w:t>
            </w:r>
          </w:p>
        </w:tc>
        <w:tc>
          <w:tcPr>
            <w:tcW w:w="1107" w:type="dxa"/>
          </w:tcPr>
          <w:p w14:paraId="7176F1DB" w14:textId="77777777" w:rsidR="00540B47" w:rsidRDefault="00A32617">
            <w:r>
              <w:rPr>
                <w:sz w:val="18"/>
              </w:rPr>
              <w:t>-65.0253</w:t>
            </w:r>
          </w:p>
        </w:tc>
        <w:tc>
          <w:tcPr>
            <w:tcW w:w="1156" w:type="dxa"/>
          </w:tcPr>
          <w:p w14:paraId="7B2944FB" w14:textId="77777777" w:rsidR="00540B47" w:rsidRDefault="00A32617">
            <w:r>
              <w:rPr>
                <w:sz w:val="18"/>
              </w:rPr>
              <w:t>2025-11-14</w:t>
            </w:r>
          </w:p>
        </w:tc>
        <w:tc>
          <w:tcPr>
            <w:tcW w:w="727" w:type="dxa"/>
          </w:tcPr>
          <w:p w14:paraId="79485D12" w14:textId="77777777" w:rsidR="00540B47" w:rsidRDefault="00A32617">
            <w:r>
              <w:rPr>
                <w:sz w:val="18"/>
              </w:rPr>
              <w:t>18:38</w:t>
            </w:r>
          </w:p>
        </w:tc>
        <w:tc>
          <w:tcPr>
            <w:tcW w:w="1561" w:type="dxa"/>
          </w:tcPr>
          <w:p w14:paraId="68278089" w14:textId="77777777" w:rsidR="00540B47" w:rsidRDefault="00A32617">
            <w:r>
              <w:rPr>
                <w:sz w:val="18"/>
              </w:rPr>
              <w:t>Pablo L. Tubaro</w:t>
            </w:r>
          </w:p>
        </w:tc>
      </w:tr>
      <w:tr w:rsidR="00540B47" w14:paraId="4ACC72A2" w14:textId="77777777" w:rsidTr="00DD565D">
        <w:tc>
          <w:tcPr>
            <w:tcW w:w="942" w:type="dxa"/>
          </w:tcPr>
          <w:p w14:paraId="5D8F53ED" w14:textId="77777777" w:rsidR="00540B47" w:rsidRDefault="00A32617">
            <w:r>
              <w:rPr>
                <w:sz w:val="18"/>
              </w:rPr>
              <w:t>3867</w:t>
            </w:r>
          </w:p>
        </w:tc>
        <w:tc>
          <w:tcPr>
            <w:tcW w:w="1156" w:type="dxa"/>
          </w:tcPr>
          <w:p w14:paraId="5E938D2D" w14:textId="77777777" w:rsidR="00540B47" w:rsidRDefault="00A32617">
            <w:r>
              <w:rPr>
                <w:sz w:val="18"/>
              </w:rPr>
              <w:t>MACN</w:t>
            </w:r>
          </w:p>
        </w:tc>
        <w:tc>
          <w:tcPr>
            <w:tcW w:w="1126" w:type="dxa"/>
          </w:tcPr>
          <w:p w14:paraId="5D9BEEA2" w14:textId="77777777" w:rsidR="00540B47" w:rsidRDefault="00A32617">
            <w:r>
              <w:rPr>
                <w:i/>
                <w:sz w:val="18"/>
              </w:rPr>
              <w:t>Z. capensis</w:t>
            </w:r>
          </w:p>
        </w:tc>
        <w:tc>
          <w:tcPr>
            <w:tcW w:w="977" w:type="dxa"/>
          </w:tcPr>
          <w:p w14:paraId="421E9D49" w14:textId="77777777" w:rsidR="00540B47" w:rsidRDefault="00A32617">
            <w:r>
              <w:rPr>
                <w:sz w:val="18"/>
              </w:rPr>
              <w:t>-41.6240</w:t>
            </w:r>
          </w:p>
        </w:tc>
        <w:tc>
          <w:tcPr>
            <w:tcW w:w="1107" w:type="dxa"/>
          </w:tcPr>
          <w:p w14:paraId="2B84CA98" w14:textId="77777777" w:rsidR="00540B47" w:rsidRDefault="00A32617">
            <w:r>
              <w:rPr>
                <w:sz w:val="18"/>
              </w:rPr>
              <w:t>-65.0252</w:t>
            </w:r>
          </w:p>
        </w:tc>
        <w:tc>
          <w:tcPr>
            <w:tcW w:w="1156" w:type="dxa"/>
          </w:tcPr>
          <w:p w14:paraId="205CF13A" w14:textId="77777777" w:rsidR="00540B47" w:rsidRDefault="00A32617">
            <w:r>
              <w:rPr>
                <w:sz w:val="18"/>
              </w:rPr>
              <w:t>2025-11-14</w:t>
            </w:r>
          </w:p>
        </w:tc>
        <w:tc>
          <w:tcPr>
            <w:tcW w:w="727" w:type="dxa"/>
          </w:tcPr>
          <w:p w14:paraId="289F06E7" w14:textId="77777777" w:rsidR="00540B47" w:rsidRDefault="00A32617">
            <w:r>
              <w:rPr>
                <w:sz w:val="18"/>
              </w:rPr>
              <w:t>18:45</w:t>
            </w:r>
          </w:p>
        </w:tc>
        <w:tc>
          <w:tcPr>
            <w:tcW w:w="1561" w:type="dxa"/>
          </w:tcPr>
          <w:p w14:paraId="77D894AC" w14:textId="77777777" w:rsidR="00540B47" w:rsidRDefault="00A32617">
            <w:r>
              <w:rPr>
                <w:sz w:val="18"/>
              </w:rPr>
              <w:t>Pablo L. Tubaro</w:t>
            </w:r>
          </w:p>
        </w:tc>
      </w:tr>
      <w:tr w:rsidR="00540B47" w14:paraId="0A04F39B" w14:textId="77777777" w:rsidTr="00DD565D">
        <w:tc>
          <w:tcPr>
            <w:tcW w:w="942" w:type="dxa"/>
          </w:tcPr>
          <w:p w14:paraId="20569D46" w14:textId="77777777" w:rsidR="00540B47" w:rsidRDefault="00A32617">
            <w:r>
              <w:rPr>
                <w:sz w:val="18"/>
              </w:rPr>
              <w:t>3868</w:t>
            </w:r>
          </w:p>
        </w:tc>
        <w:tc>
          <w:tcPr>
            <w:tcW w:w="1156" w:type="dxa"/>
          </w:tcPr>
          <w:p w14:paraId="35DC59E7" w14:textId="77777777" w:rsidR="00540B47" w:rsidRDefault="00A32617">
            <w:r>
              <w:rPr>
                <w:sz w:val="18"/>
              </w:rPr>
              <w:t>MACN</w:t>
            </w:r>
          </w:p>
        </w:tc>
        <w:tc>
          <w:tcPr>
            <w:tcW w:w="1126" w:type="dxa"/>
          </w:tcPr>
          <w:p w14:paraId="6171B3BB" w14:textId="77777777" w:rsidR="00540B47" w:rsidRDefault="00A32617">
            <w:r>
              <w:rPr>
                <w:i/>
                <w:sz w:val="18"/>
              </w:rPr>
              <w:t>Z. capensis</w:t>
            </w:r>
          </w:p>
        </w:tc>
        <w:tc>
          <w:tcPr>
            <w:tcW w:w="977" w:type="dxa"/>
          </w:tcPr>
          <w:p w14:paraId="6208EB57" w14:textId="77777777" w:rsidR="00540B47" w:rsidRDefault="00A32617">
            <w:r>
              <w:rPr>
                <w:sz w:val="18"/>
              </w:rPr>
              <w:t>-41.6261</w:t>
            </w:r>
          </w:p>
        </w:tc>
        <w:tc>
          <w:tcPr>
            <w:tcW w:w="1107" w:type="dxa"/>
          </w:tcPr>
          <w:p w14:paraId="0B3963B7" w14:textId="77777777" w:rsidR="00540B47" w:rsidRDefault="00A32617">
            <w:r>
              <w:rPr>
                <w:sz w:val="18"/>
              </w:rPr>
              <w:t>-65.0251</w:t>
            </w:r>
          </w:p>
        </w:tc>
        <w:tc>
          <w:tcPr>
            <w:tcW w:w="1156" w:type="dxa"/>
          </w:tcPr>
          <w:p w14:paraId="33B327AB" w14:textId="77777777" w:rsidR="00540B47" w:rsidRDefault="00A32617">
            <w:r>
              <w:rPr>
                <w:sz w:val="18"/>
              </w:rPr>
              <w:t>2025-11-14</w:t>
            </w:r>
          </w:p>
        </w:tc>
        <w:tc>
          <w:tcPr>
            <w:tcW w:w="727" w:type="dxa"/>
          </w:tcPr>
          <w:p w14:paraId="7B0589D5" w14:textId="77777777" w:rsidR="00540B47" w:rsidRDefault="00A32617">
            <w:r>
              <w:rPr>
                <w:sz w:val="18"/>
              </w:rPr>
              <w:t>18:54</w:t>
            </w:r>
          </w:p>
        </w:tc>
        <w:tc>
          <w:tcPr>
            <w:tcW w:w="1561" w:type="dxa"/>
          </w:tcPr>
          <w:p w14:paraId="1E85B1DB" w14:textId="77777777" w:rsidR="00540B47" w:rsidRDefault="00A32617">
            <w:r>
              <w:rPr>
                <w:sz w:val="18"/>
              </w:rPr>
              <w:t>Pablo L. Tubaro</w:t>
            </w:r>
          </w:p>
        </w:tc>
      </w:tr>
      <w:tr w:rsidR="00540B47" w14:paraId="3C58206A" w14:textId="77777777" w:rsidTr="00DD565D">
        <w:tc>
          <w:tcPr>
            <w:tcW w:w="942" w:type="dxa"/>
          </w:tcPr>
          <w:p w14:paraId="7B023B00" w14:textId="77777777" w:rsidR="00540B47" w:rsidRDefault="00A32617">
            <w:r>
              <w:rPr>
                <w:sz w:val="18"/>
              </w:rPr>
              <w:t>3869</w:t>
            </w:r>
          </w:p>
        </w:tc>
        <w:tc>
          <w:tcPr>
            <w:tcW w:w="1156" w:type="dxa"/>
          </w:tcPr>
          <w:p w14:paraId="1F9E69F6" w14:textId="77777777" w:rsidR="00540B47" w:rsidRDefault="00A32617">
            <w:r>
              <w:rPr>
                <w:sz w:val="18"/>
              </w:rPr>
              <w:t>MACN</w:t>
            </w:r>
          </w:p>
        </w:tc>
        <w:tc>
          <w:tcPr>
            <w:tcW w:w="1126" w:type="dxa"/>
          </w:tcPr>
          <w:p w14:paraId="1B53B8B1" w14:textId="77777777" w:rsidR="00540B47" w:rsidRDefault="00A32617">
            <w:r>
              <w:rPr>
                <w:i/>
                <w:sz w:val="18"/>
              </w:rPr>
              <w:t>Z. capensis</w:t>
            </w:r>
          </w:p>
        </w:tc>
        <w:tc>
          <w:tcPr>
            <w:tcW w:w="977" w:type="dxa"/>
          </w:tcPr>
          <w:p w14:paraId="75E12C39" w14:textId="77777777" w:rsidR="00540B47" w:rsidRDefault="00A32617">
            <w:r>
              <w:rPr>
                <w:sz w:val="18"/>
              </w:rPr>
              <w:t>-41.6261</w:t>
            </w:r>
          </w:p>
        </w:tc>
        <w:tc>
          <w:tcPr>
            <w:tcW w:w="1107" w:type="dxa"/>
          </w:tcPr>
          <w:p w14:paraId="5A6A8350" w14:textId="77777777" w:rsidR="00540B47" w:rsidRDefault="00A32617">
            <w:r>
              <w:rPr>
                <w:sz w:val="18"/>
              </w:rPr>
              <w:t>-65.0251</w:t>
            </w:r>
          </w:p>
        </w:tc>
        <w:tc>
          <w:tcPr>
            <w:tcW w:w="1156" w:type="dxa"/>
          </w:tcPr>
          <w:p w14:paraId="433C7099" w14:textId="77777777" w:rsidR="00540B47" w:rsidRDefault="00A32617">
            <w:r>
              <w:rPr>
                <w:sz w:val="18"/>
              </w:rPr>
              <w:t>2025-11-14</w:t>
            </w:r>
          </w:p>
        </w:tc>
        <w:tc>
          <w:tcPr>
            <w:tcW w:w="727" w:type="dxa"/>
          </w:tcPr>
          <w:p w14:paraId="00B883F0" w14:textId="77777777" w:rsidR="00540B47" w:rsidRDefault="00A32617">
            <w:r>
              <w:rPr>
                <w:sz w:val="18"/>
              </w:rPr>
              <w:t>18:57</w:t>
            </w:r>
          </w:p>
        </w:tc>
        <w:tc>
          <w:tcPr>
            <w:tcW w:w="1561" w:type="dxa"/>
          </w:tcPr>
          <w:p w14:paraId="41AA464F" w14:textId="77777777" w:rsidR="00540B47" w:rsidRDefault="00A32617">
            <w:r>
              <w:rPr>
                <w:sz w:val="18"/>
              </w:rPr>
              <w:t>Pablo L. Tubaro</w:t>
            </w:r>
          </w:p>
        </w:tc>
      </w:tr>
      <w:tr w:rsidR="00540B47" w14:paraId="78B17D02" w14:textId="77777777" w:rsidTr="00DD565D">
        <w:tc>
          <w:tcPr>
            <w:tcW w:w="942" w:type="dxa"/>
          </w:tcPr>
          <w:p w14:paraId="1BE04E0A" w14:textId="77777777" w:rsidR="00540B47" w:rsidRDefault="00A32617">
            <w:r>
              <w:rPr>
                <w:sz w:val="18"/>
              </w:rPr>
              <w:t>3870</w:t>
            </w:r>
          </w:p>
        </w:tc>
        <w:tc>
          <w:tcPr>
            <w:tcW w:w="1156" w:type="dxa"/>
          </w:tcPr>
          <w:p w14:paraId="071E8CB5" w14:textId="77777777" w:rsidR="00540B47" w:rsidRDefault="00A32617">
            <w:r>
              <w:rPr>
                <w:sz w:val="18"/>
              </w:rPr>
              <w:t>MACN</w:t>
            </w:r>
          </w:p>
        </w:tc>
        <w:tc>
          <w:tcPr>
            <w:tcW w:w="1126" w:type="dxa"/>
          </w:tcPr>
          <w:p w14:paraId="3A08C2A3" w14:textId="77777777" w:rsidR="00540B47" w:rsidRDefault="00A32617">
            <w:r>
              <w:rPr>
                <w:i/>
                <w:sz w:val="18"/>
              </w:rPr>
              <w:t>Z. capensis</w:t>
            </w:r>
          </w:p>
        </w:tc>
        <w:tc>
          <w:tcPr>
            <w:tcW w:w="977" w:type="dxa"/>
          </w:tcPr>
          <w:p w14:paraId="7D1FBA9B" w14:textId="77777777" w:rsidR="00540B47" w:rsidRDefault="00A32617">
            <w:r>
              <w:rPr>
                <w:sz w:val="18"/>
              </w:rPr>
              <w:t>-41.6262</w:t>
            </w:r>
          </w:p>
        </w:tc>
        <w:tc>
          <w:tcPr>
            <w:tcW w:w="1107" w:type="dxa"/>
          </w:tcPr>
          <w:p w14:paraId="4546D2E1" w14:textId="77777777" w:rsidR="00540B47" w:rsidRDefault="00A32617">
            <w:r>
              <w:rPr>
                <w:sz w:val="18"/>
              </w:rPr>
              <w:t>-65.0277</w:t>
            </w:r>
          </w:p>
        </w:tc>
        <w:tc>
          <w:tcPr>
            <w:tcW w:w="1156" w:type="dxa"/>
          </w:tcPr>
          <w:p w14:paraId="4914E445" w14:textId="77777777" w:rsidR="00540B47" w:rsidRDefault="00A32617">
            <w:r>
              <w:rPr>
                <w:sz w:val="18"/>
              </w:rPr>
              <w:t>2025-11-14</w:t>
            </w:r>
          </w:p>
        </w:tc>
        <w:tc>
          <w:tcPr>
            <w:tcW w:w="727" w:type="dxa"/>
          </w:tcPr>
          <w:p w14:paraId="4185FF70" w14:textId="77777777" w:rsidR="00540B47" w:rsidRDefault="00A32617">
            <w:r>
              <w:rPr>
                <w:sz w:val="18"/>
              </w:rPr>
              <w:t>19:04</w:t>
            </w:r>
          </w:p>
        </w:tc>
        <w:tc>
          <w:tcPr>
            <w:tcW w:w="1561" w:type="dxa"/>
          </w:tcPr>
          <w:p w14:paraId="4CA53365" w14:textId="77777777" w:rsidR="00540B47" w:rsidRDefault="00A32617">
            <w:r>
              <w:rPr>
                <w:sz w:val="18"/>
              </w:rPr>
              <w:t>Pablo L. Tubaro</w:t>
            </w:r>
          </w:p>
        </w:tc>
      </w:tr>
      <w:tr w:rsidR="00540B47" w14:paraId="43E60375" w14:textId="77777777" w:rsidTr="00DD565D">
        <w:tc>
          <w:tcPr>
            <w:tcW w:w="942" w:type="dxa"/>
          </w:tcPr>
          <w:p w14:paraId="4C15B554" w14:textId="77777777" w:rsidR="00540B47" w:rsidRDefault="00A32617">
            <w:r>
              <w:rPr>
                <w:sz w:val="18"/>
              </w:rPr>
              <w:t>3871</w:t>
            </w:r>
          </w:p>
        </w:tc>
        <w:tc>
          <w:tcPr>
            <w:tcW w:w="1156" w:type="dxa"/>
          </w:tcPr>
          <w:p w14:paraId="77DA3E3D" w14:textId="77777777" w:rsidR="00540B47" w:rsidRDefault="00A32617">
            <w:r>
              <w:rPr>
                <w:sz w:val="18"/>
              </w:rPr>
              <w:t>MACN</w:t>
            </w:r>
          </w:p>
        </w:tc>
        <w:tc>
          <w:tcPr>
            <w:tcW w:w="1126" w:type="dxa"/>
          </w:tcPr>
          <w:p w14:paraId="0A92AB7D" w14:textId="77777777" w:rsidR="00540B47" w:rsidRDefault="00A32617">
            <w:r>
              <w:rPr>
                <w:i/>
                <w:sz w:val="18"/>
              </w:rPr>
              <w:t>Z. capensis</w:t>
            </w:r>
          </w:p>
        </w:tc>
        <w:tc>
          <w:tcPr>
            <w:tcW w:w="977" w:type="dxa"/>
          </w:tcPr>
          <w:p w14:paraId="37C9A1AB" w14:textId="77777777" w:rsidR="00540B47" w:rsidRDefault="00A32617">
            <w:r>
              <w:rPr>
                <w:sz w:val="18"/>
              </w:rPr>
              <w:t>-41.6262</w:t>
            </w:r>
          </w:p>
        </w:tc>
        <w:tc>
          <w:tcPr>
            <w:tcW w:w="1107" w:type="dxa"/>
          </w:tcPr>
          <w:p w14:paraId="4D4BECFF" w14:textId="77777777" w:rsidR="00540B47" w:rsidRDefault="00A32617">
            <w:r>
              <w:rPr>
                <w:sz w:val="18"/>
              </w:rPr>
              <w:t>-65.0277</w:t>
            </w:r>
          </w:p>
        </w:tc>
        <w:tc>
          <w:tcPr>
            <w:tcW w:w="1156" w:type="dxa"/>
          </w:tcPr>
          <w:p w14:paraId="74CFBE3D" w14:textId="77777777" w:rsidR="00540B47" w:rsidRDefault="00A32617">
            <w:r>
              <w:rPr>
                <w:sz w:val="18"/>
              </w:rPr>
              <w:t>2025-11-14</w:t>
            </w:r>
          </w:p>
        </w:tc>
        <w:tc>
          <w:tcPr>
            <w:tcW w:w="727" w:type="dxa"/>
          </w:tcPr>
          <w:p w14:paraId="60C20E90" w14:textId="77777777" w:rsidR="00540B47" w:rsidRDefault="00A32617">
            <w:r>
              <w:rPr>
                <w:sz w:val="18"/>
              </w:rPr>
              <w:t>19:06</w:t>
            </w:r>
          </w:p>
        </w:tc>
        <w:tc>
          <w:tcPr>
            <w:tcW w:w="1561" w:type="dxa"/>
          </w:tcPr>
          <w:p w14:paraId="0FB59371" w14:textId="77777777" w:rsidR="00540B47" w:rsidRDefault="00A32617">
            <w:r>
              <w:rPr>
                <w:sz w:val="18"/>
              </w:rPr>
              <w:t>Pablo L. Tubaro</w:t>
            </w:r>
          </w:p>
        </w:tc>
      </w:tr>
      <w:tr w:rsidR="00540B47" w14:paraId="31523D4D" w14:textId="77777777" w:rsidTr="00DD565D">
        <w:tc>
          <w:tcPr>
            <w:tcW w:w="942" w:type="dxa"/>
          </w:tcPr>
          <w:p w14:paraId="6A1F7C30" w14:textId="77777777" w:rsidR="00540B47" w:rsidRDefault="00A32617">
            <w:r>
              <w:rPr>
                <w:sz w:val="18"/>
              </w:rPr>
              <w:t>3872</w:t>
            </w:r>
          </w:p>
        </w:tc>
        <w:tc>
          <w:tcPr>
            <w:tcW w:w="1156" w:type="dxa"/>
          </w:tcPr>
          <w:p w14:paraId="54EC31BA" w14:textId="77777777" w:rsidR="00540B47" w:rsidRDefault="00A32617">
            <w:r>
              <w:rPr>
                <w:sz w:val="18"/>
              </w:rPr>
              <w:t>MACN</w:t>
            </w:r>
          </w:p>
        </w:tc>
        <w:tc>
          <w:tcPr>
            <w:tcW w:w="1126" w:type="dxa"/>
          </w:tcPr>
          <w:p w14:paraId="043C82D1" w14:textId="77777777" w:rsidR="00540B47" w:rsidRDefault="00A32617">
            <w:r>
              <w:rPr>
                <w:i/>
                <w:sz w:val="18"/>
              </w:rPr>
              <w:t>Z. capensis</w:t>
            </w:r>
          </w:p>
        </w:tc>
        <w:tc>
          <w:tcPr>
            <w:tcW w:w="977" w:type="dxa"/>
          </w:tcPr>
          <w:p w14:paraId="20734207" w14:textId="77777777" w:rsidR="00540B47" w:rsidRDefault="00A32617">
            <w:r>
              <w:rPr>
                <w:sz w:val="18"/>
              </w:rPr>
              <w:t>-41.6263</w:t>
            </w:r>
          </w:p>
        </w:tc>
        <w:tc>
          <w:tcPr>
            <w:tcW w:w="1107" w:type="dxa"/>
          </w:tcPr>
          <w:p w14:paraId="00B8BF91" w14:textId="77777777" w:rsidR="00540B47" w:rsidRDefault="00A32617">
            <w:r>
              <w:rPr>
                <w:sz w:val="18"/>
              </w:rPr>
              <w:t>-65.0294</w:t>
            </w:r>
          </w:p>
        </w:tc>
        <w:tc>
          <w:tcPr>
            <w:tcW w:w="1156" w:type="dxa"/>
          </w:tcPr>
          <w:p w14:paraId="4A99D9EB" w14:textId="77777777" w:rsidR="00540B47" w:rsidRDefault="00A32617">
            <w:r>
              <w:rPr>
                <w:sz w:val="18"/>
              </w:rPr>
              <w:t>2025-11-14</w:t>
            </w:r>
          </w:p>
        </w:tc>
        <w:tc>
          <w:tcPr>
            <w:tcW w:w="727" w:type="dxa"/>
          </w:tcPr>
          <w:p w14:paraId="0B49E7B7" w14:textId="77777777" w:rsidR="00540B47" w:rsidRDefault="00A32617">
            <w:r>
              <w:rPr>
                <w:sz w:val="18"/>
              </w:rPr>
              <w:t>19:11</w:t>
            </w:r>
          </w:p>
        </w:tc>
        <w:tc>
          <w:tcPr>
            <w:tcW w:w="1561" w:type="dxa"/>
          </w:tcPr>
          <w:p w14:paraId="2D4B002B" w14:textId="77777777" w:rsidR="00540B47" w:rsidRDefault="00A32617">
            <w:r>
              <w:rPr>
                <w:sz w:val="18"/>
              </w:rPr>
              <w:t>Pablo L. Tubaro</w:t>
            </w:r>
          </w:p>
        </w:tc>
      </w:tr>
      <w:tr w:rsidR="00540B47" w14:paraId="36498DB9" w14:textId="77777777" w:rsidTr="00DD565D">
        <w:tc>
          <w:tcPr>
            <w:tcW w:w="942" w:type="dxa"/>
          </w:tcPr>
          <w:p w14:paraId="3B0677FB" w14:textId="77777777" w:rsidR="00540B47" w:rsidRDefault="00A32617">
            <w:r>
              <w:rPr>
                <w:sz w:val="18"/>
              </w:rPr>
              <w:t>3873</w:t>
            </w:r>
          </w:p>
        </w:tc>
        <w:tc>
          <w:tcPr>
            <w:tcW w:w="1156" w:type="dxa"/>
          </w:tcPr>
          <w:p w14:paraId="0235BD31" w14:textId="77777777" w:rsidR="00540B47" w:rsidRDefault="00A32617">
            <w:r>
              <w:rPr>
                <w:sz w:val="18"/>
              </w:rPr>
              <w:t>MACN</w:t>
            </w:r>
          </w:p>
        </w:tc>
        <w:tc>
          <w:tcPr>
            <w:tcW w:w="1126" w:type="dxa"/>
          </w:tcPr>
          <w:p w14:paraId="62A7AE95" w14:textId="77777777" w:rsidR="00540B47" w:rsidRDefault="00A32617">
            <w:r>
              <w:rPr>
                <w:i/>
                <w:sz w:val="18"/>
              </w:rPr>
              <w:t>Z. capensis</w:t>
            </w:r>
          </w:p>
        </w:tc>
        <w:tc>
          <w:tcPr>
            <w:tcW w:w="977" w:type="dxa"/>
          </w:tcPr>
          <w:p w14:paraId="55E1634B" w14:textId="77777777" w:rsidR="00540B47" w:rsidRDefault="00A32617">
            <w:r>
              <w:rPr>
                <w:sz w:val="18"/>
              </w:rPr>
              <w:t>-41.6106</w:t>
            </w:r>
          </w:p>
        </w:tc>
        <w:tc>
          <w:tcPr>
            <w:tcW w:w="1107" w:type="dxa"/>
          </w:tcPr>
          <w:p w14:paraId="42AB2AEF" w14:textId="77777777" w:rsidR="00540B47" w:rsidRDefault="00A32617">
            <w:r>
              <w:rPr>
                <w:sz w:val="18"/>
              </w:rPr>
              <w:t>-65.3502</w:t>
            </w:r>
          </w:p>
        </w:tc>
        <w:tc>
          <w:tcPr>
            <w:tcW w:w="1156" w:type="dxa"/>
          </w:tcPr>
          <w:p w14:paraId="3B9AE1E0" w14:textId="77777777" w:rsidR="00540B47" w:rsidRDefault="00A32617">
            <w:r>
              <w:rPr>
                <w:sz w:val="18"/>
              </w:rPr>
              <w:t>2025-11-15</w:t>
            </w:r>
          </w:p>
        </w:tc>
        <w:tc>
          <w:tcPr>
            <w:tcW w:w="727" w:type="dxa"/>
          </w:tcPr>
          <w:p w14:paraId="3FD81A0E" w14:textId="77777777" w:rsidR="00540B47" w:rsidRDefault="00A32617">
            <w:r>
              <w:rPr>
                <w:sz w:val="18"/>
              </w:rPr>
              <w:t>06:37</w:t>
            </w:r>
          </w:p>
        </w:tc>
        <w:tc>
          <w:tcPr>
            <w:tcW w:w="1561" w:type="dxa"/>
          </w:tcPr>
          <w:p w14:paraId="606C5018" w14:textId="77777777" w:rsidR="00540B47" w:rsidRDefault="00A32617">
            <w:r>
              <w:rPr>
                <w:sz w:val="18"/>
              </w:rPr>
              <w:t>Pablo L. Tubaro</w:t>
            </w:r>
          </w:p>
        </w:tc>
      </w:tr>
      <w:tr w:rsidR="00540B47" w14:paraId="12DAFF57" w14:textId="77777777" w:rsidTr="00DD565D">
        <w:tc>
          <w:tcPr>
            <w:tcW w:w="942" w:type="dxa"/>
          </w:tcPr>
          <w:p w14:paraId="3ECEC65A" w14:textId="77777777" w:rsidR="00540B47" w:rsidRDefault="00A32617">
            <w:r>
              <w:rPr>
                <w:sz w:val="18"/>
              </w:rPr>
              <w:t>3874</w:t>
            </w:r>
          </w:p>
        </w:tc>
        <w:tc>
          <w:tcPr>
            <w:tcW w:w="1156" w:type="dxa"/>
          </w:tcPr>
          <w:p w14:paraId="1D9C43DD" w14:textId="77777777" w:rsidR="00540B47" w:rsidRDefault="00A32617">
            <w:r>
              <w:rPr>
                <w:sz w:val="18"/>
              </w:rPr>
              <w:t>MACN</w:t>
            </w:r>
          </w:p>
        </w:tc>
        <w:tc>
          <w:tcPr>
            <w:tcW w:w="1126" w:type="dxa"/>
          </w:tcPr>
          <w:p w14:paraId="0EE42E9C" w14:textId="77777777" w:rsidR="00540B47" w:rsidRDefault="00A32617">
            <w:r>
              <w:rPr>
                <w:i/>
                <w:sz w:val="18"/>
              </w:rPr>
              <w:t>Z. capensis</w:t>
            </w:r>
          </w:p>
        </w:tc>
        <w:tc>
          <w:tcPr>
            <w:tcW w:w="977" w:type="dxa"/>
          </w:tcPr>
          <w:p w14:paraId="62DCC86C" w14:textId="77777777" w:rsidR="00540B47" w:rsidRDefault="00A32617">
            <w:r>
              <w:rPr>
                <w:sz w:val="18"/>
              </w:rPr>
              <w:t>-41.6105</w:t>
            </w:r>
          </w:p>
        </w:tc>
        <w:tc>
          <w:tcPr>
            <w:tcW w:w="1107" w:type="dxa"/>
          </w:tcPr>
          <w:p w14:paraId="4B01C873" w14:textId="77777777" w:rsidR="00540B47" w:rsidRDefault="00A32617">
            <w:r>
              <w:rPr>
                <w:sz w:val="18"/>
              </w:rPr>
              <w:t>-65.3505</w:t>
            </w:r>
          </w:p>
        </w:tc>
        <w:tc>
          <w:tcPr>
            <w:tcW w:w="1156" w:type="dxa"/>
          </w:tcPr>
          <w:p w14:paraId="1E73CF3A" w14:textId="77777777" w:rsidR="00540B47" w:rsidRDefault="00A32617">
            <w:r>
              <w:rPr>
                <w:sz w:val="18"/>
              </w:rPr>
              <w:t>2025-11-15</w:t>
            </w:r>
          </w:p>
        </w:tc>
        <w:tc>
          <w:tcPr>
            <w:tcW w:w="727" w:type="dxa"/>
          </w:tcPr>
          <w:p w14:paraId="5BE1A9AD" w14:textId="77777777" w:rsidR="00540B47" w:rsidRDefault="00A32617">
            <w:r>
              <w:rPr>
                <w:sz w:val="18"/>
              </w:rPr>
              <w:t>06:43</w:t>
            </w:r>
          </w:p>
        </w:tc>
        <w:tc>
          <w:tcPr>
            <w:tcW w:w="1561" w:type="dxa"/>
          </w:tcPr>
          <w:p w14:paraId="7B37483B" w14:textId="77777777" w:rsidR="00540B47" w:rsidRDefault="00A32617">
            <w:r>
              <w:rPr>
                <w:sz w:val="18"/>
              </w:rPr>
              <w:t>Pablo L. Tubaro</w:t>
            </w:r>
          </w:p>
        </w:tc>
      </w:tr>
      <w:tr w:rsidR="00540B47" w14:paraId="4DA5D8E5" w14:textId="77777777" w:rsidTr="00DD565D">
        <w:tc>
          <w:tcPr>
            <w:tcW w:w="942" w:type="dxa"/>
          </w:tcPr>
          <w:p w14:paraId="7682627A" w14:textId="77777777" w:rsidR="00540B47" w:rsidRDefault="00A32617">
            <w:r>
              <w:rPr>
                <w:sz w:val="18"/>
              </w:rPr>
              <w:t>3875</w:t>
            </w:r>
          </w:p>
        </w:tc>
        <w:tc>
          <w:tcPr>
            <w:tcW w:w="1156" w:type="dxa"/>
          </w:tcPr>
          <w:p w14:paraId="0308D32B" w14:textId="77777777" w:rsidR="00540B47" w:rsidRDefault="00A32617">
            <w:r>
              <w:rPr>
                <w:sz w:val="18"/>
              </w:rPr>
              <w:t>MACN</w:t>
            </w:r>
          </w:p>
        </w:tc>
        <w:tc>
          <w:tcPr>
            <w:tcW w:w="1126" w:type="dxa"/>
          </w:tcPr>
          <w:p w14:paraId="0499BB04" w14:textId="77777777" w:rsidR="00540B47" w:rsidRDefault="00A32617">
            <w:r>
              <w:rPr>
                <w:i/>
                <w:sz w:val="18"/>
              </w:rPr>
              <w:t>Z. capensis</w:t>
            </w:r>
          </w:p>
        </w:tc>
        <w:tc>
          <w:tcPr>
            <w:tcW w:w="977" w:type="dxa"/>
          </w:tcPr>
          <w:p w14:paraId="18A84A3F" w14:textId="77777777" w:rsidR="00540B47" w:rsidRDefault="00A32617">
            <w:r>
              <w:rPr>
                <w:sz w:val="18"/>
              </w:rPr>
              <w:t>-41.6073</w:t>
            </w:r>
          </w:p>
        </w:tc>
        <w:tc>
          <w:tcPr>
            <w:tcW w:w="1107" w:type="dxa"/>
          </w:tcPr>
          <w:p w14:paraId="0B35096E" w14:textId="77777777" w:rsidR="00540B47" w:rsidRDefault="00A32617">
            <w:r>
              <w:rPr>
                <w:sz w:val="18"/>
              </w:rPr>
              <w:t>-65.3662</w:t>
            </w:r>
          </w:p>
        </w:tc>
        <w:tc>
          <w:tcPr>
            <w:tcW w:w="1156" w:type="dxa"/>
          </w:tcPr>
          <w:p w14:paraId="0CB76E2F" w14:textId="77777777" w:rsidR="00540B47" w:rsidRDefault="00A32617">
            <w:r>
              <w:rPr>
                <w:sz w:val="18"/>
              </w:rPr>
              <w:t>2025-11-15</w:t>
            </w:r>
          </w:p>
        </w:tc>
        <w:tc>
          <w:tcPr>
            <w:tcW w:w="727" w:type="dxa"/>
          </w:tcPr>
          <w:p w14:paraId="740AB928" w14:textId="77777777" w:rsidR="00540B47" w:rsidRDefault="00A32617">
            <w:r>
              <w:rPr>
                <w:sz w:val="18"/>
              </w:rPr>
              <w:t>06:59</w:t>
            </w:r>
          </w:p>
        </w:tc>
        <w:tc>
          <w:tcPr>
            <w:tcW w:w="1561" w:type="dxa"/>
          </w:tcPr>
          <w:p w14:paraId="5A6E1EF1" w14:textId="77777777" w:rsidR="00540B47" w:rsidRDefault="00A32617">
            <w:r>
              <w:rPr>
                <w:sz w:val="18"/>
              </w:rPr>
              <w:t>Pablo L. Tubaro</w:t>
            </w:r>
          </w:p>
        </w:tc>
      </w:tr>
      <w:tr w:rsidR="00540B47" w14:paraId="7CB7F255" w14:textId="77777777" w:rsidTr="00DD565D">
        <w:tc>
          <w:tcPr>
            <w:tcW w:w="942" w:type="dxa"/>
          </w:tcPr>
          <w:p w14:paraId="6E7E9EC2" w14:textId="77777777" w:rsidR="00540B47" w:rsidRDefault="00A32617">
            <w:r>
              <w:rPr>
                <w:sz w:val="18"/>
              </w:rPr>
              <w:t>3876</w:t>
            </w:r>
          </w:p>
        </w:tc>
        <w:tc>
          <w:tcPr>
            <w:tcW w:w="1156" w:type="dxa"/>
          </w:tcPr>
          <w:p w14:paraId="0A9D62F4" w14:textId="77777777" w:rsidR="00540B47" w:rsidRDefault="00A32617">
            <w:r>
              <w:rPr>
                <w:sz w:val="18"/>
              </w:rPr>
              <w:t>MACN</w:t>
            </w:r>
          </w:p>
        </w:tc>
        <w:tc>
          <w:tcPr>
            <w:tcW w:w="1126" w:type="dxa"/>
          </w:tcPr>
          <w:p w14:paraId="52E9E276" w14:textId="77777777" w:rsidR="00540B47" w:rsidRDefault="00A32617">
            <w:r>
              <w:rPr>
                <w:i/>
                <w:sz w:val="18"/>
              </w:rPr>
              <w:t>Z. capensis</w:t>
            </w:r>
          </w:p>
        </w:tc>
        <w:tc>
          <w:tcPr>
            <w:tcW w:w="977" w:type="dxa"/>
          </w:tcPr>
          <w:p w14:paraId="71A1AF11" w14:textId="77777777" w:rsidR="00540B47" w:rsidRDefault="00A32617">
            <w:r>
              <w:rPr>
                <w:sz w:val="18"/>
              </w:rPr>
              <w:t>-41.6077</w:t>
            </w:r>
          </w:p>
        </w:tc>
        <w:tc>
          <w:tcPr>
            <w:tcW w:w="1107" w:type="dxa"/>
          </w:tcPr>
          <w:p w14:paraId="62C61616" w14:textId="77777777" w:rsidR="00540B47" w:rsidRDefault="00A32617">
            <w:r>
              <w:rPr>
                <w:sz w:val="18"/>
              </w:rPr>
              <w:t>-65.3650</w:t>
            </w:r>
          </w:p>
        </w:tc>
        <w:tc>
          <w:tcPr>
            <w:tcW w:w="1156" w:type="dxa"/>
          </w:tcPr>
          <w:p w14:paraId="644A2E05" w14:textId="77777777" w:rsidR="00540B47" w:rsidRDefault="00A32617">
            <w:r>
              <w:rPr>
                <w:sz w:val="18"/>
              </w:rPr>
              <w:t>2025-11-15</w:t>
            </w:r>
          </w:p>
        </w:tc>
        <w:tc>
          <w:tcPr>
            <w:tcW w:w="727" w:type="dxa"/>
          </w:tcPr>
          <w:p w14:paraId="0CD46277" w14:textId="77777777" w:rsidR="00540B47" w:rsidRDefault="00A32617">
            <w:r>
              <w:rPr>
                <w:sz w:val="18"/>
              </w:rPr>
              <w:t>07:06</w:t>
            </w:r>
          </w:p>
        </w:tc>
        <w:tc>
          <w:tcPr>
            <w:tcW w:w="1561" w:type="dxa"/>
          </w:tcPr>
          <w:p w14:paraId="4AD2313E" w14:textId="77777777" w:rsidR="00540B47" w:rsidRDefault="00A32617">
            <w:r>
              <w:rPr>
                <w:sz w:val="18"/>
              </w:rPr>
              <w:t>Pablo L. Tubaro</w:t>
            </w:r>
          </w:p>
        </w:tc>
      </w:tr>
      <w:tr w:rsidR="00540B47" w14:paraId="08D74DB6" w14:textId="77777777" w:rsidTr="00DD565D">
        <w:tc>
          <w:tcPr>
            <w:tcW w:w="942" w:type="dxa"/>
          </w:tcPr>
          <w:p w14:paraId="37D8ACC7" w14:textId="77777777" w:rsidR="00540B47" w:rsidRDefault="00A32617">
            <w:r>
              <w:rPr>
                <w:sz w:val="18"/>
              </w:rPr>
              <w:t>3877</w:t>
            </w:r>
          </w:p>
        </w:tc>
        <w:tc>
          <w:tcPr>
            <w:tcW w:w="1156" w:type="dxa"/>
          </w:tcPr>
          <w:p w14:paraId="0E69188D" w14:textId="77777777" w:rsidR="00540B47" w:rsidRDefault="00A32617">
            <w:r>
              <w:rPr>
                <w:sz w:val="18"/>
              </w:rPr>
              <w:t>MACN</w:t>
            </w:r>
          </w:p>
        </w:tc>
        <w:tc>
          <w:tcPr>
            <w:tcW w:w="1126" w:type="dxa"/>
          </w:tcPr>
          <w:p w14:paraId="70DF8CEC" w14:textId="77777777" w:rsidR="00540B47" w:rsidRDefault="00A32617">
            <w:r>
              <w:rPr>
                <w:i/>
                <w:sz w:val="18"/>
              </w:rPr>
              <w:t>Z. capensis</w:t>
            </w:r>
          </w:p>
        </w:tc>
        <w:tc>
          <w:tcPr>
            <w:tcW w:w="977" w:type="dxa"/>
          </w:tcPr>
          <w:p w14:paraId="4B2E2050" w14:textId="77777777" w:rsidR="00540B47" w:rsidRDefault="00A32617">
            <w:r>
              <w:rPr>
                <w:sz w:val="18"/>
              </w:rPr>
              <w:t>-41.6077</w:t>
            </w:r>
          </w:p>
        </w:tc>
        <w:tc>
          <w:tcPr>
            <w:tcW w:w="1107" w:type="dxa"/>
          </w:tcPr>
          <w:p w14:paraId="439A6A2A" w14:textId="77777777" w:rsidR="00540B47" w:rsidRDefault="00A32617">
            <w:r>
              <w:rPr>
                <w:sz w:val="18"/>
              </w:rPr>
              <w:t>-65.3650</w:t>
            </w:r>
          </w:p>
        </w:tc>
        <w:tc>
          <w:tcPr>
            <w:tcW w:w="1156" w:type="dxa"/>
          </w:tcPr>
          <w:p w14:paraId="15E7A394" w14:textId="77777777" w:rsidR="00540B47" w:rsidRDefault="00A32617">
            <w:r>
              <w:rPr>
                <w:sz w:val="18"/>
              </w:rPr>
              <w:t>2025-11-15</w:t>
            </w:r>
          </w:p>
        </w:tc>
        <w:tc>
          <w:tcPr>
            <w:tcW w:w="727" w:type="dxa"/>
          </w:tcPr>
          <w:p w14:paraId="727B21D4" w14:textId="77777777" w:rsidR="00540B47" w:rsidRDefault="00A32617">
            <w:r>
              <w:rPr>
                <w:sz w:val="18"/>
              </w:rPr>
              <w:t>07:07</w:t>
            </w:r>
          </w:p>
        </w:tc>
        <w:tc>
          <w:tcPr>
            <w:tcW w:w="1561" w:type="dxa"/>
          </w:tcPr>
          <w:p w14:paraId="78CDC3A3" w14:textId="77777777" w:rsidR="00540B47" w:rsidRDefault="00A32617">
            <w:r>
              <w:rPr>
                <w:sz w:val="18"/>
              </w:rPr>
              <w:t>Pablo L. Tubaro</w:t>
            </w:r>
          </w:p>
        </w:tc>
      </w:tr>
      <w:tr w:rsidR="00540B47" w14:paraId="5DD385DF" w14:textId="77777777" w:rsidTr="00DD565D">
        <w:tc>
          <w:tcPr>
            <w:tcW w:w="942" w:type="dxa"/>
          </w:tcPr>
          <w:p w14:paraId="46CCFE95" w14:textId="77777777" w:rsidR="00540B47" w:rsidRDefault="00A32617">
            <w:r>
              <w:rPr>
                <w:sz w:val="18"/>
              </w:rPr>
              <w:t>3878</w:t>
            </w:r>
          </w:p>
        </w:tc>
        <w:tc>
          <w:tcPr>
            <w:tcW w:w="1156" w:type="dxa"/>
          </w:tcPr>
          <w:p w14:paraId="414F6E33" w14:textId="77777777" w:rsidR="00540B47" w:rsidRDefault="00A32617">
            <w:r>
              <w:rPr>
                <w:sz w:val="18"/>
              </w:rPr>
              <w:t>MACN</w:t>
            </w:r>
          </w:p>
        </w:tc>
        <w:tc>
          <w:tcPr>
            <w:tcW w:w="1126" w:type="dxa"/>
          </w:tcPr>
          <w:p w14:paraId="1F436CBA" w14:textId="77777777" w:rsidR="00540B47" w:rsidRDefault="00A32617">
            <w:r>
              <w:rPr>
                <w:i/>
                <w:sz w:val="18"/>
              </w:rPr>
              <w:t>Z. capensis</w:t>
            </w:r>
          </w:p>
        </w:tc>
        <w:tc>
          <w:tcPr>
            <w:tcW w:w="977" w:type="dxa"/>
          </w:tcPr>
          <w:p w14:paraId="78AED902" w14:textId="77777777" w:rsidR="00540B47" w:rsidRDefault="00A32617">
            <w:r>
              <w:rPr>
                <w:sz w:val="18"/>
              </w:rPr>
              <w:t>-41.6077</w:t>
            </w:r>
          </w:p>
        </w:tc>
        <w:tc>
          <w:tcPr>
            <w:tcW w:w="1107" w:type="dxa"/>
          </w:tcPr>
          <w:p w14:paraId="66C81FD4" w14:textId="77777777" w:rsidR="00540B47" w:rsidRDefault="00A32617">
            <w:r>
              <w:rPr>
                <w:sz w:val="18"/>
              </w:rPr>
              <w:t>-65.3650</w:t>
            </w:r>
          </w:p>
        </w:tc>
        <w:tc>
          <w:tcPr>
            <w:tcW w:w="1156" w:type="dxa"/>
          </w:tcPr>
          <w:p w14:paraId="2679FCD5" w14:textId="77777777" w:rsidR="00540B47" w:rsidRDefault="00A32617">
            <w:r>
              <w:rPr>
                <w:sz w:val="18"/>
              </w:rPr>
              <w:t>2025-11-15</w:t>
            </w:r>
          </w:p>
        </w:tc>
        <w:tc>
          <w:tcPr>
            <w:tcW w:w="727" w:type="dxa"/>
          </w:tcPr>
          <w:p w14:paraId="30E531AD" w14:textId="77777777" w:rsidR="00540B47" w:rsidRDefault="00A32617">
            <w:r>
              <w:rPr>
                <w:sz w:val="18"/>
              </w:rPr>
              <w:t>07:10</w:t>
            </w:r>
          </w:p>
        </w:tc>
        <w:tc>
          <w:tcPr>
            <w:tcW w:w="1561" w:type="dxa"/>
          </w:tcPr>
          <w:p w14:paraId="63AF7976" w14:textId="77777777" w:rsidR="00540B47" w:rsidRDefault="00A32617">
            <w:r>
              <w:rPr>
                <w:sz w:val="18"/>
              </w:rPr>
              <w:t>Pablo L. Tubaro</w:t>
            </w:r>
          </w:p>
        </w:tc>
      </w:tr>
      <w:tr w:rsidR="00540B47" w14:paraId="198980C9" w14:textId="77777777" w:rsidTr="00DD565D">
        <w:tc>
          <w:tcPr>
            <w:tcW w:w="942" w:type="dxa"/>
          </w:tcPr>
          <w:p w14:paraId="16C3AC55" w14:textId="77777777" w:rsidR="00540B47" w:rsidRDefault="00A32617">
            <w:r>
              <w:rPr>
                <w:sz w:val="18"/>
              </w:rPr>
              <w:t>3879</w:t>
            </w:r>
          </w:p>
        </w:tc>
        <w:tc>
          <w:tcPr>
            <w:tcW w:w="1156" w:type="dxa"/>
          </w:tcPr>
          <w:p w14:paraId="6BB6F711" w14:textId="77777777" w:rsidR="00540B47" w:rsidRDefault="00A32617">
            <w:r>
              <w:rPr>
                <w:sz w:val="18"/>
              </w:rPr>
              <w:t>MACN</w:t>
            </w:r>
          </w:p>
        </w:tc>
        <w:tc>
          <w:tcPr>
            <w:tcW w:w="1126" w:type="dxa"/>
          </w:tcPr>
          <w:p w14:paraId="65313E3C" w14:textId="77777777" w:rsidR="00540B47" w:rsidRDefault="00A32617">
            <w:r>
              <w:rPr>
                <w:i/>
                <w:sz w:val="18"/>
              </w:rPr>
              <w:t>Z. capensis</w:t>
            </w:r>
          </w:p>
        </w:tc>
        <w:tc>
          <w:tcPr>
            <w:tcW w:w="977" w:type="dxa"/>
          </w:tcPr>
          <w:p w14:paraId="2D2D75C4" w14:textId="77777777" w:rsidR="00540B47" w:rsidRDefault="00A32617">
            <w:r>
              <w:rPr>
                <w:sz w:val="18"/>
              </w:rPr>
              <w:t>-41.6093</w:t>
            </w:r>
          </w:p>
        </w:tc>
        <w:tc>
          <w:tcPr>
            <w:tcW w:w="1107" w:type="dxa"/>
          </w:tcPr>
          <w:p w14:paraId="440B9E3E" w14:textId="77777777" w:rsidR="00540B47" w:rsidRDefault="00A32617">
            <w:r>
              <w:rPr>
                <w:sz w:val="18"/>
              </w:rPr>
              <w:t>-65.3693</w:t>
            </w:r>
          </w:p>
        </w:tc>
        <w:tc>
          <w:tcPr>
            <w:tcW w:w="1156" w:type="dxa"/>
          </w:tcPr>
          <w:p w14:paraId="0CC299A7" w14:textId="77777777" w:rsidR="00540B47" w:rsidRDefault="00A32617">
            <w:r>
              <w:rPr>
                <w:sz w:val="18"/>
              </w:rPr>
              <w:t>2025-11-15</w:t>
            </w:r>
          </w:p>
        </w:tc>
        <w:tc>
          <w:tcPr>
            <w:tcW w:w="727" w:type="dxa"/>
          </w:tcPr>
          <w:p w14:paraId="208D4914" w14:textId="77777777" w:rsidR="00540B47" w:rsidRDefault="00A32617">
            <w:r>
              <w:rPr>
                <w:sz w:val="18"/>
              </w:rPr>
              <w:t>07:18</w:t>
            </w:r>
          </w:p>
        </w:tc>
        <w:tc>
          <w:tcPr>
            <w:tcW w:w="1561" w:type="dxa"/>
          </w:tcPr>
          <w:p w14:paraId="67393A96" w14:textId="77777777" w:rsidR="00540B47" w:rsidRDefault="00A32617">
            <w:r>
              <w:rPr>
                <w:sz w:val="18"/>
              </w:rPr>
              <w:t>Pablo L. Tubaro</w:t>
            </w:r>
          </w:p>
        </w:tc>
      </w:tr>
      <w:tr w:rsidR="00540B47" w14:paraId="3F7697DF" w14:textId="77777777" w:rsidTr="00DD565D">
        <w:tc>
          <w:tcPr>
            <w:tcW w:w="942" w:type="dxa"/>
          </w:tcPr>
          <w:p w14:paraId="4B1E4EE6" w14:textId="77777777" w:rsidR="00540B47" w:rsidRDefault="00A32617">
            <w:r>
              <w:rPr>
                <w:sz w:val="18"/>
              </w:rPr>
              <w:t>3880</w:t>
            </w:r>
          </w:p>
        </w:tc>
        <w:tc>
          <w:tcPr>
            <w:tcW w:w="1156" w:type="dxa"/>
          </w:tcPr>
          <w:p w14:paraId="64C5AA04" w14:textId="77777777" w:rsidR="00540B47" w:rsidRDefault="00A32617">
            <w:r>
              <w:rPr>
                <w:sz w:val="18"/>
              </w:rPr>
              <w:t>MACN</w:t>
            </w:r>
          </w:p>
        </w:tc>
        <w:tc>
          <w:tcPr>
            <w:tcW w:w="1126" w:type="dxa"/>
          </w:tcPr>
          <w:p w14:paraId="0E183AD7" w14:textId="77777777" w:rsidR="00540B47" w:rsidRDefault="00A32617">
            <w:r>
              <w:rPr>
                <w:i/>
                <w:sz w:val="18"/>
              </w:rPr>
              <w:t>Z. capensis</w:t>
            </w:r>
          </w:p>
        </w:tc>
        <w:tc>
          <w:tcPr>
            <w:tcW w:w="977" w:type="dxa"/>
          </w:tcPr>
          <w:p w14:paraId="52960659" w14:textId="77777777" w:rsidR="00540B47" w:rsidRDefault="00A32617">
            <w:r>
              <w:rPr>
                <w:sz w:val="18"/>
              </w:rPr>
              <w:t>-41.6093</w:t>
            </w:r>
          </w:p>
        </w:tc>
        <w:tc>
          <w:tcPr>
            <w:tcW w:w="1107" w:type="dxa"/>
          </w:tcPr>
          <w:p w14:paraId="607E5FAB" w14:textId="77777777" w:rsidR="00540B47" w:rsidRDefault="00A32617">
            <w:r>
              <w:rPr>
                <w:sz w:val="18"/>
              </w:rPr>
              <w:t>-65.3706</w:t>
            </w:r>
          </w:p>
        </w:tc>
        <w:tc>
          <w:tcPr>
            <w:tcW w:w="1156" w:type="dxa"/>
          </w:tcPr>
          <w:p w14:paraId="6B290D11" w14:textId="77777777" w:rsidR="00540B47" w:rsidRDefault="00A32617">
            <w:r>
              <w:rPr>
                <w:sz w:val="18"/>
              </w:rPr>
              <w:t>2025-11-15</w:t>
            </w:r>
          </w:p>
        </w:tc>
        <w:tc>
          <w:tcPr>
            <w:tcW w:w="727" w:type="dxa"/>
          </w:tcPr>
          <w:p w14:paraId="20E73F3C" w14:textId="77777777" w:rsidR="00540B47" w:rsidRDefault="00A32617">
            <w:r>
              <w:rPr>
                <w:sz w:val="18"/>
              </w:rPr>
              <w:t>07:27</w:t>
            </w:r>
          </w:p>
        </w:tc>
        <w:tc>
          <w:tcPr>
            <w:tcW w:w="1561" w:type="dxa"/>
          </w:tcPr>
          <w:p w14:paraId="6271B697" w14:textId="77777777" w:rsidR="00540B47" w:rsidRDefault="00A32617">
            <w:r>
              <w:rPr>
                <w:sz w:val="18"/>
              </w:rPr>
              <w:t>Pablo L. Tubaro</w:t>
            </w:r>
          </w:p>
        </w:tc>
      </w:tr>
      <w:tr w:rsidR="00540B47" w14:paraId="45B11A90" w14:textId="77777777" w:rsidTr="00DD565D">
        <w:tc>
          <w:tcPr>
            <w:tcW w:w="942" w:type="dxa"/>
          </w:tcPr>
          <w:p w14:paraId="43AD17C2" w14:textId="77777777" w:rsidR="00540B47" w:rsidRDefault="00A32617">
            <w:r>
              <w:rPr>
                <w:sz w:val="18"/>
              </w:rPr>
              <w:t>3881</w:t>
            </w:r>
          </w:p>
        </w:tc>
        <w:tc>
          <w:tcPr>
            <w:tcW w:w="1156" w:type="dxa"/>
          </w:tcPr>
          <w:p w14:paraId="62754DD5" w14:textId="77777777" w:rsidR="00540B47" w:rsidRDefault="00A32617">
            <w:r>
              <w:rPr>
                <w:sz w:val="18"/>
              </w:rPr>
              <w:t>MACN</w:t>
            </w:r>
          </w:p>
        </w:tc>
        <w:tc>
          <w:tcPr>
            <w:tcW w:w="1126" w:type="dxa"/>
          </w:tcPr>
          <w:p w14:paraId="4937D4D9" w14:textId="77777777" w:rsidR="00540B47" w:rsidRDefault="00A32617">
            <w:r>
              <w:rPr>
                <w:i/>
                <w:sz w:val="18"/>
              </w:rPr>
              <w:t>Z. capensis</w:t>
            </w:r>
          </w:p>
        </w:tc>
        <w:tc>
          <w:tcPr>
            <w:tcW w:w="977" w:type="dxa"/>
          </w:tcPr>
          <w:p w14:paraId="7DED54F5" w14:textId="77777777" w:rsidR="00540B47" w:rsidRDefault="00A32617">
            <w:r>
              <w:rPr>
                <w:sz w:val="18"/>
              </w:rPr>
              <w:t>-41.6093</w:t>
            </w:r>
          </w:p>
        </w:tc>
        <w:tc>
          <w:tcPr>
            <w:tcW w:w="1107" w:type="dxa"/>
          </w:tcPr>
          <w:p w14:paraId="14E129D3" w14:textId="77777777" w:rsidR="00540B47" w:rsidRDefault="00A32617">
            <w:r>
              <w:rPr>
                <w:sz w:val="18"/>
              </w:rPr>
              <w:t>-65.3706</w:t>
            </w:r>
          </w:p>
        </w:tc>
        <w:tc>
          <w:tcPr>
            <w:tcW w:w="1156" w:type="dxa"/>
          </w:tcPr>
          <w:p w14:paraId="1D0E5002" w14:textId="77777777" w:rsidR="00540B47" w:rsidRDefault="00A32617">
            <w:r>
              <w:rPr>
                <w:sz w:val="18"/>
              </w:rPr>
              <w:t>2025-11-15</w:t>
            </w:r>
          </w:p>
        </w:tc>
        <w:tc>
          <w:tcPr>
            <w:tcW w:w="727" w:type="dxa"/>
          </w:tcPr>
          <w:p w14:paraId="492013B9" w14:textId="77777777" w:rsidR="00540B47" w:rsidRDefault="00A32617">
            <w:r>
              <w:rPr>
                <w:sz w:val="18"/>
              </w:rPr>
              <w:t>07:34</w:t>
            </w:r>
          </w:p>
        </w:tc>
        <w:tc>
          <w:tcPr>
            <w:tcW w:w="1561" w:type="dxa"/>
          </w:tcPr>
          <w:p w14:paraId="6EA1867B" w14:textId="77777777" w:rsidR="00540B47" w:rsidRDefault="00A32617">
            <w:r>
              <w:rPr>
                <w:sz w:val="18"/>
              </w:rPr>
              <w:t>Pablo L. Tubaro</w:t>
            </w:r>
          </w:p>
        </w:tc>
      </w:tr>
      <w:tr w:rsidR="00540B47" w14:paraId="30D021BA" w14:textId="77777777" w:rsidTr="00DD565D">
        <w:tc>
          <w:tcPr>
            <w:tcW w:w="942" w:type="dxa"/>
          </w:tcPr>
          <w:p w14:paraId="3654E626" w14:textId="77777777" w:rsidR="00540B47" w:rsidRDefault="00A32617">
            <w:r>
              <w:rPr>
                <w:sz w:val="18"/>
              </w:rPr>
              <w:t>3882</w:t>
            </w:r>
          </w:p>
        </w:tc>
        <w:tc>
          <w:tcPr>
            <w:tcW w:w="1156" w:type="dxa"/>
          </w:tcPr>
          <w:p w14:paraId="720DFF7E" w14:textId="77777777" w:rsidR="00540B47" w:rsidRDefault="00A32617">
            <w:r>
              <w:rPr>
                <w:sz w:val="18"/>
              </w:rPr>
              <w:t>MACN</w:t>
            </w:r>
          </w:p>
        </w:tc>
        <w:tc>
          <w:tcPr>
            <w:tcW w:w="1126" w:type="dxa"/>
          </w:tcPr>
          <w:p w14:paraId="1E0F6DC0" w14:textId="77777777" w:rsidR="00540B47" w:rsidRDefault="00A32617">
            <w:r>
              <w:rPr>
                <w:i/>
                <w:sz w:val="18"/>
              </w:rPr>
              <w:t>Z. capensis</w:t>
            </w:r>
          </w:p>
        </w:tc>
        <w:tc>
          <w:tcPr>
            <w:tcW w:w="977" w:type="dxa"/>
          </w:tcPr>
          <w:p w14:paraId="50F224A8" w14:textId="77777777" w:rsidR="00540B47" w:rsidRDefault="00A32617">
            <w:r>
              <w:rPr>
                <w:sz w:val="18"/>
              </w:rPr>
              <w:t>-41.5974</w:t>
            </w:r>
          </w:p>
        </w:tc>
        <w:tc>
          <w:tcPr>
            <w:tcW w:w="1107" w:type="dxa"/>
          </w:tcPr>
          <w:p w14:paraId="74752CED" w14:textId="77777777" w:rsidR="00540B47" w:rsidRDefault="00A32617">
            <w:r>
              <w:rPr>
                <w:sz w:val="18"/>
              </w:rPr>
              <w:t>-65.3692</w:t>
            </w:r>
          </w:p>
        </w:tc>
        <w:tc>
          <w:tcPr>
            <w:tcW w:w="1156" w:type="dxa"/>
          </w:tcPr>
          <w:p w14:paraId="4E496F84" w14:textId="77777777" w:rsidR="00540B47" w:rsidRDefault="00A32617">
            <w:r>
              <w:rPr>
                <w:sz w:val="18"/>
              </w:rPr>
              <w:t>2025-11-15</w:t>
            </w:r>
          </w:p>
        </w:tc>
        <w:tc>
          <w:tcPr>
            <w:tcW w:w="727" w:type="dxa"/>
          </w:tcPr>
          <w:p w14:paraId="7247F8B0" w14:textId="77777777" w:rsidR="00540B47" w:rsidRDefault="00A32617">
            <w:r>
              <w:rPr>
                <w:sz w:val="18"/>
              </w:rPr>
              <w:t>07:47</w:t>
            </w:r>
          </w:p>
        </w:tc>
        <w:tc>
          <w:tcPr>
            <w:tcW w:w="1561" w:type="dxa"/>
          </w:tcPr>
          <w:p w14:paraId="4E1C5AB1" w14:textId="77777777" w:rsidR="00540B47" w:rsidRDefault="00A32617">
            <w:r>
              <w:rPr>
                <w:sz w:val="18"/>
              </w:rPr>
              <w:t>Pablo L. Tubaro</w:t>
            </w:r>
          </w:p>
        </w:tc>
      </w:tr>
      <w:tr w:rsidR="00540B47" w14:paraId="179EB324" w14:textId="77777777" w:rsidTr="00DD565D">
        <w:tc>
          <w:tcPr>
            <w:tcW w:w="942" w:type="dxa"/>
          </w:tcPr>
          <w:p w14:paraId="3BAAA5DA" w14:textId="77777777" w:rsidR="00540B47" w:rsidRDefault="00A32617">
            <w:r>
              <w:rPr>
                <w:sz w:val="18"/>
              </w:rPr>
              <w:t>3883</w:t>
            </w:r>
          </w:p>
        </w:tc>
        <w:tc>
          <w:tcPr>
            <w:tcW w:w="1156" w:type="dxa"/>
          </w:tcPr>
          <w:p w14:paraId="1CA96866" w14:textId="77777777" w:rsidR="00540B47" w:rsidRDefault="00A32617">
            <w:r>
              <w:rPr>
                <w:sz w:val="18"/>
              </w:rPr>
              <w:t>MACN</w:t>
            </w:r>
          </w:p>
        </w:tc>
        <w:tc>
          <w:tcPr>
            <w:tcW w:w="1126" w:type="dxa"/>
          </w:tcPr>
          <w:p w14:paraId="2A16E07B" w14:textId="77777777" w:rsidR="00540B47" w:rsidRDefault="00A32617">
            <w:r>
              <w:rPr>
                <w:i/>
                <w:sz w:val="18"/>
              </w:rPr>
              <w:t>Z. capensis</w:t>
            </w:r>
          </w:p>
        </w:tc>
        <w:tc>
          <w:tcPr>
            <w:tcW w:w="977" w:type="dxa"/>
          </w:tcPr>
          <w:p w14:paraId="4AAE96D7" w14:textId="77777777" w:rsidR="00540B47" w:rsidRDefault="00A32617">
            <w:r>
              <w:rPr>
                <w:sz w:val="18"/>
              </w:rPr>
              <w:t>-41.6002</w:t>
            </w:r>
          </w:p>
        </w:tc>
        <w:tc>
          <w:tcPr>
            <w:tcW w:w="1107" w:type="dxa"/>
          </w:tcPr>
          <w:p w14:paraId="26DD8CE0" w14:textId="77777777" w:rsidR="00540B47" w:rsidRDefault="00A32617">
            <w:r>
              <w:rPr>
                <w:sz w:val="18"/>
              </w:rPr>
              <w:t>-65.3868</w:t>
            </w:r>
          </w:p>
        </w:tc>
        <w:tc>
          <w:tcPr>
            <w:tcW w:w="1156" w:type="dxa"/>
          </w:tcPr>
          <w:p w14:paraId="1C722DE4" w14:textId="77777777" w:rsidR="00540B47" w:rsidRDefault="00A32617">
            <w:r>
              <w:rPr>
                <w:sz w:val="18"/>
              </w:rPr>
              <w:t>2025-11-15</w:t>
            </w:r>
          </w:p>
        </w:tc>
        <w:tc>
          <w:tcPr>
            <w:tcW w:w="727" w:type="dxa"/>
          </w:tcPr>
          <w:p w14:paraId="6357465D" w14:textId="77777777" w:rsidR="00540B47" w:rsidRDefault="00A32617">
            <w:r>
              <w:rPr>
                <w:sz w:val="18"/>
              </w:rPr>
              <w:t>08:01</w:t>
            </w:r>
          </w:p>
        </w:tc>
        <w:tc>
          <w:tcPr>
            <w:tcW w:w="1561" w:type="dxa"/>
          </w:tcPr>
          <w:p w14:paraId="26334304" w14:textId="77777777" w:rsidR="00540B47" w:rsidRDefault="00A32617">
            <w:r>
              <w:rPr>
                <w:sz w:val="18"/>
              </w:rPr>
              <w:t>Agustin I. Casale</w:t>
            </w:r>
          </w:p>
        </w:tc>
      </w:tr>
      <w:tr w:rsidR="00540B47" w14:paraId="52EED465" w14:textId="77777777" w:rsidTr="00DD565D">
        <w:tc>
          <w:tcPr>
            <w:tcW w:w="942" w:type="dxa"/>
          </w:tcPr>
          <w:p w14:paraId="3E4B38E1" w14:textId="77777777" w:rsidR="00540B47" w:rsidRDefault="00A32617">
            <w:r>
              <w:rPr>
                <w:sz w:val="18"/>
              </w:rPr>
              <w:t>3884</w:t>
            </w:r>
          </w:p>
        </w:tc>
        <w:tc>
          <w:tcPr>
            <w:tcW w:w="1156" w:type="dxa"/>
          </w:tcPr>
          <w:p w14:paraId="66D1F08B" w14:textId="77777777" w:rsidR="00540B47" w:rsidRDefault="00A32617">
            <w:r>
              <w:rPr>
                <w:sz w:val="18"/>
              </w:rPr>
              <w:t>MACN</w:t>
            </w:r>
          </w:p>
        </w:tc>
        <w:tc>
          <w:tcPr>
            <w:tcW w:w="1126" w:type="dxa"/>
          </w:tcPr>
          <w:p w14:paraId="1F05F86A" w14:textId="77777777" w:rsidR="00540B47" w:rsidRDefault="00A32617">
            <w:r>
              <w:rPr>
                <w:i/>
                <w:sz w:val="18"/>
              </w:rPr>
              <w:t>Z. capensis</w:t>
            </w:r>
          </w:p>
        </w:tc>
        <w:tc>
          <w:tcPr>
            <w:tcW w:w="977" w:type="dxa"/>
          </w:tcPr>
          <w:p w14:paraId="4317ADE9" w14:textId="77777777" w:rsidR="00540B47" w:rsidRDefault="00A32617">
            <w:r>
              <w:rPr>
                <w:sz w:val="18"/>
              </w:rPr>
              <w:t>-41.5986</w:t>
            </w:r>
          </w:p>
        </w:tc>
        <w:tc>
          <w:tcPr>
            <w:tcW w:w="1107" w:type="dxa"/>
          </w:tcPr>
          <w:p w14:paraId="7E778E58" w14:textId="77777777" w:rsidR="00540B47" w:rsidRDefault="00A32617">
            <w:r>
              <w:rPr>
                <w:sz w:val="18"/>
              </w:rPr>
              <w:t>-65.4309</w:t>
            </w:r>
          </w:p>
        </w:tc>
        <w:tc>
          <w:tcPr>
            <w:tcW w:w="1156" w:type="dxa"/>
          </w:tcPr>
          <w:p w14:paraId="4B9CC9D8" w14:textId="77777777" w:rsidR="00540B47" w:rsidRDefault="00A32617">
            <w:r>
              <w:rPr>
                <w:sz w:val="18"/>
              </w:rPr>
              <w:t>2025-11-15</w:t>
            </w:r>
          </w:p>
        </w:tc>
        <w:tc>
          <w:tcPr>
            <w:tcW w:w="727" w:type="dxa"/>
          </w:tcPr>
          <w:p w14:paraId="58F83151" w14:textId="77777777" w:rsidR="00540B47" w:rsidRDefault="00A32617">
            <w:r>
              <w:rPr>
                <w:sz w:val="18"/>
              </w:rPr>
              <w:t>08:46</w:t>
            </w:r>
          </w:p>
        </w:tc>
        <w:tc>
          <w:tcPr>
            <w:tcW w:w="1561" w:type="dxa"/>
          </w:tcPr>
          <w:p w14:paraId="4488E610" w14:textId="77777777" w:rsidR="00540B47" w:rsidRDefault="00A32617">
            <w:r>
              <w:rPr>
                <w:sz w:val="18"/>
              </w:rPr>
              <w:t>Agustin I. Casale</w:t>
            </w:r>
          </w:p>
        </w:tc>
      </w:tr>
      <w:tr w:rsidR="00540B47" w14:paraId="4C5D0833" w14:textId="77777777" w:rsidTr="00DD565D">
        <w:tc>
          <w:tcPr>
            <w:tcW w:w="942" w:type="dxa"/>
          </w:tcPr>
          <w:p w14:paraId="2F5705B4" w14:textId="77777777" w:rsidR="00540B47" w:rsidRDefault="00A32617">
            <w:r>
              <w:rPr>
                <w:sz w:val="18"/>
              </w:rPr>
              <w:t>3885</w:t>
            </w:r>
          </w:p>
        </w:tc>
        <w:tc>
          <w:tcPr>
            <w:tcW w:w="1156" w:type="dxa"/>
          </w:tcPr>
          <w:p w14:paraId="38828A28" w14:textId="77777777" w:rsidR="00540B47" w:rsidRDefault="00A32617">
            <w:r>
              <w:rPr>
                <w:sz w:val="18"/>
              </w:rPr>
              <w:t>MACN</w:t>
            </w:r>
          </w:p>
        </w:tc>
        <w:tc>
          <w:tcPr>
            <w:tcW w:w="1126" w:type="dxa"/>
          </w:tcPr>
          <w:p w14:paraId="02FAEA1D" w14:textId="77777777" w:rsidR="00540B47" w:rsidRDefault="00A32617">
            <w:r>
              <w:rPr>
                <w:i/>
                <w:sz w:val="18"/>
              </w:rPr>
              <w:t>Z. capensis</w:t>
            </w:r>
          </w:p>
        </w:tc>
        <w:tc>
          <w:tcPr>
            <w:tcW w:w="977" w:type="dxa"/>
          </w:tcPr>
          <w:p w14:paraId="6EF41C3F" w14:textId="77777777" w:rsidR="00540B47" w:rsidRDefault="00A32617">
            <w:r>
              <w:rPr>
                <w:sz w:val="18"/>
              </w:rPr>
              <w:t>-41.5990</w:t>
            </w:r>
          </w:p>
        </w:tc>
        <w:tc>
          <w:tcPr>
            <w:tcW w:w="1107" w:type="dxa"/>
          </w:tcPr>
          <w:p w14:paraId="25EC8232" w14:textId="77777777" w:rsidR="00540B47" w:rsidRDefault="00A32617">
            <w:r>
              <w:rPr>
                <w:sz w:val="18"/>
              </w:rPr>
              <w:t>-65.4310</w:t>
            </w:r>
          </w:p>
        </w:tc>
        <w:tc>
          <w:tcPr>
            <w:tcW w:w="1156" w:type="dxa"/>
          </w:tcPr>
          <w:p w14:paraId="7D4B7288" w14:textId="77777777" w:rsidR="00540B47" w:rsidRDefault="00A32617">
            <w:r>
              <w:rPr>
                <w:sz w:val="18"/>
              </w:rPr>
              <w:t>2025-11-15</w:t>
            </w:r>
          </w:p>
        </w:tc>
        <w:tc>
          <w:tcPr>
            <w:tcW w:w="727" w:type="dxa"/>
          </w:tcPr>
          <w:p w14:paraId="5275B85A" w14:textId="77777777" w:rsidR="00540B47" w:rsidRDefault="00A32617">
            <w:r>
              <w:rPr>
                <w:sz w:val="18"/>
              </w:rPr>
              <w:t>08:01</w:t>
            </w:r>
          </w:p>
        </w:tc>
        <w:tc>
          <w:tcPr>
            <w:tcW w:w="1561" w:type="dxa"/>
          </w:tcPr>
          <w:p w14:paraId="092E32BC" w14:textId="77777777" w:rsidR="00540B47" w:rsidRDefault="00A32617">
            <w:r>
              <w:rPr>
                <w:sz w:val="18"/>
              </w:rPr>
              <w:t>Pablo L. Tubaro</w:t>
            </w:r>
          </w:p>
        </w:tc>
      </w:tr>
      <w:tr w:rsidR="00540B47" w14:paraId="1A56C43F" w14:textId="77777777" w:rsidTr="00DD565D">
        <w:tc>
          <w:tcPr>
            <w:tcW w:w="942" w:type="dxa"/>
          </w:tcPr>
          <w:p w14:paraId="28106552" w14:textId="77777777" w:rsidR="00540B47" w:rsidRDefault="00A32617">
            <w:r>
              <w:rPr>
                <w:sz w:val="18"/>
              </w:rPr>
              <w:t>3886</w:t>
            </w:r>
          </w:p>
        </w:tc>
        <w:tc>
          <w:tcPr>
            <w:tcW w:w="1156" w:type="dxa"/>
          </w:tcPr>
          <w:p w14:paraId="180BB7A2" w14:textId="77777777" w:rsidR="00540B47" w:rsidRDefault="00A32617">
            <w:r>
              <w:rPr>
                <w:sz w:val="18"/>
              </w:rPr>
              <w:t>MACN</w:t>
            </w:r>
          </w:p>
        </w:tc>
        <w:tc>
          <w:tcPr>
            <w:tcW w:w="1126" w:type="dxa"/>
          </w:tcPr>
          <w:p w14:paraId="14908836" w14:textId="77777777" w:rsidR="00540B47" w:rsidRDefault="00A32617">
            <w:r>
              <w:rPr>
                <w:i/>
                <w:sz w:val="18"/>
              </w:rPr>
              <w:t>Z. capensis</w:t>
            </w:r>
          </w:p>
        </w:tc>
        <w:tc>
          <w:tcPr>
            <w:tcW w:w="977" w:type="dxa"/>
          </w:tcPr>
          <w:p w14:paraId="07C6489A" w14:textId="77777777" w:rsidR="00540B47" w:rsidRDefault="00A32617">
            <w:r>
              <w:rPr>
                <w:sz w:val="18"/>
              </w:rPr>
              <w:t>-41.6080</w:t>
            </w:r>
          </w:p>
        </w:tc>
        <w:tc>
          <w:tcPr>
            <w:tcW w:w="1107" w:type="dxa"/>
          </w:tcPr>
          <w:p w14:paraId="5CDBEC46" w14:textId="77777777" w:rsidR="00540B47" w:rsidRDefault="00A32617">
            <w:r>
              <w:rPr>
                <w:sz w:val="18"/>
              </w:rPr>
              <w:t>-65.5020</w:t>
            </w:r>
          </w:p>
        </w:tc>
        <w:tc>
          <w:tcPr>
            <w:tcW w:w="1156" w:type="dxa"/>
          </w:tcPr>
          <w:p w14:paraId="7C041956" w14:textId="77777777" w:rsidR="00540B47" w:rsidRDefault="00A32617">
            <w:r>
              <w:rPr>
                <w:sz w:val="18"/>
              </w:rPr>
              <w:t>2025-11-15</w:t>
            </w:r>
          </w:p>
        </w:tc>
        <w:tc>
          <w:tcPr>
            <w:tcW w:w="727" w:type="dxa"/>
          </w:tcPr>
          <w:p w14:paraId="444CE543" w14:textId="77777777" w:rsidR="00540B47" w:rsidRDefault="00A32617">
            <w:r>
              <w:rPr>
                <w:sz w:val="18"/>
              </w:rPr>
              <w:t>08:15</w:t>
            </w:r>
          </w:p>
        </w:tc>
        <w:tc>
          <w:tcPr>
            <w:tcW w:w="1561" w:type="dxa"/>
          </w:tcPr>
          <w:p w14:paraId="55042044" w14:textId="77777777" w:rsidR="00540B47" w:rsidRDefault="00A32617">
            <w:r>
              <w:rPr>
                <w:sz w:val="18"/>
              </w:rPr>
              <w:t>Pablo L. Tubaro</w:t>
            </w:r>
          </w:p>
        </w:tc>
      </w:tr>
      <w:tr w:rsidR="00540B47" w14:paraId="207C4196" w14:textId="77777777" w:rsidTr="00DD565D">
        <w:tc>
          <w:tcPr>
            <w:tcW w:w="942" w:type="dxa"/>
          </w:tcPr>
          <w:p w14:paraId="0DB35BD0" w14:textId="77777777" w:rsidR="00540B47" w:rsidRDefault="00A32617">
            <w:r>
              <w:rPr>
                <w:sz w:val="18"/>
              </w:rPr>
              <w:t>3887</w:t>
            </w:r>
          </w:p>
        </w:tc>
        <w:tc>
          <w:tcPr>
            <w:tcW w:w="1156" w:type="dxa"/>
          </w:tcPr>
          <w:p w14:paraId="34D5F382" w14:textId="77777777" w:rsidR="00540B47" w:rsidRDefault="00A32617">
            <w:r>
              <w:rPr>
                <w:sz w:val="18"/>
              </w:rPr>
              <w:t>MACN</w:t>
            </w:r>
          </w:p>
        </w:tc>
        <w:tc>
          <w:tcPr>
            <w:tcW w:w="1126" w:type="dxa"/>
          </w:tcPr>
          <w:p w14:paraId="0EEB9DDE" w14:textId="77777777" w:rsidR="00540B47" w:rsidRDefault="00A32617">
            <w:r>
              <w:rPr>
                <w:i/>
                <w:sz w:val="18"/>
              </w:rPr>
              <w:t>Z. capensis</w:t>
            </w:r>
          </w:p>
        </w:tc>
        <w:tc>
          <w:tcPr>
            <w:tcW w:w="977" w:type="dxa"/>
          </w:tcPr>
          <w:p w14:paraId="001406BF" w14:textId="77777777" w:rsidR="00540B47" w:rsidRDefault="00A32617">
            <w:r>
              <w:rPr>
                <w:sz w:val="18"/>
              </w:rPr>
              <w:t>-41.6080</w:t>
            </w:r>
          </w:p>
        </w:tc>
        <w:tc>
          <w:tcPr>
            <w:tcW w:w="1107" w:type="dxa"/>
          </w:tcPr>
          <w:p w14:paraId="1B53909A" w14:textId="77777777" w:rsidR="00540B47" w:rsidRDefault="00A32617">
            <w:r>
              <w:rPr>
                <w:sz w:val="18"/>
              </w:rPr>
              <w:t>-65.5020</w:t>
            </w:r>
          </w:p>
        </w:tc>
        <w:tc>
          <w:tcPr>
            <w:tcW w:w="1156" w:type="dxa"/>
          </w:tcPr>
          <w:p w14:paraId="6FDF14CC" w14:textId="77777777" w:rsidR="00540B47" w:rsidRDefault="00A32617">
            <w:r>
              <w:rPr>
                <w:sz w:val="18"/>
              </w:rPr>
              <w:t>2025-11-15</w:t>
            </w:r>
          </w:p>
        </w:tc>
        <w:tc>
          <w:tcPr>
            <w:tcW w:w="727" w:type="dxa"/>
          </w:tcPr>
          <w:p w14:paraId="5C2DCE11" w14:textId="77777777" w:rsidR="00540B47" w:rsidRDefault="00A32617">
            <w:r>
              <w:rPr>
                <w:sz w:val="18"/>
              </w:rPr>
              <w:t>08:21</w:t>
            </w:r>
          </w:p>
        </w:tc>
        <w:tc>
          <w:tcPr>
            <w:tcW w:w="1561" w:type="dxa"/>
          </w:tcPr>
          <w:p w14:paraId="64475B09" w14:textId="77777777" w:rsidR="00540B47" w:rsidRDefault="00A32617">
            <w:r>
              <w:rPr>
                <w:sz w:val="18"/>
              </w:rPr>
              <w:t>Pablo L. Tubaro</w:t>
            </w:r>
          </w:p>
        </w:tc>
      </w:tr>
      <w:tr w:rsidR="00540B47" w14:paraId="47A2E7ED" w14:textId="77777777" w:rsidTr="00DD565D">
        <w:tc>
          <w:tcPr>
            <w:tcW w:w="942" w:type="dxa"/>
          </w:tcPr>
          <w:p w14:paraId="59ECDEBF" w14:textId="77777777" w:rsidR="00540B47" w:rsidRDefault="00A32617">
            <w:r>
              <w:rPr>
                <w:sz w:val="18"/>
              </w:rPr>
              <w:t>3888</w:t>
            </w:r>
          </w:p>
        </w:tc>
        <w:tc>
          <w:tcPr>
            <w:tcW w:w="1156" w:type="dxa"/>
          </w:tcPr>
          <w:p w14:paraId="6F2A3B9F" w14:textId="77777777" w:rsidR="00540B47" w:rsidRDefault="00A32617">
            <w:r>
              <w:rPr>
                <w:sz w:val="18"/>
              </w:rPr>
              <w:t>MACN</w:t>
            </w:r>
          </w:p>
        </w:tc>
        <w:tc>
          <w:tcPr>
            <w:tcW w:w="1126" w:type="dxa"/>
          </w:tcPr>
          <w:p w14:paraId="423E34BA" w14:textId="77777777" w:rsidR="00540B47" w:rsidRDefault="00A32617">
            <w:r>
              <w:rPr>
                <w:i/>
                <w:sz w:val="18"/>
              </w:rPr>
              <w:t>Z. capensis</w:t>
            </w:r>
          </w:p>
        </w:tc>
        <w:tc>
          <w:tcPr>
            <w:tcW w:w="977" w:type="dxa"/>
          </w:tcPr>
          <w:p w14:paraId="6779A80C" w14:textId="77777777" w:rsidR="00540B47" w:rsidRDefault="00A32617">
            <w:r>
              <w:rPr>
                <w:sz w:val="18"/>
              </w:rPr>
              <w:t>-41.6600</w:t>
            </w:r>
          </w:p>
        </w:tc>
        <w:tc>
          <w:tcPr>
            <w:tcW w:w="1107" w:type="dxa"/>
          </w:tcPr>
          <w:p w14:paraId="4130C474" w14:textId="77777777" w:rsidR="00540B47" w:rsidRDefault="00A32617">
            <w:r>
              <w:rPr>
                <w:sz w:val="18"/>
              </w:rPr>
              <w:t>-65.7140</w:t>
            </w:r>
          </w:p>
        </w:tc>
        <w:tc>
          <w:tcPr>
            <w:tcW w:w="1156" w:type="dxa"/>
          </w:tcPr>
          <w:p w14:paraId="06ED65CB" w14:textId="77777777" w:rsidR="00540B47" w:rsidRDefault="00A32617">
            <w:r>
              <w:rPr>
                <w:sz w:val="18"/>
              </w:rPr>
              <w:t>2025-11-15</w:t>
            </w:r>
          </w:p>
        </w:tc>
        <w:tc>
          <w:tcPr>
            <w:tcW w:w="727" w:type="dxa"/>
          </w:tcPr>
          <w:p w14:paraId="5C66D371" w14:textId="77777777" w:rsidR="00540B47" w:rsidRDefault="00A32617">
            <w:r>
              <w:rPr>
                <w:sz w:val="18"/>
              </w:rPr>
              <w:t>08:48</w:t>
            </w:r>
          </w:p>
        </w:tc>
        <w:tc>
          <w:tcPr>
            <w:tcW w:w="1561" w:type="dxa"/>
          </w:tcPr>
          <w:p w14:paraId="6FCA86D1" w14:textId="77777777" w:rsidR="00540B47" w:rsidRDefault="00A32617">
            <w:r>
              <w:rPr>
                <w:sz w:val="18"/>
              </w:rPr>
              <w:t>Pablo L. Tubaro</w:t>
            </w:r>
          </w:p>
        </w:tc>
      </w:tr>
      <w:tr w:rsidR="00540B47" w14:paraId="41670527" w14:textId="77777777" w:rsidTr="00DD565D">
        <w:tc>
          <w:tcPr>
            <w:tcW w:w="942" w:type="dxa"/>
          </w:tcPr>
          <w:p w14:paraId="4FA84D6F" w14:textId="77777777" w:rsidR="00540B47" w:rsidRDefault="00A32617">
            <w:r>
              <w:rPr>
                <w:sz w:val="18"/>
              </w:rPr>
              <w:t>3889</w:t>
            </w:r>
          </w:p>
        </w:tc>
        <w:tc>
          <w:tcPr>
            <w:tcW w:w="1156" w:type="dxa"/>
          </w:tcPr>
          <w:p w14:paraId="06AF691B" w14:textId="77777777" w:rsidR="00540B47" w:rsidRDefault="00A32617">
            <w:r>
              <w:rPr>
                <w:sz w:val="18"/>
              </w:rPr>
              <w:t>MACN</w:t>
            </w:r>
          </w:p>
        </w:tc>
        <w:tc>
          <w:tcPr>
            <w:tcW w:w="1126" w:type="dxa"/>
          </w:tcPr>
          <w:p w14:paraId="125FD2C1" w14:textId="77777777" w:rsidR="00540B47" w:rsidRDefault="00A32617">
            <w:r>
              <w:rPr>
                <w:i/>
                <w:sz w:val="18"/>
              </w:rPr>
              <w:t>Z. capensis</w:t>
            </w:r>
          </w:p>
        </w:tc>
        <w:tc>
          <w:tcPr>
            <w:tcW w:w="977" w:type="dxa"/>
          </w:tcPr>
          <w:p w14:paraId="0124F475" w14:textId="77777777" w:rsidR="00540B47" w:rsidRDefault="00A32617">
            <w:r>
              <w:rPr>
                <w:sz w:val="18"/>
              </w:rPr>
              <w:t>-41.6600</w:t>
            </w:r>
          </w:p>
        </w:tc>
        <w:tc>
          <w:tcPr>
            <w:tcW w:w="1107" w:type="dxa"/>
          </w:tcPr>
          <w:p w14:paraId="01C2E4C7" w14:textId="77777777" w:rsidR="00540B47" w:rsidRDefault="00A32617">
            <w:r>
              <w:rPr>
                <w:sz w:val="18"/>
              </w:rPr>
              <w:t>-65.7430</w:t>
            </w:r>
          </w:p>
        </w:tc>
        <w:tc>
          <w:tcPr>
            <w:tcW w:w="1156" w:type="dxa"/>
          </w:tcPr>
          <w:p w14:paraId="2CCF6995" w14:textId="77777777" w:rsidR="00540B47" w:rsidRDefault="00A32617">
            <w:r>
              <w:rPr>
                <w:sz w:val="18"/>
              </w:rPr>
              <w:t>2025-11-15</w:t>
            </w:r>
          </w:p>
        </w:tc>
        <w:tc>
          <w:tcPr>
            <w:tcW w:w="727" w:type="dxa"/>
          </w:tcPr>
          <w:p w14:paraId="2C123C74" w14:textId="77777777" w:rsidR="00540B47" w:rsidRDefault="00A32617">
            <w:r>
              <w:rPr>
                <w:sz w:val="18"/>
              </w:rPr>
              <w:t>09:04</w:t>
            </w:r>
          </w:p>
        </w:tc>
        <w:tc>
          <w:tcPr>
            <w:tcW w:w="1561" w:type="dxa"/>
          </w:tcPr>
          <w:p w14:paraId="52A5E5A0" w14:textId="77777777" w:rsidR="00540B47" w:rsidRDefault="00A32617">
            <w:r>
              <w:rPr>
                <w:sz w:val="18"/>
              </w:rPr>
              <w:t>Pablo L. Tubaro</w:t>
            </w:r>
          </w:p>
        </w:tc>
      </w:tr>
      <w:tr w:rsidR="00540B47" w14:paraId="44B27592" w14:textId="77777777" w:rsidTr="00DD565D">
        <w:tc>
          <w:tcPr>
            <w:tcW w:w="942" w:type="dxa"/>
          </w:tcPr>
          <w:p w14:paraId="283D790B" w14:textId="77777777" w:rsidR="00540B47" w:rsidRDefault="00A32617">
            <w:r>
              <w:rPr>
                <w:sz w:val="18"/>
              </w:rPr>
              <w:t>3890</w:t>
            </w:r>
          </w:p>
        </w:tc>
        <w:tc>
          <w:tcPr>
            <w:tcW w:w="1156" w:type="dxa"/>
          </w:tcPr>
          <w:p w14:paraId="59596699" w14:textId="77777777" w:rsidR="00540B47" w:rsidRDefault="00A32617">
            <w:r>
              <w:rPr>
                <w:sz w:val="18"/>
              </w:rPr>
              <w:t>MACN</w:t>
            </w:r>
          </w:p>
        </w:tc>
        <w:tc>
          <w:tcPr>
            <w:tcW w:w="1126" w:type="dxa"/>
          </w:tcPr>
          <w:p w14:paraId="55C1DFFC" w14:textId="77777777" w:rsidR="00540B47" w:rsidRDefault="00A32617">
            <w:r>
              <w:rPr>
                <w:i/>
                <w:sz w:val="18"/>
              </w:rPr>
              <w:t>Z. capensis</w:t>
            </w:r>
          </w:p>
        </w:tc>
        <w:tc>
          <w:tcPr>
            <w:tcW w:w="977" w:type="dxa"/>
          </w:tcPr>
          <w:p w14:paraId="09BAAFAD" w14:textId="77777777" w:rsidR="00540B47" w:rsidRDefault="00A32617">
            <w:r>
              <w:rPr>
                <w:sz w:val="18"/>
              </w:rPr>
              <w:t>-41.6600</w:t>
            </w:r>
          </w:p>
        </w:tc>
        <w:tc>
          <w:tcPr>
            <w:tcW w:w="1107" w:type="dxa"/>
          </w:tcPr>
          <w:p w14:paraId="59F22D41" w14:textId="77777777" w:rsidR="00540B47" w:rsidRDefault="00A32617">
            <w:r>
              <w:rPr>
                <w:sz w:val="18"/>
              </w:rPr>
              <w:t>-65.7430</w:t>
            </w:r>
          </w:p>
        </w:tc>
        <w:tc>
          <w:tcPr>
            <w:tcW w:w="1156" w:type="dxa"/>
          </w:tcPr>
          <w:p w14:paraId="3ABEF34D" w14:textId="77777777" w:rsidR="00540B47" w:rsidRDefault="00A32617">
            <w:r>
              <w:rPr>
                <w:sz w:val="18"/>
              </w:rPr>
              <w:t>2025-11-15</w:t>
            </w:r>
          </w:p>
        </w:tc>
        <w:tc>
          <w:tcPr>
            <w:tcW w:w="727" w:type="dxa"/>
          </w:tcPr>
          <w:p w14:paraId="4A889EE6" w14:textId="77777777" w:rsidR="00540B47" w:rsidRDefault="00A32617">
            <w:r>
              <w:rPr>
                <w:sz w:val="18"/>
              </w:rPr>
              <w:t>09:09</w:t>
            </w:r>
          </w:p>
        </w:tc>
        <w:tc>
          <w:tcPr>
            <w:tcW w:w="1561" w:type="dxa"/>
          </w:tcPr>
          <w:p w14:paraId="7644B3CB" w14:textId="77777777" w:rsidR="00540B47" w:rsidRDefault="00A32617">
            <w:r>
              <w:rPr>
                <w:sz w:val="18"/>
              </w:rPr>
              <w:t>Pablo L. Tubaro</w:t>
            </w:r>
          </w:p>
        </w:tc>
      </w:tr>
      <w:tr w:rsidR="00540B47" w14:paraId="06F87D91" w14:textId="77777777" w:rsidTr="00DD565D">
        <w:tc>
          <w:tcPr>
            <w:tcW w:w="942" w:type="dxa"/>
          </w:tcPr>
          <w:p w14:paraId="0D554193" w14:textId="77777777" w:rsidR="00540B47" w:rsidRDefault="00A32617">
            <w:r>
              <w:rPr>
                <w:sz w:val="18"/>
              </w:rPr>
              <w:t>3891</w:t>
            </w:r>
          </w:p>
        </w:tc>
        <w:tc>
          <w:tcPr>
            <w:tcW w:w="1156" w:type="dxa"/>
          </w:tcPr>
          <w:p w14:paraId="1AC16E95" w14:textId="77777777" w:rsidR="00540B47" w:rsidRDefault="00A32617">
            <w:r>
              <w:rPr>
                <w:sz w:val="18"/>
              </w:rPr>
              <w:t>MACN</w:t>
            </w:r>
          </w:p>
        </w:tc>
        <w:tc>
          <w:tcPr>
            <w:tcW w:w="1126" w:type="dxa"/>
          </w:tcPr>
          <w:p w14:paraId="09BC1D3A" w14:textId="77777777" w:rsidR="00540B47" w:rsidRDefault="00A32617">
            <w:r>
              <w:rPr>
                <w:i/>
                <w:sz w:val="18"/>
              </w:rPr>
              <w:t>Z. capensis</w:t>
            </w:r>
          </w:p>
        </w:tc>
        <w:tc>
          <w:tcPr>
            <w:tcW w:w="977" w:type="dxa"/>
          </w:tcPr>
          <w:p w14:paraId="10B9FE68" w14:textId="77777777" w:rsidR="00540B47" w:rsidRDefault="00A32617">
            <w:r>
              <w:rPr>
                <w:sz w:val="18"/>
              </w:rPr>
              <w:t>-41.6800</w:t>
            </w:r>
          </w:p>
        </w:tc>
        <w:tc>
          <w:tcPr>
            <w:tcW w:w="1107" w:type="dxa"/>
          </w:tcPr>
          <w:p w14:paraId="4A61A86F" w14:textId="77777777" w:rsidR="00540B47" w:rsidRDefault="00A32617">
            <w:r>
              <w:rPr>
                <w:sz w:val="18"/>
              </w:rPr>
              <w:t>-65.8300</w:t>
            </w:r>
          </w:p>
        </w:tc>
        <w:tc>
          <w:tcPr>
            <w:tcW w:w="1156" w:type="dxa"/>
          </w:tcPr>
          <w:p w14:paraId="1F877D32" w14:textId="77777777" w:rsidR="00540B47" w:rsidRDefault="00A32617">
            <w:r>
              <w:rPr>
                <w:sz w:val="18"/>
              </w:rPr>
              <w:t>2025-11-15</w:t>
            </w:r>
          </w:p>
        </w:tc>
        <w:tc>
          <w:tcPr>
            <w:tcW w:w="727" w:type="dxa"/>
          </w:tcPr>
          <w:p w14:paraId="2BDABCF5" w14:textId="77777777" w:rsidR="00540B47" w:rsidRDefault="00A32617">
            <w:r>
              <w:rPr>
                <w:sz w:val="18"/>
              </w:rPr>
              <w:t>09:37</w:t>
            </w:r>
          </w:p>
        </w:tc>
        <w:tc>
          <w:tcPr>
            <w:tcW w:w="1561" w:type="dxa"/>
          </w:tcPr>
          <w:p w14:paraId="018FDC06" w14:textId="77777777" w:rsidR="00540B47" w:rsidRDefault="00A32617">
            <w:r>
              <w:rPr>
                <w:sz w:val="18"/>
              </w:rPr>
              <w:t>Pablo L. Tubaro</w:t>
            </w:r>
          </w:p>
        </w:tc>
      </w:tr>
      <w:tr w:rsidR="00540B47" w14:paraId="0CC5CAFB" w14:textId="77777777" w:rsidTr="00DD565D">
        <w:tc>
          <w:tcPr>
            <w:tcW w:w="942" w:type="dxa"/>
          </w:tcPr>
          <w:p w14:paraId="05F5DDAD" w14:textId="77777777" w:rsidR="00540B47" w:rsidRDefault="00A32617">
            <w:r>
              <w:rPr>
                <w:sz w:val="18"/>
              </w:rPr>
              <w:t>3892</w:t>
            </w:r>
          </w:p>
        </w:tc>
        <w:tc>
          <w:tcPr>
            <w:tcW w:w="1156" w:type="dxa"/>
          </w:tcPr>
          <w:p w14:paraId="4445E517" w14:textId="77777777" w:rsidR="00540B47" w:rsidRDefault="00A32617">
            <w:r>
              <w:rPr>
                <w:sz w:val="18"/>
              </w:rPr>
              <w:t>MACN</w:t>
            </w:r>
          </w:p>
        </w:tc>
        <w:tc>
          <w:tcPr>
            <w:tcW w:w="1126" w:type="dxa"/>
          </w:tcPr>
          <w:p w14:paraId="48727E22" w14:textId="77777777" w:rsidR="00540B47" w:rsidRDefault="00A32617">
            <w:r>
              <w:rPr>
                <w:i/>
                <w:sz w:val="18"/>
              </w:rPr>
              <w:t>Z. capensis</w:t>
            </w:r>
          </w:p>
        </w:tc>
        <w:tc>
          <w:tcPr>
            <w:tcW w:w="977" w:type="dxa"/>
          </w:tcPr>
          <w:p w14:paraId="6B5DA72E" w14:textId="77777777" w:rsidR="00540B47" w:rsidRDefault="00A32617">
            <w:r>
              <w:rPr>
                <w:sz w:val="18"/>
              </w:rPr>
              <w:t>-41.6120</w:t>
            </w:r>
          </w:p>
        </w:tc>
        <w:tc>
          <w:tcPr>
            <w:tcW w:w="1107" w:type="dxa"/>
          </w:tcPr>
          <w:p w14:paraId="02E37ED5" w14:textId="77777777" w:rsidR="00540B47" w:rsidRDefault="00A32617">
            <w:r>
              <w:rPr>
                <w:sz w:val="18"/>
              </w:rPr>
              <w:t>-65.5180</w:t>
            </w:r>
          </w:p>
        </w:tc>
        <w:tc>
          <w:tcPr>
            <w:tcW w:w="1156" w:type="dxa"/>
          </w:tcPr>
          <w:p w14:paraId="6C85733D" w14:textId="77777777" w:rsidR="00540B47" w:rsidRDefault="00A32617">
            <w:r>
              <w:rPr>
                <w:sz w:val="18"/>
              </w:rPr>
              <w:t>2025-11-15</w:t>
            </w:r>
          </w:p>
        </w:tc>
        <w:tc>
          <w:tcPr>
            <w:tcW w:w="727" w:type="dxa"/>
          </w:tcPr>
          <w:p w14:paraId="56A2DE67" w14:textId="77777777" w:rsidR="00540B47" w:rsidRDefault="00A32617">
            <w:r>
              <w:rPr>
                <w:sz w:val="18"/>
              </w:rPr>
              <w:t>09:42</w:t>
            </w:r>
          </w:p>
        </w:tc>
        <w:tc>
          <w:tcPr>
            <w:tcW w:w="1561" w:type="dxa"/>
          </w:tcPr>
          <w:p w14:paraId="413AEDE9" w14:textId="77777777" w:rsidR="00540B47" w:rsidRDefault="00A32617">
            <w:r>
              <w:rPr>
                <w:sz w:val="18"/>
              </w:rPr>
              <w:t>Pablo L. Tubaro</w:t>
            </w:r>
          </w:p>
        </w:tc>
      </w:tr>
      <w:tr w:rsidR="00540B47" w14:paraId="0A7ED0CD" w14:textId="77777777" w:rsidTr="00DD565D">
        <w:tc>
          <w:tcPr>
            <w:tcW w:w="942" w:type="dxa"/>
          </w:tcPr>
          <w:p w14:paraId="1B08AFAA" w14:textId="77777777" w:rsidR="00540B47" w:rsidRDefault="00A32617">
            <w:r>
              <w:rPr>
                <w:sz w:val="18"/>
              </w:rPr>
              <w:t>3893</w:t>
            </w:r>
          </w:p>
        </w:tc>
        <w:tc>
          <w:tcPr>
            <w:tcW w:w="1156" w:type="dxa"/>
          </w:tcPr>
          <w:p w14:paraId="3747D43E" w14:textId="77777777" w:rsidR="00540B47" w:rsidRDefault="00A32617">
            <w:r>
              <w:rPr>
                <w:sz w:val="18"/>
              </w:rPr>
              <w:t>MACN</w:t>
            </w:r>
          </w:p>
        </w:tc>
        <w:tc>
          <w:tcPr>
            <w:tcW w:w="1126" w:type="dxa"/>
          </w:tcPr>
          <w:p w14:paraId="59A60CF0" w14:textId="77777777" w:rsidR="00540B47" w:rsidRDefault="00A32617">
            <w:r>
              <w:rPr>
                <w:i/>
                <w:sz w:val="18"/>
              </w:rPr>
              <w:t>Z. capensis</w:t>
            </w:r>
          </w:p>
        </w:tc>
        <w:tc>
          <w:tcPr>
            <w:tcW w:w="977" w:type="dxa"/>
          </w:tcPr>
          <w:p w14:paraId="524B38CA" w14:textId="77777777" w:rsidR="00540B47" w:rsidRDefault="00A32617">
            <w:r>
              <w:rPr>
                <w:sz w:val="18"/>
              </w:rPr>
              <w:t>-41.5564</w:t>
            </w:r>
          </w:p>
        </w:tc>
        <w:tc>
          <w:tcPr>
            <w:tcW w:w="1107" w:type="dxa"/>
          </w:tcPr>
          <w:p w14:paraId="2ACE82EA" w14:textId="77777777" w:rsidR="00540B47" w:rsidRDefault="00A32617">
            <w:r>
              <w:rPr>
                <w:sz w:val="18"/>
              </w:rPr>
              <w:t>-66.0405</w:t>
            </w:r>
          </w:p>
        </w:tc>
        <w:tc>
          <w:tcPr>
            <w:tcW w:w="1156" w:type="dxa"/>
          </w:tcPr>
          <w:p w14:paraId="4F810334" w14:textId="77777777" w:rsidR="00540B47" w:rsidRDefault="00A32617">
            <w:r>
              <w:rPr>
                <w:sz w:val="18"/>
              </w:rPr>
              <w:t>2025-11-15</w:t>
            </w:r>
          </w:p>
        </w:tc>
        <w:tc>
          <w:tcPr>
            <w:tcW w:w="727" w:type="dxa"/>
          </w:tcPr>
          <w:p w14:paraId="2364C493" w14:textId="77777777" w:rsidR="00540B47" w:rsidRDefault="00A32617">
            <w:r>
              <w:rPr>
                <w:sz w:val="18"/>
              </w:rPr>
              <w:t>10:30</w:t>
            </w:r>
          </w:p>
        </w:tc>
        <w:tc>
          <w:tcPr>
            <w:tcW w:w="1561" w:type="dxa"/>
          </w:tcPr>
          <w:p w14:paraId="6BD5F758" w14:textId="77777777" w:rsidR="00540B47" w:rsidRDefault="00A32617">
            <w:r>
              <w:rPr>
                <w:sz w:val="18"/>
              </w:rPr>
              <w:t>Agustin I. Casale</w:t>
            </w:r>
          </w:p>
        </w:tc>
      </w:tr>
      <w:tr w:rsidR="00540B47" w14:paraId="0AC821E4" w14:textId="77777777" w:rsidTr="00DD565D">
        <w:tc>
          <w:tcPr>
            <w:tcW w:w="942" w:type="dxa"/>
          </w:tcPr>
          <w:p w14:paraId="3E1CF641" w14:textId="77777777" w:rsidR="00540B47" w:rsidRDefault="00A32617">
            <w:r>
              <w:rPr>
                <w:sz w:val="18"/>
              </w:rPr>
              <w:t>3894</w:t>
            </w:r>
          </w:p>
        </w:tc>
        <w:tc>
          <w:tcPr>
            <w:tcW w:w="1156" w:type="dxa"/>
          </w:tcPr>
          <w:p w14:paraId="781FF4C6" w14:textId="77777777" w:rsidR="00540B47" w:rsidRDefault="00A32617">
            <w:r>
              <w:rPr>
                <w:sz w:val="18"/>
              </w:rPr>
              <w:t>MACN</w:t>
            </w:r>
          </w:p>
        </w:tc>
        <w:tc>
          <w:tcPr>
            <w:tcW w:w="1126" w:type="dxa"/>
          </w:tcPr>
          <w:p w14:paraId="7CFE55F9" w14:textId="77777777" w:rsidR="00540B47" w:rsidRDefault="00A32617">
            <w:r>
              <w:rPr>
                <w:i/>
                <w:sz w:val="18"/>
              </w:rPr>
              <w:t>Z. capensis</w:t>
            </w:r>
          </w:p>
        </w:tc>
        <w:tc>
          <w:tcPr>
            <w:tcW w:w="977" w:type="dxa"/>
          </w:tcPr>
          <w:p w14:paraId="44353003" w14:textId="77777777" w:rsidR="00540B47" w:rsidRDefault="00A32617">
            <w:r>
              <w:rPr>
                <w:sz w:val="18"/>
              </w:rPr>
              <w:t>-41.6450</w:t>
            </w:r>
          </w:p>
        </w:tc>
        <w:tc>
          <w:tcPr>
            <w:tcW w:w="1107" w:type="dxa"/>
          </w:tcPr>
          <w:p w14:paraId="477FB4FD" w14:textId="77777777" w:rsidR="00540B47" w:rsidRDefault="00A32617">
            <w:r>
              <w:rPr>
                <w:sz w:val="18"/>
              </w:rPr>
              <w:t>-66.0670</w:t>
            </w:r>
          </w:p>
        </w:tc>
        <w:tc>
          <w:tcPr>
            <w:tcW w:w="1156" w:type="dxa"/>
          </w:tcPr>
          <w:p w14:paraId="094F15D8" w14:textId="77777777" w:rsidR="00540B47" w:rsidRDefault="00A32617">
            <w:r>
              <w:rPr>
                <w:sz w:val="18"/>
              </w:rPr>
              <w:t>2025-11-15</w:t>
            </w:r>
          </w:p>
        </w:tc>
        <w:tc>
          <w:tcPr>
            <w:tcW w:w="727" w:type="dxa"/>
          </w:tcPr>
          <w:p w14:paraId="3A05C155" w14:textId="77777777" w:rsidR="00540B47" w:rsidRDefault="00A32617">
            <w:r>
              <w:rPr>
                <w:sz w:val="18"/>
              </w:rPr>
              <w:t>10:33</w:t>
            </w:r>
          </w:p>
        </w:tc>
        <w:tc>
          <w:tcPr>
            <w:tcW w:w="1561" w:type="dxa"/>
          </w:tcPr>
          <w:p w14:paraId="09D6A6C2" w14:textId="77777777" w:rsidR="00540B47" w:rsidRDefault="00A32617">
            <w:r>
              <w:rPr>
                <w:sz w:val="18"/>
              </w:rPr>
              <w:t>Pablo L. Tubaro</w:t>
            </w:r>
          </w:p>
        </w:tc>
      </w:tr>
      <w:tr w:rsidR="00540B47" w14:paraId="71D7833D" w14:textId="77777777" w:rsidTr="00DD565D">
        <w:tc>
          <w:tcPr>
            <w:tcW w:w="942" w:type="dxa"/>
          </w:tcPr>
          <w:p w14:paraId="3AC8F142" w14:textId="77777777" w:rsidR="00540B47" w:rsidRDefault="00A32617">
            <w:r>
              <w:rPr>
                <w:sz w:val="18"/>
              </w:rPr>
              <w:lastRenderedPageBreak/>
              <w:t>3895</w:t>
            </w:r>
          </w:p>
        </w:tc>
        <w:tc>
          <w:tcPr>
            <w:tcW w:w="1156" w:type="dxa"/>
          </w:tcPr>
          <w:p w14:paraId="49DC4B1D" w14:textId="77777777" w:rsidR="00540B47" w:rsidRDefault="00A32617">
            <w:r>
              <w:rPr>
                <w:sz w:val="18"/>
              </w:rPr>
              <w:t>MACN</w:t>
            </w:r>
          </w:p>
        </w:tc>
        <w:tc>
          <w:tcPr>
            <w:tcW w:w="1126" w:type="dxa"/>
          </w:tcPr>
          <w:p w14:paraId="233A8515" w14:textId="77777777" w:rsidR="00540B47" w:rsidRDefault="00A32617">
            <w:r>
              <w:rPr>
                <w:i/>
                <w:sz w:val="18"/>
              </w:rPr>
              <w:t>Z. capensis</w:t>
            </w:r>
          </w:p>
        </w:tc>
        <w:tc>
          <w:tcPr>
            <w:tcW w:w="977" w:type="dxa"/>
          </w:tcPr>
          <w:p w14:paraId="17103F89" w14:textId="77777777" w:rsidR="00540B47" w:rsidRDefault="00A32617">
            <w:r>
              <w:rPr>
                <w:sz w:val="18"/>
              </w:rPr>
              <w:t>-41.6450</w:t>
            </w:r>
          </w:p>
        </w:tc>
        <w:tc>
          <w:tcPr>
            <w:tcW w:w="1107" w:type="dxa"/>
          </w:tcPr>
          <w:p w14:paraId="65623A7E" w14:textId="77777777" w:rsidR="00540B47" w:rsidRDefault="00A32617">
            <w:r>
              <w:rPr>
                <w:sz w:val="18"/>
              </w:rPr>
              <w:t>-66.0670</w:t>
            </w:r>
          </w:p>
        </w:tc>
        <w:tc>
          <w:tcPr>
            <w:tcW w:w="1156" w:type="dxa"/>
          </w:tcPr>
          <w:p w14:paraId="046AD7CF" w14:textId="77777777" w:rsidR="00540B47" w:rsidRDefault="00A32617">
            <w:r>
              <w:rPr>
                <w:sz w:val="18"/>
              </w:rPr>
              <w:t>2025-11-15</w:t>
            </w:r>
          </w:p>
        </w:tc>
        <w:tc>
          <w:tcPr>
            <w:tcW w:w="727" w:type="dxa"/>
          </w:tcPr>
          <w:p w14:paraId="11E5C01F" w14:textId="77777777" w:rsidR="00540B47" w:rsidRDefault="00A32617">
            <w:r>
              <w:rPr>
                <w:sz w:val="18"/>
              </w:rPr>
              <w:t>10:39</w:t>
            </w:r>
          </w:p>
        </w:tc>
        <w:tc>
          <w:tcPr>
            <w:tcW w:w="1561" w:type="dxa"/>
          </w:tcPr>
          <w:p w14:paraId="36082746" w14:textId="77777777" w:rsidR="00540B47" w:rsidRDefault="00A32617">
            <w:r>
              <w:rPr>
                <w:sz w:val="18"/>
              </w:rPr>
              <w:t>Pablo L. Tubaro</w:t>
            </w:r>
          </w:p>
        </w:tc>
      </w:tr>
      <w:tr w:rsidR="00540B47" w14:paraId="4AB59AF0" w14:textId="77777777" w:rsidTr="00DD565D">
        <w:tc>
          <w:tcPr>
            <w:tcW w:w="942" w:type="dxa"/>
          </w:tcPr>
          <w:p w14:paraId="73D2C10E" w14:textId="77777777" w:rsidR="00540B47" w:rsidRDefault="00A32617">
            <w:r>
              <w:rPr>
                <w:sz w:val="18"/>
              </w:rPr>
              <w:t>3896</w:t>
            </w:r>
          </w:p>
        </w:tc>
        <w:tc>
          <w:tcPr>
            <w:tcW w:w="1156" w:type="dxa"/>
          </w:tcPr>
          <w:p w14:paraId="774526B3" w14:textId="77777777" w:rsidR="00540B47" w:rsidRDefault="00A32617">
            <w:r>
              <w:rPr>
                <w:sz w:val="18"/>
              </w:rPr>
              <w:t>MACN</w:t>
            </w:r>
          </w:p>
        </w:tc>
        <w:tc>
          <w:tcPr>
            <w:tcW w:w="1126" w:type="dxa"/>
          </w:tcPr>
          <w:p w14:paraId="32EAA188" w14:textId="77777777" w:rsidR="00540B47" w:rsidRDefault="00A32617">
            <w:r>
              <w:rPr>
                <w:i/>
                <w:sz w:val="18"/>
              </w:rPr>
              <w:t>Z. capensis</w:t>
            </w:r>
          </w:p>
        </w:tc>
        <w:tc>
          <w:tcPr>
            <w:tcW w:w="977" w:type="dxa"/>
          </w:tcPr>
          <w:p w14:paraId="6E43A5A9" w14:textId="77777777" w:rsidR="00540B47" w:rsidRDefault="00A32617">
            <w:r>
              <w:rPr>
                <w:sz w:val="18"/>
              </w:rPr>
              <w:t>-41.6120</w:t>
            </w:r>
          </w:p>
        </w:tc>
        <w:tc>
          <w:tcPr>
            <w:tcW w:w="1107" w:type="dxa"/>
          </w:tcPr>
          <w:p w14:paraId="34373AA2" w14:textId="77777777" w:rsidR="00540B47" w:rsidRDefault="00A32617">
            <w:r>
              <w:rPr>
                <w:sz w:val="18"/>
              </w:rPr>
              <w:t>-65.5180</w:t>
            </w:r>
          </w:p>
        </w:tc>
        <w:tc>
          <w:tcPr>
            <w:tcW w:w="1156" w:type="dxa"/>
          </w:tcPr>
          <w:p w14:paraId="45D1249B" w14:textId="77777777" w:rsidR="00540B47" w:rsidRDefault="00A32617">
            <w:r>
              <w:rPr>
                <w:sz w:val="18"/>
              </w:rPr>
              <w:t>2025-11-15</w:t>
            </w:r>
          </w:p>
        </w:tc>
        <w:tc>
          <w:tcPr>
            <w:tcW w:w="727" w:type="dxa"/>
          </w:tcPr>
          <w:p w14:paraId="03761A4A" w14:textId="77777777" w:rsidR="00540B47" w:rsidRDefault="00A32617">
            <w:r>
              <w:rPr>
                <w:sz w:val="18"/>
              </w:rPr>
              <w:t>10:49</w:t>
            </w:r>
          </w:p>
        </w:tc>
        <w:tc>
          <w:tcPr>
            <w:tcW w:w="1561" w:type="dxa"/>
          </w:tcPr>
          <w:p w14:paraId="64DB4366" w14:textId="77777777" w:rsidR="00540B47" w:rsidRDefault="00A32617">
            <w:r>
              <w:rPr>
                <w:sz w:val="18"/>
              </w:rPr>
              <w:t>Pablo L. Tubaro</w:t>
            </w:r>
          </w:p>
        </w:tc>
      </w:tr>
      <w:tr w:rsidR="00540B47" w14:paraId="54550F26" w14:textId="77777777" w:rsidTr="00DD565D">
        <w:tc>
          <w:tcPr>
            <w:tcW w:w="942" w:type="dxa"/>
          </w:tcPr>
          <w:p w14:paraId="3405BED5" w14:textId="77777777" w:rsidR="00540B47" w:rsidRDefault="00A32617">
            <w:r>
              <w:rPr>
                <w:sz w:val="18"/>
              </w:rPr>
              <w:t>3897</w:t>
            </w:r>
          </w:p>
        </w:tc>
        <w:tc>
          <w:tcPr>
            <w:tcW w:w="1156" w:type="dxa"/>
          </w:tcPr>
          <w:p w14:paraId="5B76BC75" w14:textId="77777777" w:rsidR="00540B47" w:rsidRDefault="00A32617">
            <w:r>
              <w:rPr>
                <w:sz w:val="18"/>
              </w:rPr>
              <w:t>MACN</w:t>
            </w:r>
          </w:p>
        </w:tc>
        <w:tc>
          <w:tcPr>
            <w:tcW w:w="1126" w:type="dxa"/>
          </w:tcPr>
          <w:p w14:paraId="7528AE7D" w14:textId="77777777" w:rsidR="00540B47" w:rsidRDefault="00A32617">
            <w:r>
              <w:rPr>
                <w:i/>
                <w:sz w:val="18"/>
              </w:rPr>
              <w:t>Z. capensis</w:t>
            </w:r>
          </w:p>
        </w:tc>
        <w:tc>
          <w:tcPr>
            <w:tcW w:w="977" w:type="dxa"/>
          </w:tcPr>
          <w:p w14:paraId="34BAF762" w14:textId="77777777" w:rsidR="00540B47" w:rsidRDefault="00A32617">
            <w:r>
              <w:rPr>
                <w:sz w:val="18"/>
              </w:rPr>
              <w:t>-41.6120</w:t>
            </w:r>
          </w:p>
        </w:tc>
        <w:tc>
          <w:tcPr>
            <w:tcW w:w="1107" w:type="dxa"/>
          </w:tcPr>
          <w:p w14:paraId="03B13BC1" w14:textId="77777777" w:rsidR="00540B47" w:rsidRDefault="00A32617">
            <w:r>
              <w:rPr>
                <w:sz w:val="18"/>
              </w:rPr>
              <w:t>-65.5180</w:t>
            </w:r>
          </w:p>
        </w:tc>
        <w:tc>
          <w:tcPr>
            <w:tcW w:w="1156" w:type="dxa"/>
          </w:tcPr>
          <w:p w14:paraId="414E03BA" w14:textId="77777777" w:rsidR="00540B47" w:rsidRDefault="00A32617">
            <w:r>
              <w:rPr>
                <w:sz w:val="18"/>
              </w:rPr>
              <w:t>2025-11-15</w:t>
            </w:r>
          </w:p>
        </w:tc>
        <w:tc>
          <w:tcPr>
            <w:tcW w:w="727" w:type="dxa"/>
          </w:tcPr>
          <w:p w14:paraId="68F1BB47" w14:textId="77777777" w:rsidR="00540B47" w:rsidRDefault="00A32617">
            <w:r>
              <w:rPr>
                <w:sz w:val="18"/>
              </w:rPr>
              <w:t>10:52</w:t>
            </w:r>
          </w:p>
        </w:tc>
        <w:tc>
          <w:tcPr>
            <w:tcW w:w="1561" w:type="dxa"/>
          </w:tcPr>
          <w:p w14:paraId="1CAA824A" w14:textId="77777777" w:rsidR="00540B47" w:rsidRDefault="00A32617">
            <w:r>
              <w:rPr>
                <w:sz w:val="18"/>
              </w:rPr>
              <w:t>Pablo L. Tubaro</w:t>
            </w:r>
          </w:p>
        </w:tc>
      </w:tr>
      <w:tr w:rsidR="00540B47" w14:paraId="611583F2" w14:textId="77777777" w:rsidTr="00DD565D">
        <w:tc>
          <w:tcPr>
            <w:tcW w:w="942" w:type="dxa"/>
          </w:tcPr>
          <w:p w14:paraId="5E32FC78" w14:textId="77777777" w:rsidR="00540B47" w:rsidRDefault="00A32617">
            <w:r>
              <w:rPr>
                <w:sz w:val="18"/>
              </w:rPr>
              <w:t>3898</w:t>
            </w:r>
          </w:p>
        </w:tc>
        <w:tc>
          <w:tcPr>
            <w:tcW w:w="1156" w:type="dxa"/>
          </w:tcPr>
          <w:p w14:paraId="650C755D" w14:textId="77777777" w:rsidR="00540B47" w:rsidRDefault="00A32617">
            <w:r>
              <w:rPr>
                <w:sz w:val="18"/>
              </w:rPr>
              <w:t>MACN</w:t>
            </w:r>
          </w:p>
        </w:tc>
        <w:tc>
          <w:tcPr>
            <w:tcW w:w="1126" w:type="dxa"/>
          </w:tcPr>
          <w:p w14:paraId="29FF4E99" w14:textId="77777777" w:rsidR="00540B47" w:rsidRDefault="00A32617">
            <w:r>
              <w:rPr>
                <w:i/>
                <w:sz w:val="18"/>
              </w:rPr>
              <w:t>Z. capensis</w:t>
            </w:r>
          </w:p>
        </w:tc>
        <w:tc>
          <w:tcPr>
            <w:tcW w:w="977" w:type="dxa"/>
          </w:tcPr>
          <w:p w14:paraId="427706F1" w14:textId="77777777" w:rsidR="00540B47" w:rsidRDefault="00A32617">
            <w:r>
              <w:rPr>
                <w:sz w:val="18"/>
              </w:rPr>
              <w:t>-41.6120</w:t>
            </w:r>
          </w:p>
        </w:tc>
        <w:tc>
          <w:tcPr>
            <w:tcW w:w="1107" w:type="dxa"/>
          </w:tcPr>
          <w:p w14:paraId="6B5230B4" w14:textId="77777777" w:rsidR="00540B47" w:rsidRDefault="00A32617">
            <w:r>
              <w:rPr>
                <w:sz w:val="18"/>
              </w:rPr>
              <w:t>-65.5180</w:t>
            </w:r>
          </w:p>
        </w:tc>
        <w:tc>
          <w:tcPr>
            <w:tcW w:w="1156" w:type="dxa"/>
          </w:tcPr>
          <w:p w14:paraId="4B234B79" w14:textId="77777777" w:rsidR="00540B47" w:rsidRDefault="00A32617">
            <w:r>
              <w:rPr>
                <w:sz w:val="18"/>
              </w:rPr>
              <w:t>2025-11-15</w:t>
            </w:r>
          </w:p>
        </w:tc>
        <w:tc>
          <w:tcPr>
            <w:tcW w:w="727" w:type="dxa"/>
          </w:tcPr>
          <w:p w14:paraId="241331F5" w14:textId="77777777" w:rsidR="00540B47" w:rsidRDefault="00A32617">
            <w:r>
              <w:rPr>
                <w:sz w:val="18"/>
              </w:rPr>
              <w:t>11:08</w:t>
            </w:r>
          </w:p>
        </w:tc>
        <w:tc>
          <w:tcPr>
            <w:tcW w:w="1561" w:type="dxa"/>
          </w:tcPr>
          <w:p w14:paraId="0F70450C" w14:textId="77777777" w:rsidR="00540B47" w:rsidRDefault="00A32617">
            <w:r>
              <w:rPr>
                <w:sz w:val="18"/>
              </w:rPr>
              <w:t>Pablo L. Tubaro</w:t>
            </w:r>
          </w:p>
        </w:tc>
      </w:tr>
      <w:tr w:rsidR="00540B47" w14:paraId="4BA9BB66" w14:textId="77777777" w:rsidTr="00DD565D">
        <w:tc>
          <w:tcPr>
            <w:tcW w:w="942" w:type="dxa"/>
          </w:tcPr>
          <w:p w14:paraId="1173C9A9" w14:textId="77777777" w:rsidR="00540B47" w:rsidRDefault="00A32617">
            <w:r>
              <w:rPr>
                <w:sz w:val="18"/>
              </w:rPr>
              <w:t>3899</w:t>
            </w:r>
          </w:p>
        </w:tc>
        <w:tc>
          <w:tcPr>
            <w:tcW w:w="1156" w:type="dxa"/>
          </w:tcPr>
          <w:p w14:paraId="220C1DB5" w14:textId="77777777" w:rsidR="00540B47" w:rsidRDefault="00A32617">
            <w:r>
              <w:rPr>
                <w:sz w:val="18"/>
              </w:rPr>
              <w:t>MACN</w:t>
            </w:r>
          </w:p>
        </w:tc>
        <w:tc>
          <w:tcPr>
            <w:tcW w:w="1126" w:type="dxa"/>
          </w:tcPr>
          <w:p w14:paraId="45DC5CE7" w14:textId="77777777" w:rsidR="00540B47" w:rsidRDefault="00A32617">
            <w:r>
              <w:rPr>
                <w:i/>
                <w:sz w:val="18"/>
              </w:rPr>
              <w:t>Z. capensis</w:t>
            </w:r>
          </w:p>
        </w:tc>
        <w:tc>
          <w:tcPr>
            <w:tcW w:w="977" w:type="dxa"/>
          </w:tcPr>
          <w:p w14:paraId="31E4F3F1" w14:textId="77777777" w:rsidR="00540B47" w:rsidRDefault="00A32617">
            <w:r>
              <w:rPr>
                <w:sz w:val="18"/>
              </w:rPr>
              <w:t>-41.6120</w:t>
            </w:r>
          </w:p>
        </w:tc>
        <w:tc>
          <w:tcPr>
            <w:tcW w:w="1107" w:type="dxa"/>
          </w:tcPr>
          <w:p w14:paraId="376F3F37" w14:textId="77777777" w:rsidR="00540B47" w:rsidRDefault="00A32617">
            <w:r>
              <w:rPr>
                <w:sz w:val="18"/>
              </w:rPr>
              <w:t>-65.5180</w:t>
            </w:r>
          </w:p>
        </w:tc>
        <w:tc>
          <w:tcPr>
            <w:tcW w:w="1156" w:type="dxa"/>
          </w:tcPr>
          <w:p w14:paraId="41D8F294" w14:textId="77777777" w:rsidR="00540B47" w:rsidRDefault="00A32617">
            <w:r>
              <w:rPr>
                <w:sz w:val="18"/>
              </w:rPr>
              <w:t>2025-11-15</w:t>
            </w:r>
          </w:p>
        </w:tc>
        <w:tc>
          <w:tcPr>
            <w:tcW w:w="727" w:type="dxa"/>
          </w:tcPr>
          <w:p w14:paraId="3ADEEA30" w14:textId="77777777" w:rsidR="00540B47" w:rsidRDefault="00A32617">
            <w:r>
              <w:rPr>
                <w:sz w:val="18"/>
              </w:rPr>
              <w:t>11:11</w:t>
            </w:r>
          </w:p>
        </w:tc>
        <w:tc>
          <w:tcPr>
            <w:tcW w:w="1561" w:type="dxa"/>
          </w:tcPr>
          <w:p w14:paraId="14CB05C9" w14:textId="77777777" w:rsidR="00540B47" w:rsidRDefault="00A32617">
            <w:r>
              <w:rPr>
                <w:sz w:val="18"/>
              </w:rPr>
              <w:t>Pablo L. Tubaro</w:t>
            </w:r>
          </w:p>
        </w:tc>
      </w:tr>
      <w:tr w:rsidR="00540B47" w14:paraId="0DDDE5D9" w14:textId="77777777" w:rsidTr="00DD565D">
        <w:tc>
          <w:tcPr>
            <w:tcW w:w="942" w:type="dxa"/>
          </w:tcPr>
          <w:p w14:paraId="4987078E" w14:textId="77777777" w:rsidR="00540B47" w:rsidRDefault="00A32617">
            <w:r>
              <w:rPr>
                <w:sz w:val="18"/>
              </w:rPr>
              <w:t>3900</w:t>
            </w:r>
          </w:p>
        </w:tc>
        <w:tc>
          <w:tcPr>
            <w:tcW w:w="1156" w:type="dxa"/>
          </w:tcPr>
          <w:p w14:paraId="5C39A1B5" w14:textId="77777777" w:rsidR="00540B47" w:rsidRDefault="00A32617">
            <w:r>
              <w:rPr>
                <w:sz w:val="18"/>
              </w:rPr>
              <w:t>MACN</w:t>
            </w:r>
          </w:p>
        </w:tc>
        <w:tc>
          <w:tcPr>
            <w:tcW w:w="1126" w:type="dxa"/>
          </w:tcPr>
          <w:p w14:paraId="29FD95C4" w14:textId="77777777" w:rsidR="00540B47" w:rsidRDefault="00A32617">
            <w:r>
              <w:rPr>
                <w:i/>
                <w:sz w:val="18"/>
              </w:rPr>
              <w:t>Z. capensis</w:t>
            </w:r>
          </w:p>
        </w:tc>
        <w:tc>
          <w:tcPr>
            <w:tcW w:w="977" w:type="dxa"/>
          </w:tcPr>
          <w:p w14:paraId="00674118" w14:textId="77777777" w:rsidR="00540B47" w:rsidRDefault="00A32617">
            <w:r>
              <w:rPr>
                <w:sz w:val="18"/>
              </w:rPr>
              <w:t>-41.6120</w:t>
            </w:r>
          </w:p>
        </w:tc>
        <w:tc>
          <w:tcPr>
            <w:tcW w:w="1107" w:type="dxa"/>
          </w:tcPr>
          <w:p w14:paraId="1438F4BD" w14:textId="77777777" w:rsidR="00540B47" w:rsidRDefault="00A32617">
            <w:r>
              <w:rPr>
                <w:sz w:val="18"/>
              </w:rPr>
              <w:t>-65.5180</w:t>
            </w:r>
          </w:p>
        </w:tc>
        <w:tc>
          <w:tcPr>
            <w:tcW w:w="1156" w:type="dxa"/>
          </w:tcPr>
          <w:p w14:paraId="6811A0EB" w14:textId="77777777" w:rsidR="00540B47" w:rsidRDefault="00A32617">
            <w:r>
              <w:rPr>
                <w:sz w:val="18"/>
              </w:rPr>
              <w:t>2025-11-15</w:t>
            </w:r>
          </w:p>
        </w:tc>
        <w:tc>
          <w:tcPr>
            <w:tcW w:w="727" w:type="dxa"/>
          </w:tcPr>
          <w:p w14:paraId="075750AA" w14:textId="77777777" w:rsidR="00540B47" w:rsidRDefault="00A32617">
            <w:r>
              <w:rPr>
                <w:sz w:val="18"/>
              </w:rPr>
              <w:t>11:14</w:t>
            </w:r>
          </w:p>
        </w:tc>
        <w:tc>
          <w:tcPr>
            <w:tcW w:w="1561" w:type="dxa"/>
          </w:tcPr>
          <w:p w14:paraId="3BBE4806" w14:textId="77777777" w:rsidR="00540B47" w:rsidRDefault="00A32617">
            <w:r>
              <w:rPr>
                <w:sz w:val="18"/>
              </w:rPr>
              <w:t>Pablo L. Tubaro</w:t>
            </w:r>
          </w:p>
        </w:tc>
      </w:tr>
      <w:tr w:rsidR="00540B47" w14:paraId="2FDF276D" w14:textId="77777777" w:rsidTr="00DD565D">
        <w:tc>
          <w:tcPr>
            <w:tcW w:w="942" w:type="dxa"/>
          </w:tcPr>
          <w:p w14:paraId="14C77D3E" w14:textId="77777777" w:rsidR="00540B47" w:rsidRDefault="00A32617">
            <w:r>
              <w:rPr>
                <w:sz w:val="18"/>
              </w:rPr>
              <w:t>3901</w:t>
            </w:r>
          </w:p>
        </w:tc>
        <w:tc>
          <w:tcPr>
            <w:tcW w:w="1156" w:type="dxa"/>
          </w:tcPr>
          <w:p w14:paraId="441C6AF8" w14:textId="77777777" w:rsidR="00540B47" w:rsidRDefault="00A32617">
            <w:r>
              <w:rPr>
                <w:sz w:val="18"/>
              </w:rPr>
              <w:t>MACN</w:t>
            </w:r>
          </w:p>
        </w:tc>
        <w:tc>
          <w:tcPr>
            <w:tcW w:w="1126" w:type="dxa"/>
          </w:tcPr>
          <w:p w14:paraId="114095D2" w14:textId="77777777" w:rsidR="00540B47" w:rsidRDefault="00A32617">
            <w:r>
              <w:rPr>
                <w:i/>
                <w:sz w:val="18"/>
              </w:rPr>
              <w:t>Z. capensis</w:t>
            </w:r>
          </w:p>
        </w:tc>
        <w:tc>
          <w:tcPr>
            <w:tcW w:w="977" w:type="dxa"/>
          </w:tcPr>
          <w:p w14:paraId="75C05813" w14:textId="77777777" w:rsidR="00540B47" w:rsidRDefault="00A32617">
            <w:r>
              <w:rPr>
                <w:sz w:val="18"/>
              </w:rPr>
              <w:t>-41.6120</w:t>
            </w:r>
          </w:p>
        </w:tc>
        <w:tc>
          <w:tcPr>
            <w:tcW w:w="1107" w:type="dxa"/>
          </w:tcPr>
          <w:p w14:paraId="6EFFD958" w14:textId="77777777" w:rsidR="00540B47" w:rsidRDefault="00A32617">
            <w:r>
              <w:rPr>
                <w:sz w:val="18"/>
              </w:rPr>
              <w:t>-65.5180</w:t>
            </w:r>
          </w:p>
        </w:tc>
        <w:tc>
          <w:tcPr>
            <w:tcW w:w="1156" w:type="dxa"/>
          </w:tcPr>
          <w:p w14:paraId="6841FC54" w14:textId="77777777" w:rsidR="00540B47" w:rsidRDefault="00A32617">
            <w:r>
              <w:rPr>
                <w:sz w:val="18"/>
              </w:rPr>
              <w:t>2025-11-15</w:t>
            </w:r>
          </w:p>
        </w:tc>
        <w:tc>
          <w:tcPr>
            <w:tcW w:w="727" w:type="dxa"/>
          </w:tcPr>
          <w:p w14:paraId="467A09FE" w14:textId="77777777" w:rsidR="00540B47" w:rsidRDefault="00A32617">
            <w:r>
              <w:rPr>
                <w:sz w:val="18"/>
              </w:rPr>
              <w:t>11:19</w:t>
            </w:r>
          </w:p>
        </w:tc>
        <w:tc>
          <w:tcPr>
            <w:tcW w:w="1561" w:type="dxa"/>
          </w:tcPr>
          <w:p w14:paraId="52DE2931" w14:textId="77777777" w:rsidR="00540B47" w:rsidRDefault="00A32617">
            <w:r>
              <w:rPr>
                <w:sz w:val="18"/>
              </w:rPr>
              <w:t>Pablo L. Tubaro</w:t>
            </w:r>
          </w:p>
        </w:tc>
      </w:tr>
      <w:tr w:rsidR="00540B47" w14:paraId="5BDCAD3F" w14:textId="77777777" w:rsidTr="00DD565D">
        <w:tc>
          <w:tcPr>
            <w:tcW w:w="942" w:type="dxa"/>
          </w:tcPr>
          <w:p w14:paraId="1EF84649" w14:textId="77777777" w:rsidR="00540B47" w:rsidRDefault="00A32617">
            <w:r>
              <w:rPr>
                <w:sz w:val="18"/>
              </w:rPr>
              <w:t>3902</w:t>
            </w:r>
          </w:p>
        </w:tc>
        <w:tc>
          <w:tcPr>
            <w:tcW w:w="1156" w:type="dxa"/>
          </w:tcPr>
          <w:p w14:paraId="35AD0F26" w14:textId="77777777" w:rsidR="00540B47" w:rsidRDefault="00A32617">
            <w:r>
              <w:rPr>
                <w:sz w:val="18"/>
              </w:rPr>
              <w:t>MACN</w:t>
            </w:r>
          </w:p>
        </w:tc>
        <w:tc>
          <w:tcPr>
            <w:tcW w:w="1126" w:type="dxa"/>
          </w:tcPr>
          <w:p w14:paraId="4B2AFA39" w14:textId="77777777" w:rsidR="00540B47" w:rsidRDefault="00A32617">
            <w:r>
              <w:rPr>
                <w:i/>
                <w:sz w:val="18"/>
              </w:rPr>
              <w:t>Z. capensis</w:t>
            </w:r>
          </w:p>
        </w:tc>
        <w:tc>
          <w:tcPr>
            <w:tcW w:w="977" w:type="dxa"/>
          </w:tcPr>
          <w:p w14:paraId="4ACE393E" w14:textId="77777777" w:rsidR="00540B47" w:rsidRDefault="00A32617">
            <w:r>
              <w:rPr>
                <w:sz w:val="18"/>
              </w:rPr>
              <w:t>-41.3440</w:t>
            </w:r>
          </w:p>
        </w:tc>
        <w:tc>
          <w:tcPr>
            <w:tcW w:w="1107" w:type="dxa"/>
          </w:tcPr>
          <w:p w14:paraId="6476E5E0" w14:textId="77777777" w:rsidR="00540B47" w:rsidRDefault="00A32617">
            <w:r>
              <w:rPr>
                <w:sz w:val="18"/>
              </w:rPr>
              <w:t>-66.0370</w:t>
            </w:r>
          </w:p>
        </w:tc>
        <w:tc>
          <w:tcPr>
            <w:tcW w:w="1156" w:type="dxa"/>
          </w:tcPr>
          <w:p w14:paraId="405DA0DC" w14:textId="77777777" w:rsidR="00540B47" w:rsidRDefault="00A32617">
            <w:r>
              <w:rPr>
                <w:sz w:val="18"/>
              </w:rPr>
              <w:t>2025-11-15</w:t>
            </w:r>
          </w:p>
        </w:tc>
        <w:tc>
          <w:tcPr>
            <w:tcW w:w="727" w:type="dxa"/>
          </w:tcPr>
          <w:p w14:paraId="62F0F3A2" w14:textId="77777777" w:rsidR="00540B47" w:rsidRDefault="00A32617">
            <w:r>
              <w:rPr>
                <w:sz w:val="18"/>
              </w:rPr>
              <w:t>11:36</w:t>
            </w:r>
          </w:p>
        </w:tc>
        <w:tc>
          <w:tcPr>
            <w:tcW w:w="1561" w:type="dxa"/>
          </w:tcPr>
          <w:p w14:paraId="50BF7447" w14:textId="77777777" w:rsidR="00540B47" w:rsidRDefault="00A32617">
            <w:r>
              <w:rPr>
                <w:sz w:val="18"/>
              </w:rPr>
              <w:t>Pablo L. Tubaro</w:t>
            </w:r>
          </w:p>
        </w:tc>
      </w:tr>
      <w:tr w:rsidR="00540B47" w14:paraId="7C5F1E55" w14:textId="77777777" w:rsidTr="00DD565D">
        <w:tc>
          <w:tcPr>
            <w:tcW w:w="942" w:type="dxa"/>
          </w:tcPr>
          <w:p w14:paraId="3BEF217A" w14:textId="77777777" w:rsidR="00540B47" w:rsidRDefault="00A32617">
            <w:r>
              <w:rPr>
                <w:sz w:val="18"/>
              </w:rPr>
              <w:t>3903</w:t>
            </w:r>
          </w:p>
        </w:tc>
        <w:tc>
          <w:tcPr>
            <w:tcW w:w="1156" w:type="dxa"/>
          </w:tcPr>
          <w:p w14:paraId="5FE42C1F" w14:textId="77777777" w:rsidR="00540B47" w:rsidRDefault="00A32617">
            <w:r>
              <w:rPr>
                <w:sz w:val="18"/>
              </w:rPr>
              <w:t>MACN</w:t>
            </w:r>
          </w:p>
        </w:tc>
        <w:tc>
          <w:tcPr>
            <w:tcW w:w="1126" w:type="dxa"/>
          </w:tcPr>
          <w:p w14:paraId="4F7D8331" w14:textId="77777777" w:rsidR="00540B47" w:rsidRDefault="00A32617">
            <w:r>
              <w:rPr>
                <w:i/>
                <w:sz w:val="18"/>
              </w:rPr>
              <w:t>Z. capensis</w:t>
            </w:r>
          </w:p>
        </w:tc>
        <w:tc>
          <w:tcPr>
            <w:tcW w:w="977" w:type="dxa"/>
          </w:tcPr>
          <w:p w14:paraId="1D1ED827" w14:textId="77777777" w:rsidR="00540B47" w:rsidRDefault="00A32617">
            <w:r>
              <w:rPr>
                <w:sz w:val="18"/>
              </w:rPr>
              <w:t>-41.3440</w:t>
            </w:r>
          </w:p>
        </w:tc>
        <w:tc>
          <w:tcPr>
            <w:tcW w:w="1107" w:type="dxa"/>
          </w:tcPr>
          <w:p w14:paraId="4357127B" w14:textId="77777777" w:rsidR="00540B47" w:rsidRDefault="00A32617">
            <w:r>
              <w:rPr>
                <w:sz w:val="18"/>
              </w:rPr>
              <w:t>-66.0370</w:t>
            </w:r>
          </w:p>
        </w:tc>
        <w:tc>
          <w:tcPr>
            <w:tcW w:w="1156" w:type="dxa"/>
          </w:tcPr>
          <w:p w14:paraId="7E6CC901" w14:textId="77777777" w:rsidR="00540B47" w:rsidRDefault="00A32617">
            <w:r>
              <w:rPr>
                <w:sz w:val="18"/>
              </w:rPr>
              <w:t>2025-11-15</w:t>
            </w:r>
          </w:p>
        </w:tc>
        <w:tc>
          <w:tcPr>
            <w:tcW w:w="727" w:type="dxa"/>
          </w:tcPr>
          <w:p w14:paraId="2E6820C7" w14:textId="77777777" w:rsidR="00540B47" w:rsidRDefault="00A32617">
            <w:r>
              <w:rPr>
                <w:sz w:val="18"/>
              </w:rPr>
              <w:t>11:38</w:t>
            </w:r>
          </w:p>
        </w:tc>
        <w:tc>
          <w:tcPr>
            <w:tcW w:w="1561" w:type="dxa"/>
          </w:tcPr>
          <w:p w14:paraId="6BBE3E0B" w14:textId="77777777" w:rsidR="00540B47" w:rsidRDefault="00A32617">
            <w:r>
              <w:rPr>
                <w:sz w:val="18"/>
              </w:rPr>
              <w:t>Pablo L. Tubaro</w:t>
            </w:r>
          </w:p>
        </w:tc>
      </w:tr>
      <w:tr w:rsidR="00540B47" w14:paraId="6AD9BD83" w14:textId="77777777" w:rsidTr="00DD565D">
        <w:tc>
          <w:tcPr>
            <w:tcW w:w="942" w:type="dxa"/>
          </w:tcPr>
          <w:p w14:paraId="681BAA46" w14:textId="77777777" w:rsidR="00540B47" w:rsidRDefault="00A32617">
            <w:r>
              <w:rPr>
                <w:sz w:val="18"/>
              </w:rPr>
              <w:t>3904</w:t>
            </w:r>
          </w:p>
        </w:tc>
        <w:tc>
          <w:tcPr>
            <w:tcW w:w="1156" w:type="dxa"/>
          </w:tcPr>
          <w:p w14:paraId="086021F7" w14:textId="77777777" w:rsidR="00540B47" w:rsidRDefault="00A32617">
            <w:r>
              <w:rPr>
                <w:sz w:val="18"/>
              </w:rPr>
              <w:t>MACN</w:t>
            </w:r>
          </w:p>
        </w:tc>
        <w:tc>
          <w:tcPr>
            <w:tcW w:w="1126" w:type="dxa"/>
          </w:tcPr>
          <w:p w14:paraId="6B03AEBC" w14:textId="77777777" w:rsidR="00540B47" w:rsidRDefault="00A32617">
            <w:r>
              <w:rPr>
                <w:i/>
                <w:sz w:val="18"/>
              </w:rPr>
              <w:t>Z. capensis</w:t>
            </w:r>
          </w:p>
        </w:tc>
        <w:tc>
          <w:tcPr>
            <w:tcW w:w="977" w:type="dxa"/>
          </w:tcPr>
          <w:p w14:paraId="0753505F" w14:textId="77777777" w:rsidR="00540B47" w:rsidRDefault="00A32617">
            <w:r>
              <w:rPr>
                <w:sz w:val="18"/>
              </w:rPr>
              <w:t>-41.3440</w:t>
            </w:r>
          </w:p>
        </w:tc>
        <w:tc>
          <w:tcPr>
            <w:tcW w:w="1107" w:type="dxa"/>
          </w:tcPr>
          <w:p w14:paraId="223EF98C" w14:textId="77777777" w:rsidR="00540B47" w:rsidRDefault="00A32617">
            <w:r>
              <w:rPr>
                <w:sz w:val="18"/>
              </w:rPr>
              <w:t>-66.0370</w:t>
            </w:r>
          </w:p>
        </w:tc>
        <w:tc>
          <w:tcPr>
            <w:tcW w:w="1156" w:type="dxa"/>
          </w:tcPr>
          <w:p w14:paraId="64F829B4" w14:textId="77777777" w:rsidR="00540B47" w:rsidRDefault="00A32617">
            <w:r>
              <w:rPr>
                <w:sz w:val="18"/>
              </w:rPr>
              <w:t>2025-11-15</w:t>
            </w:r>
          </w:p>
        </w:tc>
        <w:tc>
          <w:tcPr>
            <w:tcW w:w="727" w:type="dxa"/>
          </w:tcPr>
          <w:p w14:paraId="1F64C0EC" w14:textId="77777777" w:rsidR="00540B47" w:rsidRDefault="00A32617">
            <w:r>
              <w:rPr>
                <w:sz w:val="18"/>
              </w:rPr>
              <w:t>11:41</w:t>
            </w:r>
          </w:p>
        </w:tc>
        <w:tc>
          <w:tcPr>
            <w:tcW w:w="1561" w:type="dxa"/>
          </w:tcPr>
          <w:p w14:paraId="7749F21A" w14:textId="77777777" w:rsidR="00540B47" w:rsidRDefault="00A32617">
            <w:r>
              <w:rPr>
                <w:sz w:val="18"/>
              </w:rPr>
              <w:t>Pablo L. Tubaro</w:t>
            </w:r>
          </w:p>
        </w:tc>
      </w:tr>
      <w:tr w:rsidR="00540B47" w14:paraId="4A0A9067" w14:textId="77777777" w:rsidTr="00DD565D">
        <w:tc>
          <w:tcPr>
            <w:tcW w:w="942" w:type="dxa"/>
          </w:tcPr>
          <w:p w14:paraId="3E484459" w14:textId="77777777" w:rsidR="00540B47" w:rsidRDefault="00A32617">
            <w:r>
              <w:rPr>
                <w:sz w:val="18"/>
              </w:rPr>
              <w:t>3905</w:t>
            </w:r>
          </w:p>
        </w:tc>
        <w:tc>
          <w:tcPr>
            <w:tcW w:w="1156" w:type="dxa"/>
          </w:tcPr>
          <w:p w14:paraId="7572EA9D" w14:textId="77777777" w:rsidR="00540B47" w:rsidRDefault="00A32617">
            <w:r>
              <w:rPr>
                <w:sz w:val="18"/>
              </w:rPr>
              <w:t>MACN</w:t>
            </w:r>
          </w:p>
        </w:tc>
        <w:tc>
          <w:tcPr>
            <w:tcW w:w="1126" w:type="dxa"/>
          </w:tcPr>
          <w:p w14:paraId="549F7289" w14:textId="77777777" w:rsidR="00540B47" w:rsidRDefault="00A32617">
            <w:r>
              <w:rPr>
                <w:i/>
                <w:sz w:val="18"/>
              </w:rPr>
              <w:t>Z. capensis</w:t>
            </w:r>
          </w:p>
        </w:tc>
        <w:tc>
          <w:tcPr>
            <w:tcW w:w="977" w:type="dxa"/>
          </w:tcPr>
          <w:p w14:paraId="03F9C206" w14:textId="77777777" w:rsidR="00540B47" w:rsidRDefault="00A32617">
            <w:r>
              <w:rPr>
                <w:sz w:val="18"/>
              </w:rPr>
              <w:t>-41.3440</w:t>
            </w:r>
          </w:p>
        </w:tc>
        <w:tc>
          <w:tcPr>
            <w:tcW w:w="1107" w:type="dxa"/>
          </w:tcPr>
          <w:p w14:paraId="1F9501E6" w14:textId="77777777" w:rsidR="00540B47" w:rsidRDefault="00A32617">
            <w:r>
              <w:rPr>
                <w:sz w:val="18"/>
              </w:rPr>
              <w:t>-66.0370</w:t>
            </w:r>
          </w:p>
        </w:tc>
        <w:tc>
          <w:tcPr>
            <w:tcW w:w="1156" w:type="dxa"/>
          </w:tcPr>
          <w:p w14:paraId="3276A45B" w14:textId="77777777" w:rsidR="00540B47" w:rsidRDefault="00A32617">
            <w:r>
              <w:rPr>
                <w:sz w:val="18"/>
              </w:rPr>
              <w:t>2025-11-15</w:t>
            </w:r>
          </w:p>
        </w:tc>
        <w:tc>
          <w:tcPr>
            <w:tcW w:w="727" w:type="dxa"/>
          </w:tcPr>
          <w:p w14:paraId="0C8BFBB2" w14:textId="77777777" w:rsidR="00540B47" w:rsidRDefault="00A32617">
            <w:r>
              <w:rPr>
                <w:sz w:val="18"/>
              </w:rPr>
              <w:t>11:54</w:t>
            </w:r>
          </w:p>
        </w:tc>
        <w:tc>
          <w:tcPr>
            <w:tcW w:w="1561" w:type="dxa"/>
          </w:tcPr>
          <w:p w14:paraId="71439DD3" w14:textId="77777777" w:rsidR="00540B47" w:rsidRDefault="00A32617">
            <w:r>
              <w:rPr>
                <w:sz w:val="18"/>
              </w:rPr>
              <w:t>Pablo L. Tubaro</w:t>
            </w:r>
          </w:p>
        </w:tc>
      </w:tr>
      <w:tr w:rsidR="00540B47" w14:paraId="3C2EF12F" w14:textId="77777777" w:rsidTr="00DD565D">
        <w:tc>
          <w:tcPr>
            <w:tcW w:w="942" w:type="dxa"/>
          </w:tcPr>
          <w:p w14:paraId="125296DD" w14:textId="77777777" w:rsidR="00540B47" w:rsidRDefault="00A32617">
            <w:r>
              <w:rPr>
                <w:sz w:val="18"/>
              </w:rPr>
              <w:t>3906</w:t>
            </w:r>
          </w:p>
        </w:tc>
        <w:tc>
          <w:tcPr>
            <w:tcW w:w="1156" w:type="dxa"/>
          </w:tcPr>
          <w:p w14:paraId="05724ECA" w14:textId="77777777" w:rsidR="00540B47" w:rsidRDefault="00A32617">
            <w:r>
              <w:rPr>
                <w:sz w:val="18"/>
              </w:rPr>
              <w:t>MACN</w:t>
            </w:r>
          </w:p>
        </w:tc>
        <w:tc>
          <w:tcPr>
            <w:tcW w:w="1126" w:type="dxa"/>
          </w:tcPr>
          <w:p w14:paraId="0D455F32" w14:textId="77777777" w:rsidR="00540B47" w:rsidRDefault="00A32617">
            <w:r>
              <w:rPr>
                <w:i/>
                <w:sz w:val="18"/>
              </w:rPr>
              <w:t>Z. capensis</w:t>
            </w:r>
          </w:p>
        </w:tc>
        <w:tc>
          <w:tcPr>
            <w:tcW w:w="977" w:type="dxa"/>
          </w:tcPr>
          <w:p w14:paraId="3961C367" w14:textId="77777777" w:rsidR="00540B47" w:rsidRDefault="00A32617">
            <w:r>
              <w:rPr>
                <w:sz w:val="18"/>
              </w:rPr>
              <w:t>-41.3440</w:t>
            </w:r>
          </w:p>
        </w:tc>
        <w:tc>
          <w:tcPr>
            <w:tcW w:w="1107" w:type="dxa"/>
          </w:tcPr>
          <w:p w14:paraId="76920FC5" w14:textId="77777777" w:rsidR="00540B47" w:rsidRDefault="00A32617">
            <w:r>
              <w:rPr>
                <w:sz w:val="18"/>
              </w:rPr>
              <w:t>-66.0370</w:t>
            </w:r>
          </w:p>
        </w:tc>
        <w:tc>
          <w:tcPr>
            <w:tcW w:w="1156" w:type="dxa"/>
          </w:tcPr>
          <w:p w14:paraId="5C73F219" w14:textId="77777777" w:rsidR="00540B47" w:rsidRDefault="00A32617">
            <w:r>
              <w:rPr>
                <w:sz w:val="18"/>
              </w:rPr>
              <w:t>2025-11-15</w:t>
            </w:r>
          </w:p>
        </w:tc>
        <w:tc>
          <w:tcPr>
            <w:tcW w:w="727" w:type="dxa"/>
          </w:tcPr>
          <w:p w14:paraId="671B9AE5" w14:textId="77777777" w:rsidR="00540B47" w:rsidRDefault="00A32617">
            <w:r>
              <w:rPr>
                <w:sz w:val="18"/>
              </w:rPr>
              <w:t>11:58</w:t>
            </w:r>
          </w:p>
        </w:tc>
        <w:tc>
          <w:tcPr>
            <w:tcW w:w="1561" w:type="dxa"/>
          </w:tcPr>
          <w:p w14:paraId="29124006" w14:textId="77777777" w:rsidR="00540B47" w:rsidRDefault="00A32617">
            <w:r>
              <w:rPr>
                <w:sz w:val="18"/>
              </w:rPr>
              <w:t>Pablo L. Tubaro</w:t>
            </w:r>
          </w:p>
        </w:tc>
      </w:tr>
      <w:tr w:rsidR="00540B47" w14:paraId="666197E0" w14:textId="77777777" w:rsidTr="00DD565D">
        <w:tc>
          <w:tcPr>
            <w:tcW w:w="942" w:type="dxa"/>
          </w:tcPr>
          <w:p w14:paraId="6FE76B18" w14:textId="77777777" w:rsidR="00540B47" w:rsidRDefault="00A32617">
            <w:r>
              <w:rPr>
                <w:sz w:val="18"/>
              </w:rPr>
              <w:t>3907</w:t>
            </w:r>
          </w:p>
        </w:tc>
        <w:tc>
          <w:tcPr>
            <w:tcW w:w="1156" w:type="dxa"/>
          </w:tcPr>
          <w:p w14:paraId="1C045B73" w14:textId="77777777" w:rsidR="00540B47" w:rsidRDefault="00A32617">
            <w:r>
              <w:rPr>
                <w:sz w:val="18"/>
              </w:rPr>
              <w:t>MACN</w:t>
            </w:r>
          </w:p>
        </w:tc>
        <w:tc>
          <w:tcPr>
            <w:tcW w:w="1126" w:type="dxa"/>
          </w:tcPr>
          <w:p w14:paraId="6E351B9F" w14:textId="77777777" w:rsidR="00540B47" w:rsidRDefault="00A32617">
            <w:r>
              <w:rPr>
                <w:i/>
                <w:sz w:val="18"/>
              </w:rPr>
              <w:t>Z. capensis</w:t>
            </w:r>
          </w:p>
        </w:tc>
        <w:tc>
          <w:tcPr>
            <w:tcW w:w="977" w:type="dxa"/>
          </w:tcPr>
          <w:p w14:paraId="0671A298" w14:textId="77777777" w:rsidR="00540B47" w:rsidRDefault="00A32617">
            <w:r>
              <w:rPr>
                <w:sz w:val="18"/>
              </w:rPr>
              <w:t>-41.3440</w:t>
            </w:r>
          </w:p>
        </w:tc>
        <w:tc>
          <w:tcPr>
            <w:tcW w:w="1107" w:type="dxa"/>
          </w:tcPr>
          <w:p w14:paraId="50775033" w14:textId="77777777" w:rsidR="00540B47" w:rsidRDefault="00A32617">
            <w:r>
              <w:rPr>
                <w:sz w:val="18"/>
              </w:rPr>
              <w:t>-66.0370</w:t>
            </w:r>
          </w:p>
        </w:tc>
        <w:tc>
          <w:tcPr>
            <w:tcW w:w="1156" w:type="dxa"/>
          </w:tcPr>
          <w:p w14:paraId="0C4C8A19" w14:textId="77777777" w:rsidR="00540B47" w:rsidRDefault="00A32617">
            <w:r>
              <w:rPr>
                <w:sz w:val="18"/>
              </w:rPr>
              <w:t>2025-11-15</w:t>
            </w:r>
          </w:p>
        </w:tc>
        <w:tc>
          <w:tcPr>
            <w:tcW w:w="727" w:type="dxa"/>
          </w:tcPr>
          <w:p w14:paraId="6F5AA530" w14:textId="77777777" w:rsidR="00540B47" w:rsidRDefault="00A32617">
            <w:r>
              <w:rPr>
                <w:sz w:val="18"/>
              </w:rPr>
              <w:t>12:06</w:t>
            </w:r>
          </w:p>
        </w:tc>
        <w:tc>
          <w:tcPr>
            <w:tcW w:w="1561" w:type="dxa"/>
          </w:tcPr>
          <w:p w14:paraId="038026EA" w14:textId="77777777" w:rsidR="00540B47" w:rsidRDefault="00A32617">
            <w:r>
              <w:rPr>
                <w:sz w:val="18"/>
              </w:rPr>
              <w:t>Pablo L. Tubaro</w:t>
            </w:r>
          </w:p>
        </w:tc>
      </w:tr>
      <w:tr w:rsidR="00540B47" w14:paraId="3355D9C2" w14:textId="77777777" w:rsidTr="00DD565D">
        <w:tc>
          <w:tcPr>
            <w:tcW w:w="942" w:type="dxa"/>
          </w:tcPr>
          <w:p w14:paraId="490C6768" w14:textId="77777777" w:rsidR="00540B47" w:rsidRDefault="00A32617">
            <w:r>
              <w:rPr>
                <w:sz w:val="18"/>
              </w:rPr>
              <w:t>3908</w:t>
            </w:r>
          </w:p>
        </w:tc>
        <w:tc>
          <w:tcPr>
            <w:tcW w:w="1156" w:type="dxa"/>
          </w:tcPr>
          <w:p w14:paraId="7BE7E45C" w14:textId="77777777" w:rsidR="00540B47" w:rsidRDefault="00A32617">
            <w:r>
              <w:rPr>
                <w:sz w:val="18"/>
              </w:rPr>
              <w:t>MACN</w:t>
            </w:r>
          </w:p>
        </w:tc>
        <w:tc>
          <w:tcPr>
            <w:tcW w:w="1126" w:type="dxa"/>
          </w:tcPr>
          <w:p w14:paraId="0A3086A0" w14:textId="77777777" w:rsidR="00540B47" w:rsidRDefault="00A32617">
            <w:r>
              <w:rPr>
                <w:i/>
                <w:sz w:val="18"/>
              </w:rPr>
              <w:t>Z. capensis</w:t>
            </w:r>
          </w:p>
        </w:tc>
        <w:tc>
          <w:tcPr>
            <w:tcW w:w="977" w:type="dxa"/>
          </w:tcPr>
          <w:p w14:paraId="02A95C81" w14:textId="77777777" w:rsidR="00540B47" w:rsidRDefault="00A32617">
            <w:r>
              <w:rPr>
                <w:sz w:val="18"/>
              </w:rPr>
              <w:t>-41.3030</w:t>
            </w:r>
          </w:p>
        </w:tc>
        <w:tc>
          <w:tcPr>
            <w:tcW w:w="1107" w:type="dxa"/>
          </w:tcPr>
          <w:p w14:paraId="364E7311" w14:textId="77777777" w:rsidR="00540B47" w:rsidRDefault="00A32617">
            <w:r>
              <w:rPr>
                <w:sz w:val="18"/>
              </w:rPr>
              <w:t>-66.0720</w:t>
            </w:r>
          </w:p>
        </w:tc>
        <w:tc>
          <w:tcPr>
            <w:tcW w:w="1156" w:type="dxa"/>
          </w:tcPr>
          <w:p w14:paraId="7AA1217A" w14:textId="77777777" w:rsidR="00540B47" w:rsidRDefault="00A32617">
            <w:r>
              <w:rPr>
                <w:sz w:val="18"/>
              </w:rPr>
              <w:t>2025-11-15</w:t>
            </w:r>
          </w:p>
        </w:tc>
        <w:tc>
          <w:tcPr>
            <w:tcW w:w="727" w:type="dxa"/>
          </w:tcPr>
          <w:p w14:paraId="128E2F0C" w14:textId="77777777" w:rsidR="00540B47" w:rsidRDefault="00A32617">
            <w:r>
              <w:rPr>
                <w:sz w:val="18"/>
              </w:rPr>
              <w:t>12:10</w:t>
            </w:r>
          </w:p>
        </w:tc>
        <w:tc>
          <w:tcPr>
            <w:tcW w:w="1561" w:type="dxa"/>
          </w:tcPr>
          <w:p w14:paraId="73AF9E39" w14:textId="77777777" w:rsidR="00540B47" w:rsidRDefault="00A32617">
            <w:r>
              <w:rPr>
                <w:sz w:val="18"/>
              </w:rPr>
              <w:t>Pablo L. Tubaro</w:t>
            </w:r>
          </w:p>
        </w:tc>
      </w:tr>
      <w:tr w:rsidR="00540B47" w14:paraId="0E77CB74" w14:textId="77777777" w:rsidTr="00DD565D">
        <w:tc>
          <w:tcPr>
            <w:tcW w:w="942" w:type="dxa"/>
          </w:tcPr>
          <w:p w14:paraId="7F8FB46D" w14:textId="77777777" w:rsidR="00540B47" w:rsidRDefault="00A32617">
            <w:r>
              <w:rPr>
                <w:sz w:val="18"/>
              </w:rPr>
              <w:t>3909</w:t>
            </w:r>
          </w:p>
        </w:tc>
        <w:tc>
          <w:tcPr>
            <w:tcW w:w="1156" w:type="dxa"/>
          </w:tcPr>
          <w:p w14:paraId="4709A857" w14:textId="77777777" w:rsidR="00540B47" w:rsidRDefault="00A32617">
            <w:r>
              <w:rPr>
                <w:sz w:val="18"/>
              </w:rPr>
              <w:t>MACN</w:t>
            </w:r>
          </w:p>
        </w:tc>
        <w:tc>
          <w:tcPr>
            <w:tcW w:w="1126" w:type="dxa"/>
          </w:tcPr>
          <w:p w14:paraId="588BFD6D" w14:textId="77777777" w:rsidR="00540B47" w:rsidRDefault="00A32617">
            <w:r>
              <w:rPr>
                <w:i/>
                <w:sz w:val="18"/>
              </w:rPr>
              <w:t>Z. capensis</w:t>
            </w:r>
          </w:p>
        </w:tc>
        <w:tc>
          <w:tcPr>
            <w:tcW w:w="977" w:type="dxa"/>
          </w:tcPr>
          <w:p w14:paraId="0D86270D" w14:textId="77777777" w:rsidR="00540B47" w:rsidRDefault="00A32617">
            <w:r>
              <w:rPr>
                <w:sz w:val="18"/>
              </w:rPr>
              <w:t>-41.6120</w:t>
            </w:r>
          </w:p>
        </w:tc>
        <w:tc>
          <w:tcPr>
            <w:tcW w:w="1107" w:type="dxa"/>
          </w:tcPr>
          <w:p w14:paraId="6E94D923" w14:textId="77777777" w:rsidR="00540B47" w:rsidRDefault="00A32617">
            <w:r>
              <w:rPr>
                <w:sz w:val="18"/>
              </w:rPr>
              <w:t>-65.5180</w:t>
            </w:r>
          </w:p>
        </w:tc>
        <w:tc>
          <w:tcPr>
            <w:tcW w:w="1156" w:type="dxa"/>
          </w:tcPr>
          <w:p w14:paraId="5F5B157D" w14:textId="77777777" w:rsidR="00540B47" w:rsidRDefault="00A32617">
            <w:r>
              <w:rPr>
                <w:sz w:val="18"/>
              </w:rPr>
              <w:t>2025-11-15</w:t>
            </w:r>
          </w:p>
        </w:tc>
        <w:tc>
          <w:tcPr>
            <w:tcW w:w="727" w:type="dxa"/>
          </w:tcPr>
          <w:p w14:paraId="44544D54" w14:textId="77777777" w:rsidR="00540B47" w:rsidRDefault="00A32617">
            <w:r>
              <w:rPr>
                <w:sz w:val="18"/>
              </w:rPr>
              <w:t>12:46</w:t>
            </w:r>
          </w:p>
        </w:tc>
        <w:tc>
          <w:tcPr>
            <w:tcW w:w="1561" w:type="dxa"/>
          </w:tcPr>
          <w:p w14:paraId="71275F16" w14:textId="77777777" w:rsidR="00540B47" w:rsidRDefault="00A32617">
            <w:r>
              <w:rPr>
                <w:sz w:val="18"/>
              </w:rPr>
              <w:t>Pablo L. Tubaro</w:t>
            </w:r>
          </w:p>
        </w:tc>
      </w:tr>
      <w:tr w:rsidR="00540B47" w14:paraId="67B92644" w14:textId="77777777" w:rsidTr="00DD565D">
        <w:tc>
          <w:tcPr>
            <w:tcW w:w="942" w:type="dxa"/>
          </w:tcPr>
          <w:p w14:paraId="24C4C961" w14:textId="77777777" w:rsidR="00540B47" w:rsidRDefault="00A32617">
            <w:r>
              <w:rPr>
                <w:sz w:val="18"/>
              </w:rPr>
              <w:t>3910</w:t>
            </w:r>
          </w:p>
        </w:tc>
        <w:tc>
          <w:tcPr>
            <w:tcW w:w="1156" w:type="dxa"/>
          </w:tcPr>
          <w:p w14:paraId="2C6E5678" w14:textId="77777777" w:rsidR="00540B47" w:rsidRDefault="00A32617">
            <w:r>
              <w:rPr>
                <w:sz w:val="18"/>
              </w:rPr>
              <w:t>MACN</w:t>
            </w:r>
          </w:p>
        </w:tc>
        <w:tc>
          <w:tcPr>
            <w:tcW w:w="1126" w:type="dxa"/>
          </w:tcPr>
          <w:p w14:paraId="1FF81755" w14:textId="77777777" w:rsidR="00540B47" w:rsidRDefault="00A32617">
            <w:r>
              <w:rPr>
                <w:i/>
                <w:sz w:val="18"/>
              </w:rPr>
              <w:t>Z. capensis</w:t>
            </w:r>
          </w:p>
        </w:tc>
        <w:tc>
          <w:tcPr>
            <w:tcW w:w="977" w:type="dxa"/>
          </w:tcPr>
          <w:p w14:paraId="0BA3D446" w14:textId="77777777" w:rsidR="00540B47" w:rsidRDefault="00A32617">
            <w:r>
              <w:rPr>
                <w:sz w:val="18"/>
              </w:rPr>
              <w:t>-41.6120</w:t>
            </w:r>
          </w:p>
        </w:tc>
        <w:tc>
          <w:tcPr>
            <w:tcW w:w="1107" w:type="dxa"/>
          </w:tcPr>
          <w:p w14:paraId="27134458" w14:textId="77777777" w:rsidR="00540B47" w:rsidRDefault="00A32617">
            <w:r>
              <w:rPr>
                <w:sz w:val="18"/>
              </w:rPr>
              <w:t>-65.5180</w:t>
            </w:r>
          </w:p>
        </w:tc>
        <w:tc>
          <w:tcPr>
            <w:tcW w:w="1156" w:type="dxa"/>
          </w:tcPr>
          <w:p w14:paraId="29319F50" w14:textId="77777777" w:rsidR="00540B47" w:rsidRDefault="00A32617">
            <w:r>
              <w:rPr>
                <w:sz w:val="18"/>
              </w:rPr>
              <w:t>2025-11-15</w:t>
            </w:r>
          </w:p>
        </w:tc>
        <w:tc>
          <w:tcPr>
            <w:tcW w:w="727" w:type="dxa"/>
          </w:tcPr>
          <w:p w14:paraId="6FB99481" w14:textId="77777777" w:rsidR="00540B47" w:rsidRDefault="00A32617">
            <w:r>
              <w:rPr>
                <w:sz w:val="18"/>
              </w:rPr>
              <w:t>12:48</w:t>
            </w:r>
          </w:p>
        </w:tc>
        <w:tc>
          <w:tcPr>
            <w:tcW w:w="1561" w:type="dxa"/>
          </w:tcPr>
          <w:p w14:paraId="3D830DE7" w14:textId="77777777" w:rsidR="00540B47" w:rsidRDefault="00A32617">
            <w:r>
              <w:rPr>
                <w:sz w:val="18"/>
              </w:rPr>
              <w:t>Pablo L. Tubaro</w:t>
            </w:r>
          </w:p>
        </w:tc>
      </w:tr>
      <w:tr w:rsidR="00540B47" w14:paraId="082080D9" w14:textId="77777777" w:rsidTr="00DD565D">
        <w:tc>
          <w:tcPr>
            <w:tcW w:w="942" w:type="dxa"/>
          </w:tcPr>
          <w:p w14:paraId="44FDE641" w14:textId="77777777" w:rsidR="00540B47" w:rsidRDefault="00A32617">
            <w:r>
              <w:rPr>
                <w:sz w:val="18"/>
              </w:rPr>
              <w:t>3911</w:t>
            </w:r>
          </w:p>
        </w:tc>
        <w:tc>
          <w:tcPr>
            <w:tcW w:w="1156" w:type="dxa"/>
          </w:tcPr>
          <w:p w14:paraId="5B772680" w14:textId="77777777" w:rsidR="00540B47" w:rsidRDefault="00A32617">
            <w:r>
              <w:rPr>
                <w:sz w:val="18"/>
              </w:rPr>
              <w:t>MACN</w:t>
            </w:r>
          </w:p>
        </w:tc>
        <w:tc>
          <w:tcPr>
            <w:tcW w:w="1126" w:type="dxa"/>
          </w:tcPr>
          <w:p w14:paraId="050CE301" w14:textId="77777777" w:rsidR="00540B47" w:rsidRDefault="00A32617">
            <w:r>
              <w:rPr>
                <w:i/>
                <w:sz w:val="18"/>
              </w:rPr>
              <w:t>Z. capensis</w:t>
            </w:r>
          </w:p>
        </w:tc>
        <w:tc>
          <w:tcPr>
            <w:tcW w:w="977" w:type="dxa"/>
          </w:tcPr>
          <w:p w14:paraId="5A6D636C" w14:textId="77777777" w:rsidR="00540B47" w:rsidRDefault="00A32617">
            <w:r>
              <w:rPr>
                <w:sz w:val="18"/>
              </w:rPr>
              <w:t>-41.2230</w:t>
            </w:r>
          </w:p>
        </w:tc>
        <w:tc>
          <w:tcPr>
            <w:tcW w:w="1107" w:type="dxa"/>
          </w:tcPr>
          <w:p w14:paraId="318BF9B5" w14:textId="77777777" w:rsidR="00540B47" w:rsidRDefault="00A32617">
            <w:r>
              <w:rPr>
                <w:sz w:val="18"/>
              </w:rPr>
              <w:t>-66.0110</w:t>
            </w:r>
          </w:p>
        </w:tc>
        <w:tc>
          <w:tcPr>
            <w:tcW w:w="1156" w:type="dxa"/>
          </w:tcPr>
          <w:p w14:paraId="61F75591" w14:textId="77777777" w:rsidR="00540B47" w:rsidRDefault="00A32617">
            <w:r>
              <w:rPr>
                <w:sz w:val="18"/>
              </w:rPr>
              <w:t>2025-11-15</w:t>
            </w:r>
          </w:p>
        </w:tc>
        <w:tc>
          <w:tcPr>
            <w:tcW w:w="727" w:type="dxa"/>
          </w:tcPr>
          <w:p w14:paraId="689A7A15" w14:textId="77777777" w:rsidR="00540B47" w:rsidRDefault="00A32617">
            <w:r>
              <w:rPr>
                <w:sz w:val="18"/>
              </w:rPr>
              <w:t>12:51</w:t>
            </w:r>
          </w:p>
        </w:tc>
        <w:tc>
          <w:tcPr>
            <w:tcW w:w="1561" w:type="dxa"/>
          </w:tcPr>
          <w:p w14:paraId="094A72BD" w14:textId="77777777" w:rsidR="00540B47" w:rsidRDefault="00A32617">
            <w:r>
              <w:rPr>
                <w:sz w:val="18"/>
              </w:rPr>
              <w:t>Pablo L. Tubaro</w:t>
            </w:r>
          </w:p>
        </w:tc>
      </w:tr>
      <w:tr w:rsidR="00540B47" w14:paraId="5F0E4BFC" w14:textId="77777777" w:rsidTr="00DD565D">
        <w:tc>
          <w:tcPr>
            <w:tcW w:w="942" w:type="dxa"/>
          </w:tcPr>
          <w:p w14:paraId="61FBC38C" w14:textId="77777777" w:rsidR="00540B47" w:rsidRDefault="00A32617">
            <w:r>
              <w:rPr>
                <w:sz w:val="18"/>
              </w:rPr>
              <w:t>3912</w:t>
            </w:r>
          </w:p>
        </w:tc>
        <w:tc>
          <w:tcPr>
            <w:tcW w:w="1156" w:type="dxa"/>
          </w:tcPr>
          <w:p w14:paraId="1289ACFA" w14:textId="77777777" w:rsidR="00540B47" w:rsidRDefault="00A32617">
            <w:r>
              <w:rPr>
                <w:sz w:val="18"/>
              </w:rPr>
              <w:t>MACN</w:t>
            </w:r>
          </w:p>
        </w:tc>
        <w:tc>
          <w:tcPr>
            <w:tcW w:w="1126" w:type="dxa"/>
          </w:tcPr>
          <w:p w14:paraId="46BDA180" w14:textId="77777777" w:rsidR="00540B47" w:rsidRDefault="00A32617">
            <w:r>
              <w:rPr>
                <w:i/>
                <w:sz w:val="18"/>
              </w:rPr>
              <w:t>Z. capensis</w:t>
            </w:r>
          </w:p>
        </w:tc>
        <w:tc>
          <w:tcPr>
            <w:tcW w:w="977" w:type="dxa"/>
          </w:tcPr>
          <w:p w14:paraId="73E98B8E" w14:textId="77777777" w:rsidR="00540B47" w:rsidRDefault="00A32617">
            <w:r>
              <w:rPr>
                <w:sz w:val="18"/>
              </w:rPr>
              <w:t>-41.2040</w:t>
            </w:r>
          </w:p>
        </w:tc>
        <w:tc>
          <w:tcPr>
            <w:tcW w:w="1107" w:type="dxa"/>
          </w:tcPr>
          <w:p w14:paraId="619BC18B" w14:textId="77777777" w:rsidR="00540B47" w:rsidRDefault="00A32617">
            <w:r>
              <w:rPr>
                <w:sz w:val="18"/>
              </w:rPr>
              <w:t>-66.0000</w:t>
            </w:r>
          </w:p>
        </w:tc>
        <w:tc>
          <w:tcPr>
            <w:tcW w:w="1156" w:type="dxa"/>
          </w:tcPr>
          <w:p w14:paraId="2F5CCE2F" w14:textId="77777777" w:rsidR="00540B47" w:rsidRDefault="00A32617">
            <w:r>
              <w:rPr>
                <w:sz w:val="18"/>
              </w:rPr>
              <w:t>2025-11-15</w:t>
            </w:r>
          </w:p>
        </w:tc>
        <w:tc>
          <w:tcPr>
            <w:tcW w:w="727" w:type="dxa"/>
          </w:tcPr>
          <w:p w14:paraId="165EAF01" w14:textId="77777777" w:rsidR="00540B47" w:rsidRDefault="00A32617">
            <w:r>
              <w:rPr>
                <w:sz w:val="18"/>
              </w:rPr>
              <w:t>13:12</w:t>
            </w:r>
          </w:p>
        </w:tc>
        <w:tc>
          <w:tcPr>
            <w:tcW w:w="1561" w:type="dxa"/>
          </w:tcPr>
          <w:p w14:paraId="496C693E" w14:textId="77777777" w:rsidR="00540B47" w:rsidRDefault="00A32617">
            <w:r>
              <w:rPr>
                <w:sz w:val="18"/>
              </w:rPr>
              <w:t>Pablo L. Tubaro</w:t>
            </w:r>
          </w:p>
        </w:tc>
      </w:tr>
      <w:tr w:rsidR="00540B47" w14:paraId="5FBFA3ED" w14:textId="77777777" w:rsidTr="00DD565D">
        <w:tc>
          <w:tcPr>
            <w:tcW w:w="942" w:type="dxa"/>
          </w:tcPr>
          <w:p w14:paraId="4285E1EE" w14:textId="77777777" w:rsidR="00540B47" w:rsidRDefault="00A32617">
            <w:r>
              <w:rPr>
                <w:sz w:val="18"/>
              </w:rPr>
              <w:t>3913</w:t>
            </w:r>
          </w:p>
        </w:tc>
        <w:tc>
          <w:tcPr>
            <w:tcW w:w="1156" w:type="dxa"/>
          </w:tcPr>
          <w:p w14:paraId="25394A12" w14:textId="77777777" w:rsidR="00540B47" w:rsidRDefault="00A32617">
            <w:r>
              <w:rPr>
                <w:sz w:val="18"/>
              </w:rPr>
              <w:t>MACN</w:t>
            </w:r>
          </w:p>
        </w:tc>
        <w:tc>
          <w:tcPr>
            <w:tcW w:w="1126" w:type="dxa"/>
          </w:tcPr>
          <w:p w14:paraId="21DB4984" w14:textId="77777777" w:rsidR="00540B47" w:rsidRDefault="00A32617">
            <w:r>
              <w:rPr>
                <w:i/>
                <w:sz w:val="18"/>
              </w:rPr>
              <w:t>Z. capensis</w:t>
            </w:r>
          </w:p>
        </w:tc>
        <w:tc>
          <w:tcPr>
            <w:tcW w:w="977" w:type="dxa"/>
          </w:tcPr>
          <w:p w14:paraId="74A01089" w14:textId="77777777" w:rsidR="00540B47" w:rsidRDefault="00A32617">
            <w:r>
              <w:rPr>
                <w:sz w:val="18"/>
              </w:rPr>
              <w:t>-41.1840</w:t>
            </w:r>
          </w:p>
        </w:tc>
        <w:tc>
          <w:tcPr>
            <w:tcW w:w="1107" w:type="dxa"/>
          </w:tcPr>
          <w:p w14:paraId="3BA751D4" w14:textId="77777777" w:rsidR="00540B47" w:rsidRDefault="00A32617">
            <w:r>
              <w:rPr>
                <w:sz w:val="18"/>
              </w:rPr>
              <w:t>-65.9660</w:t>
            </w:r>
          </w:p>
        </w:tc>
        <w:tc>
          <w:tcPr>
            <w:tcW w:w="1156" w:type="dxa"/>
          </w:tcPr>
          <w:p w14:paraId="1CFB07D0" w14:textId="77777777" w:rsidR="00540B47" w:rsidRDefault="00A32617">
            <w:r>
              <w:rPr>
                <w:sz w:val="18"/>
              </w:rPr>
              <w:t>2025-11-15</w:t>
            </w:r>
          </w:p>
        </w:tc>
        <w:tc>
          <w:tcPr>
            <w:tcW w:w="727" w:type="dxa"/>
          </w:tcPr>
          <w:p w14:paraId="65676936" w14:textId="77777777" w:rsidR="00540B47" w:rsidRDefault="00A32617">
            <w:r>
              <w:rPr>
                <w:sz w:val="18"/>
              </w:rPr>
              <w:t>13:17</w:t>
            </w:r>
          </w:p>
        </w:tc>
        <w:tc>
          <w:tcPr>
            <w:tcW w:w="1561" w:type="dxa"/>
          </w:tcPr>
          <w:p w14:paraId="4B3C34BA" w14:textId="77777777" w:rsidR="00540B47" w:rsidRDefault="00A32617">
            <w:r>
              <w:rPr>
                <w:sz w:val="18"/>
              </w:rPr>
              <w:t>Pablo L. Tubaro</w:t>
            </w:r>
          </w:p>
        </w:tc>
      </w:tr>
      <w:tr w:rsidR="00540B47" w14:paraId="4DC992F9" w14:textId="77777777" w:rsidTr="00DD565D">
        <w:tc>
          <w:tcPr>
            <w:tcW w:w="942" w:type="dxa"/>
          </w:tcPr>
          <w:p w14:paraId="5600AB90" w14:textId="77777777" w:rsidR="00540B47" w:rsidRDefault="00A32617">
            <w:r>
              <w:rPr>
                <w:sz w:val="18"/>
              </w:rPr>
              <w:t>3914</w:t>
            </w:r>
          </w:p>
        </w:tc>
        <w:tc>
          <w:tcPr>
            <w:tcW w:w="1156" w:type="dxa"/>
          </w:tcPr>
          <w:p w14:paraId="72C2A5CD" w14:textId="77777777" w:rsidR="00540B47" w:rsidRDefault="00A32617">
            <w:r>
              <w:rPr>
                <w:sz w:val="18"/>
              </w:rPr>
              <w:t>MACN</w:t>
            </w:r>
          </w:p>
        </w:tc>
        <w:tc>
          <w:tcPr>
            <w:tcW w:w="1126" w:type="dxa"/>
          </w:tcPr>
          <w:p w14:paraId="305F984B" w14:textId="77777777" w:rsidR="00540B47" w:rsidRDefault="00A32617">
            <w:r>
              <w:rPr>
                <w:i/>
                <w:sz w:val="18"/>
              </w:rPr>
              <w:t>Z. capensis</w:t>
            </w:r>
          </w:p>
        </w:tc>
        <w:tc>
          <w:tcPr>
            <w:tcW w:w="977" w:type="dxa"/>
          </w:tcPr>
          <w:p w14:paraId="5E624199" w14:textId="77777777" w:rsidR="00540B47" w:rsidRDefault="00A32617">
            <w:r>
              <w:rPr>
                <w:sz w:val="18"/>
              </w:rPr>
              <w:t>-40.9960</w:t>
            </w:r>
          </w:p>
        </w:tc>
        <w:tc>
          <w:tcPr>
            <w:tcW w:w="1107" w:type="dxa"/>
          </w:tcPr>
          <w:p w14:paraId="7A7B67F0" w14:textId="77777777" w:rsidR="00540B47" w:rsidRDefault="00A32617">
            <w:r>
              <w:rPr>
                <w:sz w:val="18"/>
              </w:rPr>
              <w:t>-65.8640</w:t>
            </w:r>
          </w:p>
        </w:tc>
        <w:tc>
          <w:tcPr>
            <w:tcW w:w="1156" w:type="dxa"/>
          </w:tcPr>
          <w:p w14:paraId="6B4F6ED3" w14:textId="77777777" w:rsidR="00540B47" w:rsidRDefault="00A32617">
            <w:r>
              <w:rPr>
                <w:sz w:val="18"/>
              </w:rPr>
              <w:t>2025-11-15</w:t>
            </w:r>
          </w:p>
        </w:tc>
        <w:tc>
          <w:tcPr>
            <w:tcW w:w="727" w:type="dxa"/>
          </w:tcPr>
          <w:p w14:paraId="615B929B" w14:textId="77777777" w:rsidR="00540B47" w:rsidRDefault="00A32617">
            <w:r>
              <w:rPr>
                <w:sz w:val="18"/>
              </w:rPr>
              <w:t>13:43</w:t>
            </w:r>
          </w:p>
        </w:tc>
        <w:tc>
          <w:tcPr>
            <w:tcW w:w="1561" w:type="dxa"/>
          </w:tcPr>
          <w:p w14:paraId="11142B30" w14:textId="77777777" w:rsidR="00540B47" w:rsidRDefault="00A32617">
            <w:r>
              <w:rPr>
                <w:sz w:val="18"/>
              </w:rPr>
              <w:t>Pablo L. Tubaro</w:t>
            </w:r>
          </w:p>
        </w:tc>
      </w:tr>
      <w:tr w:rsidR="00540B47" w14:paraId="2BF8397E" w14:textId="77777777" w:rsidTr="00DD565D">
        <w:tc>
          <w:tcPr>
            <w:tcW w:w="942" w:type="dxa"/>
          </w:tcPr>
          <w:p w14:paraId="49183FAF" w14:textId="77777777" w:rsidR="00540B47" w:rsidRDefault="00A32617">
            <w:r>
              <w:rPr>
                <w:sz w:val="18"/>
              </w:rPr>
              <w:t>3915</w:t>
            </w:r>
          </w:p>
        </w:tc>
        <w:tc>
          <w:tcPr>
            <w:tcW w:w="1156" w:type="dxa"/>
          </w:tcPr>
          <w:p w14:paraId="425005A0" w14:textId="77777777" w:rsidR="00540B47" w:rsidRDefault="00A32617">
            <w:r>
              <w:rPr>
                <w:sz w:val="18"/>
              </w:rPr>
              <w:t>MACN</w:t>
            </w:r>
          </w:p>
        </w:tc>
        <w:tc>
          <w:tcPr>
            <w:tcW w:w="1126" w:type="dxa"/>
          </w:tcPr>
          <w:p w14:paraId="12F497EE" w14:textId="77777777" w:rsidR="00540B47" w:rsidRDefault="00A32617">
            <w:r>
              <w:rPr>
                <w:i/>
                <w:sz w:val="18"/>
              </w:rPr>
              <w:t>Z. capensis</w:t>
            </w:r>
          </w:p>
        </w:tc>
        <w:tc>
          <w:tcPr>
            <w:tcW w:w="977" w:type="dxa"/>
          </w:tcPr>
          <w:p w14:paraId="4C753FE8" w14:textId="77777777" w:rsidR="00540B47" w:rsidRDefault="00A32617">
            <w:r>
              <w:rPr>
                <w:sz w:val="18"/>
              </w:rPr>
              <w:t>-40.9960</w:t>
            </w:r>
          </w:p>
        </w:tc>
        <w:tc>
          <w:tcPr>
            <w:tcW w:w="1107" w:type="dxa"/>
          </w:tcPr>
          <w:p w14:paraId="492174D5" w14:textId="77777777" w:rsidR="00540B47" w:rsidRDefault="00A32617">
            <w:r>
              <w:rPr>
                <w:sz w:val="18"/>
              </w:rPr>
              <w:t>-65.8640</w:t>
            </w:r>
          </w:p>
        </w:tc>
        <w:tc>
          <w:tcPr>
            <w:tcW w:w="1156" w:type="dxa"/>
          </w:tcPr>
          <w:p w14:paraId="238BE925" w14:textId="77777777" w:rsidR="00540B47" w:rsidRDefault="00A32617">
            <w:r>
              <w:rPr>
                <w:sz w:val="18"/>
              </w:rPr>
              <w:t>2025-11-15</w:t>
            </w:r>
          </w:p>
        </w:tc>
        <w:tc>
          <w:tcPr>
            <w:tcW w:w="727" w:type="dxa"/>
          </w:tcPr>
          <w:p w14:paraId="497BFB25" w14:textId="77777777" w:rsidR="00540B47" w:rsidRDefault="00A32617">
            <w:r>
              <w:rPr>
                <w:sz w:val="18"/>
              </w:rPr>
              <w:t>13:48</w:t>
            </w:r>
          </w:p>
        </w:tc>
        <w:tc>
          <w:tcPr>
            <w:tcW w:w="1561" w:type="dxa"/>
          </w:tcPr>
          <w:p w14:paraId="345E97F4" w14:textId="77777777" w:rsidR="00540B47" w:rsidRDefault="00A32617">
            <w:r>
              <w:rPr>
                <w:sz w:val="18"/>
              </w:rPr>
              <w:t>Pablo L. Tubaro</w:t>
            </w:r>
          </w:p>
        </w:tc>
      </w:tr>
      <w:tr w:rsidR="00540B47" w14:paraId="653D80BA" w14:textId="77777777" w:rsidTr="00DD565D">
        <w:tc>
          <w:tcPr>
            <w:tcW w:w="942" w:type="dxa"/>
          </w:tcPr>
          <w:p w14:paraId="6CC2660C" w14:textId="77777777" w:rsidR="00540B47" w:rsidRDefault="00A32617">
            <w:r>
              <w:rPr>
                <w:sz w:val="18"/>
              </w:rPr>
              <w:t>3916</w:t>
            </w:r>
          </w:p>
        </w:tc>
        <w:tc>
          <w:tcPr>
            <w:tcW w:w="1156" w:type="dxa"/>
          </w:tcPr>
          <w:p w14:paraId="78D1BAF0" w14:textId="77777777" w:rsidR="00540B47" w:rsidRDefault="00A32617">
            <w:r>
              <w:rPr>
                <w:sz w:val="18"/>
              </w:rPr>
              <w:t>MACN</w:t>
            </w:r>
          </w:p>
        </w:tc>
        <w:tc>
          <w:tcPr>
            <w:tcW w:w="1126" w:type="dxa"/>
          </w:tcPr>
          <w:p w14:paraId="20FD8EA3" w14:textId="77777777" w:rsidR="00540B47" w:rsidRDefault="00A32617">
            <w:r>
              <w:rPr>
                <w:i/>
                <w:sz w:val="18"/>
              </w:rPr>
              <w:t>Z. capensis</w:t>
            </w:r>
          </w:p>
        </w:tc>
        <w:tc>
          <w:tcPr>
            <w:tcW w:w="977" w:type="dxa"/>
          </w:tcPr>
          <w:p w14:paraId="3A55CA06" w14:textId="77777777" w:rsidR="00540B47" w:rsidRDefault="00A32617">
            <w:r>
              <w:rPr>
                <w:sz w:val="18"/>
              </w:rPr>
              <w:t>-40.5620</w:t>
            </w:r>
          </w:p>
        </w:tc>
        <w:tc>
          <w:tcPr>
            <w:tcW w:w="1107" w:type="dxa"/>
          </w:tcPr>
          <w:p w14:paraId="0834149C" w14:textId="77777777" w:rsidR="00540B47" w:rsidRDefault="00A32617">
            <w:r>
              <w:rPr>
                <w:sz w:val="18"/>
              </w:rPr>
              <w:t>-65.8080</w:t>
            </w:r>
          </w:p>
        </w:tc>
        <w:tc>
          <w:tcPr>
            <w:tcW w:w="1156" w:type="dxa"/>
          </w:tcPr>
          <w:p w14:paraId="510762A3" w14:textId="77777777" w:rsidR="00540B47" w:rsidRDefault="00A32617">
            <w:r>
              <w:rPr>
                <w:sz w:val="18"/>
              </w:rPr>
              <w:t>2025-11-15</w:t>
            </w:r>
          </w:p>
        </w:tc>
        <w:tc>
          <w:tcPr>
            <w:tcW w:w="727" w:type="dxa"/>
          </w:tcPr>
          <w:p w14:paraId="235FE95F" w14:textId="77777777" w:rsidR="00540B47" w:rsidRDefault="00A32617">
            <w:r>
              <w:rPr>
                <w:sz w:val="18"/>
              </w:rPr>
              <w:t>14:06</w:t>
            </w:r>
          </w:p>
        </w:tc>
        <w:tc>
          <w:tcPr>
            <w:tcW w:w="1561" w:type="dxa"/>
          </w:tcPr>
          <w:p w14:paraId="3188B967" w14:textId="77777777" w:rsidR="00540B47" w:rsidRDefault="00A32617">
            <w:r>
              <w:rPr>
                <w:sz w:val="18"/>
              </w:rPr>
              <w:t>Pablo L. Tubaro</w:t>
            </w:r>
          </w:p>
        </w:tc>
      </w:tr>
      <w:tr w:rsidR="00540B47" w14:paraId="621AFCAE" w14:textId="77777777" w:rsidTr="00DD565D">
        <w:tc>
          <w:tcPr>
            <w:tcW w:w="942" w:type="dxa"/>
          </w:tcPr>
          <w:p w14:paraId="03805762" w14:textId="77777777" w:rsidR="00540B47" w:rsidRDefault="00A32617">
            <w:r>
              <w:rPr>
                <w:sz w:val="18"/>
              </w:rPr>
              <w:t>3917</w:t>
            </w:r>
          </w:p>
        </w:tc>
        <w:tc>
          <w:tcPr>
            <w:tcW w:w="1156" w:type="dxa"/>
          </w:tcPr>
          <w:p w14:paraId="6DA50F15" w14:textId="77777777" w:rsidR="00540B47" w:rsidRDefault="00A32617">
            <w:r>
              <w:rPr>
                <w:sz w:val="18"/>
              </w:rPr>
              <w:t>MACN</w:t>
            </w:r>
          </w:p>
        </w:tc>
        <w:tc>
          <w:tcPr>
            <w:tcW w:w="1126" w:type="dxa"/>
          </w:tcPr>
          <w:p w14:paraId="70409994" w14:textId="77777777" w:rsidR="00540B47" w:rsidRDefault="00A32617">
            <w:r>
              <w:rPr>
                <w:i/>
                <w:sz w:val="18"/>
              </w:rPr>
              <w:t>Z. capensis</w:t>
            </w:r>
          </w:p>
        </w:tc>
        <w:tc>
          <w:tcPr>
            <w:tcW w:w="977" w:type="dxa"/>
          </w:tcPr>
          <w:p w14:paraId="7950B3D4" w14:textId="77777777" w:rsidR="00540B47" w:rsidRDefault="00A32617">
            <w:r>
              <w:rPr>
                <w:sz w:val="18"/>
              </w:rPr>
              <w:t>-40.6766</w:t>
            </w:r>
          </w:p>
        </w:tc>
        <w:tc>
          <w:tcPr>
            <w:tcW w:w="1107" w:type="dxa"/>
          </w:tcPr>
          <w:p w14:paraId="280FCFF7" w14:textId="77777777" w:rsidR="00540B47" w:rsidRDefault="00A32617">
            <w:r>
              <w:rPr>
                <w:sz w:val="18"/>
              </w:rPr>
              <w:t>-66.1670</w:t>
            </w:r>
          </w:p>
        </w:tc>
        <w:tc>
          <w:tcPr>
            <w:tcW w:w="1156" w:type="dxa"/>
          </w:tcPr>
          <w:p w14:paraId="01AA0BA1" w14:textId="77777777" w:rsidR="00540B47" w:rsidRDefault="00A32617">
            <w:r>
              <w:rPr>
                <w:sz w:val="18"/>
              </w:rPr>
              <w:t>2025-11-15</w:t>
            </w:r>
          </w:p>
        </w:tc>
        <w:tc>
          <w:tcPr>
            <w:tcW w:w="727" w:type="dxa"/>
          </w:tcPr>
          <w:p w14:paraId="738CCB3E" w14:textId="77777777" w:rsidR="00540B47" w:rsidRDefault="00A32617">
            <w:r>
              <w:rPr>
                <w:sz w:val="18"/>
              </w:rPr>
              <w:t>15:28</w:t>
            </w:r>
          </w:p>
        </w:tc>
        <w:tc>
          <w:tcPr>
            <w:tcW w:w="1561" w:type="dxa"/>
          </w:tcPr>
          <w:p w14:paraId="7B5E0CB9" w14:textId="77777777" w:rsidR="00540B47" w:rsidRDefault="00A32617">
            <w:r>
              <w:rPr>
                <w:sz w:val="18"/>
              </w:rPr>
              <w:t>Pablo L. Tubaro</w:t>
            </w:r>
          </w:p>
        </w:tc>
      </w:tr>
      <w:tr w:rsidR="00540B47" w14:paraId="645871DB" w14:textId="77777777" w:rsidTr="00DD565D">
        <w:tc>
          <w:tcPr>
            <w:tcW w:w="942" w:type="dxa"/>
          </w:tcPr>
          <w:p w14:paraId="405C9992" w14:textId="77777777" w:rsidR="00540B47" w:rsidRDefault="00A32617">
            <w:r>
              <w:rPr>
                <w:sz w:val="18"/>
              </w:rPr>
              <w:t>3918</w:t>
            </w:r>
          </w:p>
        </w:tc>
        <w:tc>
          <w:tcPr>
            <w:tcW w:w="1156" w:type="dxa"/>
          </w:tcPr>
          <w:p w14:paraId="3B7C4145" w14:textId="77777777" w:rsidR="00540B47" w:rsidRDefault="00A32617">
            <w:r>
              <w:rPr>
                <w:sz w:val="18"/>
              </w:rPr>
              <w:t>MACN</w:t>
            </w:r>
          </w:p>
        </w:tc>
        <w:tc>
          <w:tcPr>
            <w:tcW w:w="1126" w:type="dxa"/>
          </w:tcPr>
          <w:p w14:paraId="28E0B5A1" w14:textId="77777777" w:rsidR="00540B47" w:rsidRDefault="00A32617">
            <w:r>
              <w:rPr>
                <w:i/>
                <w:sz w:val="18"/>
              </w:rPr>
              <w:t>Z. capensis</w:t>
            </w:r>
          </w:p>
        </w:tc>
        <w:tc>
          <w:tcPr>
            <w:tcW w:w="977" w:type="dxa"/>
          </w:tcPr>
          <w:p w14:paraId="4FA4B8DB" w14:textId="77777777" w:rsidR="00540B47" w:rsidRDefault="00A32617">
            <w:r>
              <w:rPr>
                <w:sz w:val="18"/>
              </w:rPr>
              <w:t>-40.6766</w:t>
            </w:r>
          </w:p>
        </w:tc>
        <w:tc>
          <w:tcPr>
            <w:tcW w:w="1107" w:type="dxa"/>
          </w:tcPr>
          <w:p w14:paraId="7D547B74" w14:textId="77777777" w:rsidR="00540B47" w:rsidRDefault="00A32617">
            <w:r>
              <w:rPr>
                <w:sz w:val="18"/>
              </w:rPr>
              <w:t>-66.1670</w:t>
            </w:r>
          </w:p>
        </w:tc>
        <w:tc>
          <w:tcPr>
            <w:tcW w:w="1156" w:type="dxa"/>
          </w:tcPr>
          <w:p w14:paraId="2D10FF70" w14:textId="77777777" w:rsidR="00540B47" w:rsidRDefault="00A32617">
            <w:r>
              <w:rPr>
                <w:sz w:val="18"/>
              </w:rPr>
              <w:t>2025-11-15</w:t>
            </w:r>
          </w:p>
        </w:tc>
        <w:tc>
          <w:tcPr>
            <w:tcW w:w="727" w:type="dxa"/>
          </w:tcPr>
          <w:p w14:paraId="00242D8E" w14:textId="77777777" w:rsidR="00540B47" w:rsidRDefault="00A32617">
            <w:r>
              <w:rPr>
                <w:sz w:val="18"/>
              </w:rPr>
              <w:t>15:33</w:t>
            </w:r>
          </w:p>
        </w:tc>
        <w:tc>
          <w:tcPr>
            <w:tcW w:w="1561" w:type="dxa"/>
          </w:tcPr>
          <w:p w14:paraId="06F4471A" w14:textId="77777777" w:rsidR="00540B47" w:rsidRDefault="00A32617">
            <w:r>
              <w:rPr>
                <w:sz w:val="18"/>
              </w:rPr>
              <w:t>Pablo L. Tubaro</w:t>
            </w:r>
          </w:p>
        </w:tc>
      </w:tr>
      <w:tr w:rsidR="00540B47" w14:paraId="1D01F439" w14:textId="77777777" w:rsidTr="00DD565D">
        <w:tc>
          <w:tcPr>
            <w:tcW w:w="942" w:type="dxa"/>
          </w:tcPr>
          <w:p w14:paraId="3014DCBB" w14:textId="77777777" w:rsidR="00540B47" w:rsidRDefault="00A32617">
            <w:r>
              <w:rPr>
                <w:sz w:val="18"/>
              </w:rPr>
              <w:t>3919</w:t>
            </w:r>
          </w:p>
        </w:tc>
        <w:tc>
          <w:tcPr>
            <w:tcW w:w="1156" w:type="dxa"/>
          </w:tcPr>
          <w:p w14:paraId="2B64B7FE" w14:textId="77777777" w:rsidR="00540B47" w:rsidRDefault="00A32617">
            <w:r>
              <w:rPr>
                <w:sz w:val="18"/>
              </w:rPr>
              <w:t>MACN</w:t>
            </w:r>
          </w:p>
        </w:tc>
        <w:tc>
          <w:tcPr>
            <w:tcW w:w="1126" w:type="dxa"/>
          </w:tcPr>
          <w:p w14:paraId="51F35EBE" w14:textId="77777777" w:rsidR="00540B47" w:rsidRDefault="00A32617">
            <w:r>
              <w:rPr>
                <w:i/>
                <w:sz w:val="18"/>
              </w:rPr>
              <w:t>Z. capensis</w:t>
            </w:r>
          </w:p>
        </w:tc>
        <w:tc>
          <w:tcPr>
            <w:tcW w:w="977" w:type="dxa"/>
          </w:tcPr>
          <w:p w14:paraId="00868634" w14:textId="77777777" w:rsidR="00540B47" w:rsidRDefault="00A32617">
            <w:r>
              <w:rPr>
                <w:sz w:val="18"/>
              </w:rPr>
              <w:t>-40.6766</w:t>
            </w:r>
          </w:p>
        </w:tc>
        <w:tc>
          <w:tcPr>
            <w:tcW w:w="1107" w:type="dxa"/>
          </w:tcPr>
          <w:p w14:paraId="43D730F0" w14:textId="77777777" w:rsidR="00540B47" w:rsidRDefault="00A32617">
            <w:r>
              <w:rPr>
                <w:sz w:val="18"/>
              </w:rPr>
              <w:t>-66.1670</w:t>
            </w:r>
          </w:p>
        </w:tc>
        <w:tc>
          <w:tcPr>
            <w:tcW w:w="1156" w:type="dxa"/>
          </w:tcPr>
          <w:p w14:paraId="317D3BEF" w14:textId="77777777" w:rsidR="00540B47" w:rsidRDefault="00A32617">
            <w:r>
              <w:rPr>
                <w:sz w:val="18"/>
              </w:rPr>
              <w:t>2025-11-15</w:t>
            </w:r>
          </w:p>
        </w:tc>
        <w:tc>
          <w:tcPr>
            <w:tcW w:w="727" w:type="dxa"/>
          </w:tcPr>
          <w:p w14:paraId="2C710F79" w14:textId="77777777" w:rsidR="00540B47" w:rsidRDefault="00A32617">
            <w:r>
              <w:rPr>
                <w:sz w:val="18"/>
              </w:rPr>
              <w:t>15:37</w:t>
            </w:r>
          </w:p>
        </w:tc>
        <w:tc>
          <w:tcPr>
            <w:tcW w:w="1561" w:type="dxa"/>
          </w:tcPr>
          <w:p w14:paraId="086B7206" w14:textId="77777777" w:rsidR="00540B47" w:rsidRDefault="00A32617">
            <w:r>
              <w:rPr>
                <w:sz w:val="18"/>
              </w:rPr>
              <w:t>Pablo L. Tubaro</w:t>
            </w:r>
          </w:p>
        </w:tc>
      </w:tr>
      <w:tr w:rsidR="00540B47" w14:paraId="7C268C38" w14:textId="77777777" w:rsidTr="00DD565D">
        <w:tc>
          <w:tcPr>
            <w:tcW w:w="942" w:type="dxa"/>
          </w:tcPr>
          <w:p w14:paraId="6F02F057" w14:textId="77777777" w:rsidR="00540B47" w:rsidRDefault="00A32617">
            <w:r>
              <w:rPr>
                <w:sz w:val="18"/>
              </w:rPr>
              <w:t>3920</w:t>
            </w:r>
          </w:p>
        </w:tc>
        <w:tc>
          <w:tcPr>
            <w:tcW w:w="1156" w:type="dxa"/>
          </w:tcPr>
          <w:p w14:paraId="5ECB3E4D" w14:textId="77777777" w:rsidR="00540B47" w:rsidRDefault="00A32617">
            <w:r>
              <w:rPr>
                <w:sz w:val="18"/>
              </w:rPr>
              <w:t>MACN</w:t>
            </w:r>
          </w:p>
        </w:tc>
        <w:tc>
          <w:tcPr>
            <w:tcW w:w="1126" w:type="dxa"/>
          </w:tcPr>
          <w:p w14:paraId="36220430" w14:textId="77777777" w:rsidR="00540B47" w:rsidRDefault="00A32617">
            <w:r>
              <w:rPr>
                <w:i/>
                <w:sz w:val="18"/>
              </w:rPr>
              <w:t>Z. capensis</w:t>
            </w:r>
          </w:p>
        </w:tc>
        <w:tc>
          <w:tcPr>
            <w:tcW w:w="977" w:type="dxa"/>
          </w:tcPr>
          <w:p w14:paraId="520774B6" w14:textId="77777777" w:rsidR="00540B47" w:rsidRDefault="00A32617">
            <w:r>
              <w:rPr>
                <w:sz w:val="18"/>
              </w:rPr>
              <w:t>-40.4200</w:t>
            </w:r>
          </w:p>
        </w:tc>
        <w:tc>
          <w:tcPr>
            <w:tcW w:w="1107" w:type="dxa"/>
          </w:tcPr>
          <w:p w14:paraId="03154AB4" w14:textId="77777777" w:rsidR="00540B47" w:rsidRDefault="00A32617">
            <w:r>
              <w:rPr>
                <w:sz w:val="18"/>
              </w:rPr>
              <w:t>-66.0510</w:t>
            </w:r>
          </w:p>
        </w:tc>
        <w:tc>
          <w:tcPr>
            <w:tcW w:w="1156" w:type="dxa"/>
          </w:tcPr>
          <w:p w14:paraId="62DF9409" w14:textId="77777777" w:rsidR="00540B47" w:rsidRDefault="00A32617">
            <w:r>
              <w:rPr>
                <w:sz w:val="18"/>
              </w:rPr>
              <w:t>2025-11-15</w:t>
            </w:r>
          </w:p>
        </w:tc>
        <w:tc>
          <w:tcPr>
            <w:tcW w:w="727" w:type="dxa"/>
          </w:tcPr>
          <w:p w14:paraId="363F0366" w14:textId="77777777" w:rsidR="00540B47" w:rsidRDefault="00A32617">
            <w:r>
              <w:rPr>
                <w:sz w:val="18"/>
              </w:rPr>
              <w:t>16:13</w:t>
            </w:r>
          </w:p>
        </w:tc>
        <w:tc>
          <w:tcPr>
            <w:tcW w:w="1561" w:type="dxa"/>
          </w:tcPr>
          <w:p w14:paraId="2A7240A4" w14:textId="77777777" w:rsidR="00540B47" w:rsidRDefault="00A32617">
            <w:r>
              <w:rPr>
                <w:sz w:val="18"/>
              </w:rPr>
              <w:t>Pablo L. Tubaro</w:t>
            </w:r>
          </w:p>
        </w:tc>
      </w:tr>
      <w:tr w:rsidR="00540B47" w14:paraId="56E77098" w14:textId="77777777" w:rsidTr="00DD565D">
        <w:tc>
          <w:tcPr>
            <w:tcW w:w="942" w:type="dxa"/>
          </w:tcPr>
          <w:p w14:paraId="6DDE4CD5" w14:textId="77777777" w:rsidR="00540B47" w:rsidRDefault="00A32617">
            <w:r>
              <w:rPr>
                <w:sz w:val="18"/>
              </w:rPr>
              <w:t>3921</w:t>
            </w:r>
          </w:p>
        </w:tc>
        <w:tc>
          <w:tcPr>
            <w:tcW w:w="1156" w:type="dxa"/>
          </w:tcPr>
          <w:p w14:paraId="04367767" w14:textId="77777777" w:rsidR="00540B47" w:rsidRDefault="00A32617">
            <w:r>
              <w:rPr>
                <w:sz w:val="18"/>
              </w:rPr>
              <w:t>MACN</w:t>
            </w:r>
          </w:p>
        </w:tc>
        <w:tc>
          <w:tcPr>
            <w:tcW w:w="1126" w:type="dxa"/>
          </w:tcPr>
          <w:p w14:paraId="388F4CD0" w14:textId="77777777" w:rsidR="00540B47" w:rsidRDefault="00A32617">
            <w:r>
              <w:rPr>
                <w:i/>
                <w:sz w:val="18"/>
              </w:rPr>
              <w:t>Z. capensis</w:t>
            </w:r>
          </w:p>
        </w:tc>
        <w:tc>
          <w:tcPr>
            <w:tcW w:w="977" w:type="dxa"/>
          </w:tcPr>
          <w:p w14:paraId="6C828959" w14:textId="77777777" w:rsidR="00540B47" w:rsidRDefault="00A32617">
            <w:r>
              <w:rPr>
                <w:sz w:val="18"/>
              </w:rPr>
              <w:t>-39.9220</w:t>
            </w:r>
          </w:p>
        </w:tc>
        <w:tc>
          <w:tcPr>
            <w:tcW w:w="1107" w:type="dxa"/>
          </w:tcPr>
          <w:p w14:paraId="66DC079A" w14:textId="77777777" w:rsidR="00540B47" w:rsidRDefault="00A32617">
            <w:r>
              <w:rPr>
                <w:sz w:val="18"/>
              </w:rPr>
              <w:t>-65.9020</w:t>
            </w:r>
          </w:p>
        </w:tc>
        <w:tc>
          <w:tcPr>
            <w:tcW w:w="1156" w:type="dxa"/>
          </w:tcPr>
          <w:p w14:paraId="221C8AEB" w14:textId="77777777" w:rsidR="00540B47" w:rsidRDefault="00A32617">
            <w:r>
              <w:rPr>
                <w:sz w:val="18"/>
              </w:rPr>
              <w:t>2025-11-15</w:t>
            </w:r>
          </w:p>
        </w:tc>
        <w:tc>
          <w:tcPr>
            <w:tcW w:w="727" w:type="dxa"/>
          </w:tcPr>
          <w:p w14:paraId="3C0A2965" w14:textId="77777777" w:rsidR="00540B47" w:rsidRDefault="00A32617">
            <w:r>
              <w:rPr>
                <w:sz w:val="18"/>
              </w:rPr>
              <w:t>17:33</w:t>
            </w:r>
          </w:p>
        </w:tc>
        <w:tc>
          <w:tcPr>
            <w:tcW w:w="1561" w:type="dxa"/>
          </w:tcPr>
          <w:p w14:paraId="6CE2E13A" w14:textId="77777777" w:rsidR="00540B47" w:rsidRDefault="00A32617">
            <w:r>
              <w:rPr>
                <w:sz w:val="18"/>
              </w:rPr>
              <w:t>Pablo L. Tubaro</w:t>
            </w:r>
          </w:p>
        </w:tc>
      </w:tr>
      <w:tr w:rsidR="00540B47" w14:paraId="46EDD75E" w14:textId="77777777" w:rsidTr="00DD565D">
        <w:tc>
          <w:tcPr>
            <w:tcW w:w="942" w:type="dxa"/>
          </w:tcPr>
          <w:p w14:paraId="07D7613F" w14:textId="77777777" w:rsidR="00540B47" w:rsidRDefault="00A32617">
            <w:r>
              <w:rPr>
                <w:sz w:val="18"/>
              </w:rPr>
              <w:t>3922</w:t>
            </w:r>
          </w:p>
        </w:tc>
        <w:tc>
          <w:tcPr>
            <w:tcW w:w="1156" w:type="dxa"/>
          </w:tcPr>
          <w:p w14:paraId="6CBA622F" w14:textId="77777777" w:rsidR="00540B47" w:rsidRDefault="00A32617">
            <w:r>
              <w:rPr>
                <w:sz w:val="18"/>
              </w:rPr>
              <w:t>MACN</w:t>
            </w:r>
          </w:p>
        </w:tc>
        <w:tc>
          <w:tcPr>
            <w:tcW w:w="1126" w:type="dxa"/>
          </w:tcPr>
          <w:p w14:paraId="45559D09" w14:textId="77777777" w:rsidR="00540B47" w:rsidRDefault="00A32617">
            <w:r>
              <w:rPr>
                <w:i/>
                <w:sz w:val="18"/>
              </w:rPr>
              <w:t>Z. capensis</w:t>
            </w:r>
          </w:p>
        </w:tc>
        <w:tc>
          <w:tcPr>
            <w:tcW w:w="977" w:type="dxa"/>
          </w:tcPr>
          <w:p w14:paraId="007634C5" w14:textId="77777777" w:rsidR="00540B47" w:rsidRDefault="00A32617">
            <w:r>
              <w:rPr>
                <w:sz w:val="18"/>
              </w:rPr>
              <w:t>-39.9210</w:t>
            </w:r>
          </w:p>
        </w:tc>
        <w:tc>
          <w:tcPr>
            <w:tcW w:w="1107" w:type="dxa"/>
          </w:tcPr>
          <w:p w14:paraId="51D31C84" w14:textId="77777777" w:rsidR="00540B47" w:rsidRDefault="00A32617">
            <w:r>
              <w:rPr>
                <w:sz w:val="18"/>
              </w:rPr>
              <w:t>-65.9020</w:t>
            </w:r>
          </w:p>
        </w:tc>
        <w:tc>
          <w:tcPr>
            <w:tcW w:w="1156" w:type="dxa"/>
          </w:tcPr>
          <w:p w14:paraId="2AF9E193" w14:textId="77777777" w:rsidR="00540B47" w:rsidRDefault="00A32617">
            <w:r>
              <w:rPr>
                <w:sz w:val="18"/>
              </w:rPr>
              <w:t>2025-11-15</w:t>
            </w:r>
          </w:p>
        </w:tc>
        <w:tc>
          <w:tcPr>
            <w:tcW w:w="727" w:type="dxa"/>
          </w:tcPr>
          <w:p w14:paraId="4F4F9FBD" w14:textId="77777777" w:rsidR="00540B47" w:rsidRDefault="00A32617">
            <w:r>
              <w:rPr>
                <w:sz w:val="18"/>
              </w:rPr>
              <w:t>17:37</w:t>
            </w:r>
          </w:p>
        </w:tc>
        <w:tc>
          <w:tcPr>
            <w:tcW w:w="1561" w:type="dxa"/>
          </w:tcPr>
          <w:p w14:paraId="3CAFFF9C" w14:textId="77777777" w:rsidR="00540B47" w:rsidRDefault="00A32617">
            <w:r>
              <w:rPr>
                <w:sz w:val="18"/>
              </w:rPr>
              <w:t>Pablo L. Tubaro</w:t>
            </w:r>
          </w:p>
        </w:tc>
      </w:tr>
      <w:tr w:rsidR="00540B47" w14:paraId="6142C6A8" w14:textId="77777777" w:rsidTr="00DD565D">
        <w:tc>
          <w:tcPr>
            <w:tcW w:w="942" w:type="dxa"/>
          </w:tcPr>
          <w:p w14:paraId="2D6C06DE" w14:textId="77777777" w:rsidR="00540B47" w:rsidRDefault="00A32617">
            <w:r>
              <w:rPr>
                <w:sz w:val="18"/>
              </w:rPr>
              <w:t>3923</w:t>
            </w:r>
          </w:p>
        </w:tc>
        <w:tc>
          <w:tcPr>
            <w:tcW w:w="1156" w:type="dxa"/>
          </w:tcPr>
          <w:p w14:paraId="245044B2" w14:textId="77777777" w:rsidR="00540B47" w:rsidRDefault="00A32617">
            <w:r>
              <w:rPr>
                <w:sz w:val="18"/>
              </w:rPr>
              <w:t>MACN</w:t>
            </w:r>
          </w:p>
        </w:tc>
        <w:tc>
          <w:tcPr>
            <w:tcW w:w="1126" w:type="dxa"/>
          </w:tcPr>
          <w:p w14:paraId="36683688" w14:textId="77777777" w:rsidR="00540B47" w:rsidRDefault="00A32617">
            <w:r>
              <w:rPr>
                <w:i/>
                <w:sz w:val="18"/>
              </w:rPr>
              <w:t>Z. capensis</w:t>
            </w:r>
          </w:p>
        </w:tc>
        <w:tc>
          <w:tcPr>
            <w:tcW w:w="977" w:type="dxa"/>
          </w:tcPr>
          <w:p w14:paraId="5700DF63" w14:textId="77777777" w:rsidR="00540B47" w:rsidRDefault="00A32617">
            <w:r>
              <w:rPr>
                <w:sz w:val="18"/>
              </w:rPr>
              <w:t>-39.5709</w:t>
            </w:r>
          </w:p>
        </w:tc>
        <w:tc>
          <w:tcPr>
            <w:tcW w:w="1107" w:type="dxa"/>
          </w:tcPr>
          <w:p w14:paraId="5786CCF4" w14:textId="77777777" w:rsidR="00540B47" w:rsidRDefault="00A32617">
            <w:r>
              <w:rPr>
                <w:sz w:val="18"/>
              </w:rPr>
              <w:t>-65.6886</w:t>
            </w:r>
          </w:p>
        </w:tc>
        <w:tc>
          <w:tcPr>
            <w:tcW w:w="1156" w:type="dxa"/>
          </w:tcPr>
          <w:p w14:paraId="69718D5F" w14:textId="77777777" w:rsidR="00540B47" w:rsidRDefault="00A32617">
            <w:r>
              <w:rPr>
                <w:sz w:val="18"/>
              </w:rPr>
              <w:t>2025-11-15</w:t>
            </w:r>
          </w:p>
        </w:tc>
        <w:tc>
          <w:tcPr>
            <w:tcW w:w="727" w:type="dxa"/>
          </w:tcPr>
          <w:p w14:paraId="44496275" w14:textId="77777777" w:rsidR="00540B47" w:rsidRDefault="00A32617">
            <w:r>
              <w:rPr>
                <w:sz w:val="18"/>
              </w:rPr>
              <w:t>18:16</w:t>
            </w:r>
          </w:p>
        </w:tc>
        <w:tc>
          <w:tcPr>
            <w:tcW w:w="1561" w:type="dxa"/>
          </w:tcPr>
          <w:p w14:paraId="4E530063" w14:textId="77777777" w:rsidR="00540B47" w:rsidRDefault="00A32617">
            <w:r>
              <w:rPr>
                <w:sz w:val="18"/>
              </w:rPr>
              <w:t>Pablo L. Tubaro</w:t>
            </w:r>
          </w:p>
        </w:tc>
      </w:tr>
      <w:tr w:rsidR="00540B47" w14:paraId="27B31A7B" w14:textId="77777777" w:rsidTr="00DD565D">
        <w:tc>
          <w:tcPr>
            <w:tcW w:w="942" w:type="dxa"/>
          </w:tcPr>
          <w:p w14:paraId="59CBFC10" w14:textId="77777777" w:rsidR="00540B47" w:rsidRDefault="00A32617">
            <w:r>
              <w:rPr>
                <w:sz w:val="18"/>
              </w:rPr>
              <w:t>3924</w:t>
            </w:r>
          </w:p>
        </w:tc>
        <w:tc>
          <w:tcPr>
            <w:tcW w:w="1156" w:type="dxa"/>
          </w:tcPr>
          <w:p w14:paraId="0191D446" w14:textId="77777777" w:rsidR="00540B47" w:rsidRDefault="00A32617">
            <w:r>
              <w:rPr>
                <w:sz w:val="18"/>
              </w:rPr>
              <w:t>MACN</w:t>
            </w:r>
          </w:p>
        </w:tc>
        <w:tc>
          <w:tcPr>
            <w:tcW w:w="1126" w:type="dxa"/>
          </w:tcPr>
          <w:p w14:paraId="52892877" w14:textId="77777777" w:rsidR="00540B47" w:rsidRDefault="00A32617">
            <w:r>
              <w:rPr>
                <w:i/>
                <w:sz w:val="18"/>
              </w:rPr>
              <w:t>Z. capensis</w:t>
            </w:r>
          </w:p>
        </w:tc>
        <w:tc>
          <w:tcPr>
            <w:tcW w:w="977" w:type="dxa"/>
          </w:tcPr>
          <w:p w14:paraId="72E24F6B" w14:textId="77777777" w:rsidR="00540B47" w:rsidRDefault="00A32617">
            <w:r>
              <w:rPr>
                <w:sz w:val="18"/>
              </w:rPr>
              <w:t>-39.5709</w:t>
            </w:r>
          </w:p>
        </w:tc>
        <w:tc>
          <w:tcPr>
            <w:tcW w:w="1107" w:type="dxa"/>
          </w:tcPr>
          <w:p w14:paraId="6F0DC0A4" w14:textId="77777777" w:rsidR="00540B47" w:rsidRDefault="00A32617">
            <w:r>
              <w:rPr>
                <w:sz w:val="18"/>
              </w:rPr>
              <w:t>-65.6886</w:t>
            </w:r>
          </w:p>
        </w:tc>
        <w:tc>
          <w:tcPr>
            <w:tcW w:w="1156" w:type="dxa"/>
          </w:tcPr>
          <w:p w14:paraId="7DA44EAF" w14:textId="77777777" w:rsidR="00540B47" w:rsidRDefault="00A32617">
            <w:r>
              <w:rPr>
                <w:sz w:val="18"/>
              </w:rPr>
              <w:t>2025-11-15</w:t>
            </w:r>
          </w:p>
        </w:tc>
        <w:tc>
          <w:tcPr>
            <w:tcW w:w="727" w:type="dxa"/>
          </w:tcPr>
          <w:p w14:paraId="236B7A33" w14:textId="77777777" w:rsidR="00540B47" w:rsidRDefault="00A32617">
            <w:r>
              <w:rPr>
                <w:sz w:val="18"/>
              </w:rPr>
              <w:t>18:18</w:t>
            </w:r>
          </w:p>
        </w:tc>
        <w:tc>
          <w:tcPr>
            <w:tcW w:w="1561" w:type="dxa"/>
          </w:tcPr>
          <w:p w14:paraId="6D3BBC48" w14:textId="77777777" w:rsidR="00540B47" w:rsidRDefault="00A32617">
            <w:r>
              <w:rPr>
                <w:sz w:val="18"/>
              </w:rPr>
              <w:t>Pablo L. Tubaro</w:t>
            </w:r>
          </w:p>
        </w:tc>
      </w:tr>
      <w:tr w:rsidR="00540B47" w14:paraId="01C07937" w14:textId="77777777" w:rsidTr="00DD565D">
        <w:tc>
          <w:tcPr>
            <w:tcW w:w="942" w:type="dxa"/>
          </w:tcPr>
          <w:p w14:paraId="1D0BB222" w14:textId="77777777" w:rsidR="00540B47" w:rsidRDefault="00A32617">
            <w:r>
              <w:rPr>
                <w:sz w:val="18"/>
              </w:rPr>
              <w:t>3925</w:t>
            </w:r>
          </w:p>
        </w:tc>
        <w:tc>
          <w:tcPr>
            <w:tcW w:w="1156" w:type="dxa"/>
          </w:tcPr>
          <w:p w14:paraId="64BD86D6" w14:textId="77777777" w:rsidR="00540B47" w:rsidRDefault="00A32617">
            <w:r>
              <w:rPr>
                <w:sz w:val="18"/>
              </w:rPr>
              <w:t>MACN</w:t>
            </w:r>
          </w:p>
        </w:tc>
        <w:tc>
          <w:tcPr>
            <w:tcW w:w="1126" w:type="dxa"/>
          </w:tcPr>
          <w:p w14:paraId="55EA9A54" w14:textId="77777777" w:rsidR="00540B47" w:rsidRDefault="00A32617">
            <w:r>
              <w:rPr>
                <w:i/>
                <w:sz w:val="18"/>
              </w:rPr>
              <w:t>Z. capensis</w:t>
            </w:r>
          </w:p>
        </w:tc>
        <w:tc>
          <w:tcPr>
            <w:tcW w:w="977" w:type="dxa"/>
          </w:tcPr>
          <w:p w14:paraId="242F7982" w14:textId="77777777" w:rsidR="00540B47" w:rsidRDefault="00A32617">
            <w:r>
              <w:rPr>
                <w:sz w:val="18"/>
              </w:rPr>
              <w:t>-39.5750</w:t>
            </w:r>
          </w:p>
        </w:tc>
        <w:tc>
          <w:tcPr>
            <w:tcW w:w="1107" w:type="dxa"/>
          </w:tcPr>
          <w:p w14:paraId="4C5546C5" w14:textId="77777777" w:rsidR="00540B47" w:rsidRDefault="00A32617">
            <w:r>
              <w:rPr>
                <w:sz w:val="18"/>
              </w:rPr>
              <w:t>-65.6910</w:t>
            </w:r>
          </w:p>
        </w:tc>
        <w:tc>
          <w:tcPr>
            <w:tcW w:w="1156" w:type="dxa"/>
          </w:tcPr>
          <w:p w14:paraId="7E88C589" w14:textId="77777777" w:rsidR="00540B47" w:rsidRDefault="00A32617">
            <w:r>
              <w:rPr>
                <w:sz w:val="18"/>
              </w:rPr>
              <w:t>2025-11-15</w:t>
            </w:r>
          </w:p>
        </w:tc>
        <w:tc>
          <w:tcPr>
            <w:tcW w:w="727" w:type="dxa"/>
          </w:tcPr>
          <w:p w14:paraId="600F0E08" w14:textId="77777777" w:rsidR="00540B47" w:rsidRDefault="00A32617">
            <w:r>
              <w:rPr>
                <w:sz w:val="18"/>
              </w:rPr>
              <w:t>18:20</w:t>
            </w:r>
          </w:p>
        </w:tc>
        <w:tc>
          <w:tcPr>
            <w:tcW w:w="1561" w:type="dxa"/>
          </w:tcPr>
          <w:p w14:paraId="3C9A2D16" w14:textId="77777777" w:rsidR="00540B47" w:rsidRDefault="00A32617">
            <w:r>
              <w:rPr>
                <w:sz w:val="18"/>
              </w:rPr>
              <w:t>Pablo L. Tubaro</w:t>
            </w:r>
          </w:p>
        </w:tc>
      </w:tr>
      <w:tr w:rsidR="00540B47" w14:paraId="6CCF4271" w14:textId="77777777" w:rsidTr="00DD565D">
        <w:tc>
          <w:tcPr>
            <w:tcW w:w="942" w:type="dxa"/>
          </w:tcPr>
          <w:p w14:paraId="4FF6ECC0" w14:textId="77777777" w:rsidR="00540B47" w:rsidRDefault="00A32617">
            <w:r>
              <w:rPr>
                <w:sz w:val="18"/>
              </w:rPr>
              <w:t>3926</w:t>
            </w:r>
          </w:p>
        </w:tc>
        <w:tc>
          <w:tcPr>
            <w:tcW w:w="1156" w:type="dxa"/>
          </w:tcPr>
          <w:p w14:paraId="4EE55D50" w14:textId="77777777" w:rsidR="00540B47" w:rsidRDefault="00A32617">
            <w:r>
              <w:rPr>
                <w:sz w:val="18"/>
              </w:rPr>
              <w:t>MACN</w:t>
            </w:r>
          </w:p>
        </w:tc>
        <w:tc>
          <w:tcPr>
            <w:tcW w:w="1126" w:type="dxa"/>
          </w:tcPr>
          <w:p w14:paraId="5039B58E" w14:textId="77777777" w:rsidR="00540B47" w:rsidRDefault="00A32617">
            <w:r>
              <w:rPr>
                <w:i/>
                <w:sz w:val="18"/>
              </w:rPr>
              <w:t>Z. capensis</w:t>
            </w:r>
          </w:p>
        </w:tc>
        <w:tc>
          <w:tcPr>
            <w:tcW w:w="977" w:type="dxa"/>
          </w:tcPr>
          <w:p w14:paraId="50F6ED37" w14:textId="77777777" w:rsidR="00540B47" w:rsidRDefault="00A32617">
            <w:r>
              <w:rPr>
                <w:sz w:val="18"/>
              </w:rPr>
              <w:t>-38.9676</w:t>
            </w:r>
          </w:p>
        </w:tc>
        <w:tc>
          <w:tcPr>
            <w:tcW w:w="1107" w:type="dxa"/>
          </w:tcPr>
          <w:p w14:paraId="2BF72EA6" w14:textId="77777777" w:rsidR="00540B47" w:rsidRDefault="00A32617">
            <w:r>
              <w:rPr>
                <w:sz w:val="18"/>
              </w:rPr>
              <w:t>-64.0750</w:t>
            </w:r>
          </w:p>
        </w:tc>
        <w:tc>
          <w:tcPr>
            <w:tcW w:w="1156" w:type="dxa"/>
          </w:tcPr>
          <w:p w14:paraId="44C55DB6" w14:textId="77777777" w:rsidR="00540B47" w:rsidRDefault="00A32617">
            <w:r>
              <w:rPr>
                <w:sz w:val="18"/>
              </w:rPr>
              <w:t>2025-11-16</w:t>
            </w:r>
          </w:p>
        </w:tc>
        <w:tc>
          <w:tcPr>
            <w:tcW w:w="727" w:type="dxa"/>
          </w:tcPr>
          <w:p w14:paraId="62A8ECED" w14:textId="77777777" w:rsidR="00540B47" w:rsidRDefault="00A32617">
            <w:r>
              <w:rPr>
                <w:sz w:val="18"/>
              </w:rPr>
              <w:t>07:12</w:t>
            </w:r>
          </w:p>
        </w:tc>
        <w:tc>
          <w:tcPr>
            <w:tcW w:w="1561" w:type="dxa"/>
          </w:tcPr>
          <w:p w14:paraId="059629D3" w14:textId="77777777" w:rsidR="00540B47" w:rsidRDefault="00A32617">
            <w:r>
              <w:rPr>
                <w:sz w:val="18"/>
              </w:rPr>
              <w:t>Pablo L. Tubaro</w:t>
            </w:r>
          </w:p>
        </w:tc>
      </w:tr>
      <w:tr w:rsidR="00540B47" w14:paraId="59E8207F" w14:textId="77777777" w:rsidTr="00DD565D">
        <w:tc>
          <w:tcPr>
            <w:tcW w:w="942" w:type="dxa"/>
          </w:tcPr>
          <w:p w14:paraId="6634CB21" w14:textId="77777777" w:rsidR="00540B47" w:rsidRDefault="00A32617">
            <w:r>
              <w:rPr>
                <w:sz w:val="18"/>
              </w:rPr>
              <w:t>3927</w:t>
            </w:r>
          </w:p>
        </w:tc>
        <w:tc>
          <w:tcPr>
            <w:tcW w:w="1156" w:type="dxa"/>
          </w:tcPr>
          <w:p w14:paraId="1261A85A" w14:textId="77777777" w:rsidR="00540B47" w:rsidRDefault="00A32617">
            <w:r>
              <w:rPr>
                <w:sz w:val="18"/>
              </w:rPr>
              <w:t>MACN</w:t>
            </w:r>
          </w:p>
        </w:tc>
        <w:tc>
          <w:tcPr>
            <w:tcW w:w="1126" w:type="dxa"/>
          </w:tcPr>
          <w:p w14:paraId="478445BC" w14:textId="77777777" w:rsidR="00540B47" w:rsidRDefault="00A32617">
            <w:r>
              <w:rPr>
                <w:i/>
                <w:sz w:val="18"/>
              </w:rPr>
              <w:t>Z. capensis</w:t>
            </w:r>
          </w:p>
        </w:tc>
        <w:tc>
          <w:tcPr>
            <w:tcW w:w="977" w:type="dxa"/>
          </w:tcPr>
          <w:p w14:paraId="38740A40" w14:textId="77777777" w:rsidR="00540B47" w:rsidRDefault="00A32617">
            <w:r>
              <w:rPr>
                <w:sz w:val="18"/>
              </w:rPr>
              <w:t>-38.7590</w:t>
            </w:r>
          </w:p>
        </w:tc>
        <w:tc>
          <w:tcPr>
            <w:tcW w:w="1107" w:type="dxa"/>
          </w:tcPr>
          <w:p w14:paraId="56BA01A1" w14:textId="77777777" w:rsidR="00540B47" w:rsidRDefault="00A32617">
            <w:r>
              <w:rPr>
                <w:sz w:val="18"/>
              </w:rPr>
              <w:t>-64.0770</w:t>
            </w:r>
          </w:p>
        </w:tc>
        <w:tc>
          <w:tcPr>
            <w:tcW w:w="1156" w:type="dxa"/>
          </w:tcPr>
          <w:p w14:paraId="38DD6929" w14:textId="77777777" w:rsidR="00540B47" w:rsidRDefault="00A32617">
            <w:r>
              <w:rPr>
                <w:sz w:val="18"/>
              </w:rPr>
              <w:t>2025-11-16</w:t>
            </w:r>
          </w:p>
        </w:tc>
        <w:tc>
          <w:tcPr>
            <w:tcW w:w="727" w:type="dxa"/>
          </w:tcPr>
          <w:p w14:paraId="21182469" w14:textId="77777777" w:rsidR="00540B47" w:rsidRDefault="00A32617">
            <w:r>
              <w:rPr>
                <w:sz w:val="18"/>
              </w:rPr>
              <w:t>07:29</w:t>
            </w:r>
          </w:p>
        </w:tc>
        <w:tc>
          <w:tcPr>
            <w:tcW w:w="1561" w:type="dxa"/>
          </w:tcPr>
          <w:p w14:paraId="363993CE" w14:textId="77777777" w:rsidR="00540B47" w:rsidRDefault="00A32617">
            <w:r>
              <w:rPr>
                <w:sz w:val="18"/>
              </w:rPr>
              <w:t>Pablo L. Tubaro</w:t>
            </w:r>
          </w:p>
        </w:tc>
      </w:tr>
      <w:tr w:rsidR="00540B47" w14:paraId="14E54D62" w14:textId="77777777" w:rsidTr="00DD565D">
        <w:tc>
          <w:tcPr>
            <w:tcW w:w="942" w:type="dxa"/>
          </w:tcPr>
          <w:p w14:paraId="3933A019" w14:textId="77777777" w:rsidR="00540B47" w:rsidRDefault="00A32617">
            <w:r>
              <w:rPr>
                <w:sz w:val="18"/>
              </w:rPr>
              <w:t>3928</w:t>
            </w:r>
          </w:p>
        </w:tc>
        <w:tc>
          <w:tcPr>
            <w:tcW w:w="1156" w:type="dxa"/>
          </w:tcPr>
          <w:p w14:paraId="0C91B182" w14:textId="77777777" w:rsidR="00540B47" w:rsidRDefault="00A32617">
            <w:r>
              <w:rPr>
                <w:sz w:val="18"/>
              </w:rPr>
              <w:t>MACN</w:t>
            </w:r>
          </w:p>
        </w:tc>
        <w:tc>
          <w:tcPr>
            <w:tcW w:w="1126" w:type="dxa"/>
          </w:tcPr>
          <w:p w14:paraId="4C537436" w14:textId="77777777" w:rsidR="00540B47" w:rsidRDefault="00A32617">
            <w:r>
              <w:rPr>
                <w:i/>
                <w:sz w:val="18"/>
              </w:rPr>
              <w:t>Z. capensis</w:t>
            </w:r>
          </w:p>
        </w:tc>
        <w:tc>
          <w:tcPr>
            <w:tcW w:w="977" w:type="dxa"/>
          </w:tcPr>
          <w:p w14:paraId="389E06FF" w14:textId="77777777" w:rsidR="00540B47" w:rsidRDefault="00A32617">
            <w:r>
              <w:rPr>
                <w:sz w:val="18"/>
              </w:rPr>
              <w:t>-38.7590</w:t>
            </w:r>
          </w:p>
        </w:tc>
        <w:tc>
          <w:tcPr>
            <w:tcW w:w="1107" w:type="dxa"/>
          </w:tcPr>
          <w:p w14:paraId="217F3423" w14:textId="77777777" w:rsidR="00540B47" w:rsidRDefault="00A32617">
            <w:r>
              <w:rPr>
                <w:sz w:val="18"/>
              </w:rPr>
              <w:t>-64.0770</w:t>
            </w:r>
          </w:p>
        </w:tc>
        <w:tc>
          <w:tcPr>
            <w:tcW w:w="1156" w:type="dxa"/>
          </w:tcPr>
          <w:p w14:paraId="27FFF1D7" w14:textId="77777777" w:rsidR="00540B47" w:rsidRDefault="00A32617">
            <w:r>
              <w:rPr>
                <w:sz w:val="18"/>
              </w:rPr>
              <w:t>2025-11-16</w:t>
            </w:r>
          </w:p>
        </w:tc>
        <w:tc>
          <w:tcPr>
            <w:tcW w:w="727" w:type="dxa"/>
          </w:tcPr>
          <w:p w14:paraId="20ED97C1" w14:textId="77777777" w:rsidR="00540B47" w:rsidRDefault="00A32617">
            <w:r>
              <w:rPr>
                <w:sz w:val="18"/>
              </w:rPr>
              <w:t>07:32</w:t>
            </w:r>
          </w:p>
        </w:tc>
        <w:tc>
          <w:tcPr>
            <w:tcW w:w="1561" w:type="dxa"/>
          </w:tcPr>
          <w:p w14:paraId="55E38800" w14:textId="77777777" w:rsidR="00540B47" w:rsidRDefault="00A32617">
            <w:r>
              <w:rPr>
                <w:sz w:val="18"/>
              </w:rPr>
              <w:t>Pablo L. Tubaro</w:t>
            </w:r>
          </w:p>
        </w:tc>
      </w:tr>
      <w:tr w:rsidR="00540B47" w14:paraId="16238DC3" w14:textId="77777777" w:rsidTr="00DD565D">
        <w:tc>
          <w:tcPr>
            <w:tcW w:w="942" w:type="dxa"/>
          </w:tcPr>
          <w:p w14:paraId="3BD652DD" w14:textId="77777777" w:rsidR="00540B47" w:rsidRDefault="00A32617">
            <w:r>
              <w:rPr>
                <w:sz w:val="18"/>
              </w:rPr>
              <w:t>3929</w:t>
            </w:r>
          </w:p>
        </w:tc>
        <w:tc>
          <w:tcPr>
            <w:tcW w:w="1156" w:type="dxa"/>
          </w:tcPr>
          <w:p w14:paraId="2835ACD9" w14:textId="77777777" w:rsidR="00540B47" w:rsidRDefault="00A32617">
            <w:r>
              <w:rPr>
                <w:sz w:val="18"/>
              </w:rPr>
              <w:t>MACN</w:t>
            </w:r>
          </w:p>
        </w:tc>
        <w:tc>
          <w:tcPr>
            <w:tcW w:w="1126" w:type="dxa"/>
          </w:tcPr>
          <w:p w14:paraId="2E34BC07" w14:textId="77777777" w:rsidR="00540B47" w:rsidRDefault="00A32617">
            <w:r>
              <w:rPr>
                <w:i/>
                <w:sz w:val="18"/>
              </w:rPr>
              <w:t>Z. capensis</w:t>
            </w:r>
          </w:p>
        </w:tc>
        <w:tc>
          <w:tcPr>
            <w:tcW w:w="977" w:type="dxa"/>
          </w:tcPr>
          <w:p w14:paraId="381E1F0D" w14:textId="77777777" w:rsidR="00540B47" w:rsidRDefault="00A32617">
            <w:r>
              <w:rPr>
                <w:sz w:val="18"/>
              </w:rPr>
              <w:t>-38.7590</w:t>
            </w:r>
          </w:p>
        </w:tc>
        <w:tc>
          <w:tcPr>
            <w:tcW w:w="1107" w:type="dxa"/>
          </w:tcPr>
          <w:p w14:paraId="769A0CA3" w14:textId="77777777" w:rsidR="00540B47" w:rsidRDefault="00A32617">
            <w:r>
              <w:rPr>
                <w:sz w:val="18"/>
              </w:rPr>
              <w:t>-64.0770</w:t>
            </w:r>
          </w:p>
        </w:tc>
        <w:tc>
          <w:tcPr>
            <w:tcW w:w="1156" w:type="dxa"/>
          </w:tcPr>
          <w:p w14:paraId="0EE3BE08" w14:textId="77777777" w:rsidR="00540B47" w:rsidRDefault="00A32617">
            <w:r>
              <w:rPr>
                <w:sz w:val="18"/>
              </w:rPr>
              <w:t>2025-11-16</w:t>
            </w:r>
          </w:p>
        </w:tc>
        <w:tc>
          <w:tcPr>
            <w:tcW w:w="727" w:type="dxa"/>
          </w:tcPr>
          <w:p w14:paraId="51FDF346" w14:textId="77777777" w:rsidR="00540B47" w:rsidRDefault="00A32617">
            <w:r>
              <w:rPr>
                <w:sz w:val="18"/>
              </w:rPr>
              <w:t>07:52</w:t>
            </w:r>
          </w:p>
        </w:tc>
        <w:tc>
          <w:tcPr>
            <w:tcW w:w="1561" w:type="dxa"/>
          </w:tcPr>
          <w:p w14:paraId="166AB161" w14:textId="77777777" w:rsidR="00540B47" w:rsidRDefault="00A32617">
            <w:r>
              <w:rPr>
                <w:sz w:val="18"/>
              </w:rPr>
              <w:t>Pablo L. Tubaro</w:t>
            </w:r>
          </w:p>
        </w:tc>
      </w:tr>
      <w:tr w:rsidR="00540B47" w14:paraId="15CC1CDC" w14:textId="77777777" w:rsidTr="00DD565D">
        <w:tc>
          <w:tcPr>
            <w:tcW w:w="942" w:type="dxa"/>
          </w:tcPr>
          <w:p w14:paraId="6D023C2B" w14:textId="77777777" w:rsidR="00540B47" w:rsidRDefault="00A32617">
            <w:r>
              <w:rPr>
                <w:sz w:val="18"/>
              </w:rPr>
              <w:t>3930</w:t>
            </w:r>
          </w:p>
        </w:tc>
        <w:tc>
          <w:tcPr>
            <w:tcW w:w="1156" w:type="dxa"/>
          </w:tcPr>
          <w:p w14:paraId="09CB1EA8" w14:textId="77777777" w:rsidR="00540B47" w:rsidRDefault="00A32617">
            <w:r>
              <w:rPr>
                <w:sz w:val="18"/>
              </w:rPr>
              <w:t>MACN</w:t>
            </w:r>
          </w:p>
        </w:tc>
        <w:tc>
          <w:tcPr>
            <w:tcW w:w="1126" w:type="dxa"/>
          </w:tcPr>
          <w:p w14:paraId="5063CF33" w14:textId="77777777" w:rsidR="00540B47" w:rsidRDefault="00A32617">
            <w:r>
              <w:rPr>
                <w:i/>
                <w:sz w:val="18"/>
              </w:rPr>
              <w:t>Z. capensis</w:t>
            </w:r>
          </w:p>
        </w:tc>
        <w:tc>
          <w:tcPr>
            <w:tcW w:w="977" w:type="dxa"/>
          </w:tcPr>
          <w:p w14:paraId="2010ABE6" w14:textId="77777777" w:rsidR="00540B47" w:rsidRDefault="00A32617">
            <w:r>
              <w:rPr>
                <w:sz w:val="18"/>
              </w:rPr>
              <w:t>-38.5380</w:t>
            </w:r>
          </w:p>
        </w:tc>
        <w:tc>
          <w:tcPr>
            <w:tcW w:w="1107" w:type="dxa"/>
          </w:tcPr>
          <w:p w14:paraId="3A9F5E43" w14:textId="77777777" w:rsidR="00540B47" w:rsidRDefault="00A32617">
            <w:r>
              <w:rPr>
                <w:sz w:val="18"/>
              </w:rPr>
              <w:t>-64.0720</w:t>
            </w:r>
          </w:p>
        </w:tc>
        <w:tc>
          <w:tcPr>
            <w:tcW w:w="1156" w:type="dxa"/>
          </w:tcPr>
          <w:p w14:paraId="0EF003AA" w14:textId="77777777" w:rsidR="00540B47" w:rsidRDefault="00A32617">
            <w:r>
              <w:rPr>
                <w:sz w:val="18"/>
              </w:rPr>
              <w:t>2025-11-16</w:t>
            </w:r>
          </w:p>
        </w:tc>
        <w:tc>
          <w:tcPr>
            <w:tcW w:w="727" w:type="dxa"/>
          </w:tcPr>
          <w:p w14:paraId="28C943A3" w14:textId="77777777" w:rsidR="00540B47" w:rsidRDefault="00A32617">
            <w:r>
              <w:rPr>
                <w:sz w:val="18"/>
              </w:rPr>
              <w:t>07:56</w:t>
            </w:r>
          </w:p>
        </w:tc>
        <w:tc>
          <w:tcPr>
            <w:tcW w:w="1561" w:type="dxa"/>
          </w:tcPr>
          <w:p w14:paraId="4C348481" w14:textId="77777777" w:rsidR="00540B47" w:rsidRDefault="00A32617">
            <w:r>
              <w:rPr>
                <w:sz w:val="18"/>
              </w:rPr>
              <w:t>Pablo L. Tubaro</w:t>
            </w:r>
          </w:p>
        </w:tc>
      </w:tr>
      <w:tr w:rsidR="00540B47" w14:paraId="43F65F5F" w14:textId="77777777" w:rsidTr="00DD565D">
        <w:tc>
          <w:tcPr>
            <w:tcW w:w="942" w:type="dxa"/>
          </w:tcPr>
          <w:p w14:paraId="527BEF26" w14:textId="77777777" w:rsidR="00540B47" w:rsidRDefault="00A32617">
            <w:r>
              <w:rPr>
                <w:sz w:val="18"/>
              </w:rPr>
              <w:t>3931</w:t>
            </w:r>
          </w:p>
        </w:tc>
        <w:tc>
          <w:tcPr>
            <w:tcW w:w="1156" w:type="dxa"/>
          </w:tcPr>
          <w:p w14:paraId="77926CBA" w14:textId="77777777" w:rsidR="00540B47" w:rsidRDefault="00A32617">
            <w:r>
              <w:rPr>
                <w:sz w:val="18"/>
              </w:rPr>
              <w:t>MACN</w:t>
            </w:r>
          </w:p>
        </w:tc>
        <w:tc>
          <w:tcPr>
            <w:tcW w:w="1126" w:type="dxa"/>
          </w:tcPr>
          <w:p w14:paraId="4762194D" w14:textId="77777777" w:rsidR="00540B47" w:rsidRDefault="00A32617">
            <w:r>
              <w:rPr>
                <w:i/>
                <w:sz w:val="18"/>
              </w:rPr>
              <w:t>Z. capensis</w:t>
            </w:r>
          </w:p>
        </w:tc>
        <w:tc>
          <w:tcPr>
            <w:tcW w:w="977" w:type="dxa"/>
          </w:tcPr>
          <w:p w14:paraId="19717106" w14:textId="77777777" w:rsidR="00540B47" w:rsidRDefault="00A32617">
            <w:r>
              <w:rPr>
                <w:sz w:val="18"/>
              </w:rPr>
              <w:t>-38.5380</w:t>
            </w:r>
          </w:p>
        </w:tc>
        <w:tc>
          <w:tcPr>
            <w:tcW w:w="1107" w:type="dxa"/>
          </w:tcPr>
          <w:p w14:paraId="3009A2AF" w14:textId="77777777" w:rsidR="00540B47" w:rsidRDefault="00A32617">
            <w:r>
              <w:rPr>
                <w:sz w:val="18"/>
              </w:rPr>
              <w:t>-64.0720</w:t>
            </w:r>
          </w:p>
        </w:tc>
        <w:tc>
          <w:tcPr>
            <w:tcW w:w="1156" w:type="dxa"/>
          </w:tcPr>
          <w:p w14:paraId="7CB2F38E" w14:textId="77777777" w:rsidR="00540B47" w:rsidRDefault="00A32617">
            <w:r>
              <w:rPr>
                <w:sz w:val="18"/>
              </w:rPr>
              <w:t>2025-11-16</w:t>
            </w:r>
          </w:p>
        </w:tc>
        <w:tc>
          <w:tcPr>
            <w:tcW w:w="727" w:type="dxa"/>
          </w:tcPr>
          <w:p w14:paraId="78368292" w14:textId="77777777" w:rsidR="00540B47" w:rsidRDefault="00A32617">
            <w:r>
              <w:rPr>
                <w:sz w:val="18"/>
              </w:rPr>
              <w:t>07:59</w:t>
            </w:r>
          </w:p>
        </w:tc>
        <w:tc>
          <w:tcPr>
            <w:tcW w:w="1561" w:type="dxa"/>
          </w:tcPr>
          <w:p w14:paraId="5E3C2222" w14:textId="77777777" w:rsidR="00540B47" w:rsidRDefault="00A32617">
            <w:r>
              <w:rPr>
                <w:sz w:val="18"/>
              </w:rPr>
              <w:t>Pablo L. Tubaro</w:t>
            </w:r>
          </w:p>
        </w:tc>
      </w:tr>
      <w:tr w:rsidR="00540B47" w14:paraId="50E6F1AD" w14:textId="77777777" w:rsidTr="00DD565D">
        <w:tc>
          <w:tcPr>
            <w:tcW w:w="942" w:type="dxa"/>
          </w:tcPr>
          <w:p w14:paraId="5DB5A45D" w14:textId="77777777" w:rsidR="00540B47" w:rsidRDefault="00A32617">
            <w:r>
              <w:rPr>
                <w:sz w:val="18"/>
              </w:rPr>
              <w:t>3932</w:t>
            </w:r>
          </w:p>
        </w:tc>
        <w:tc>
          <w:tcPr>
            <w:tcW w:w="1156" w:type="dxa"/>
          </w:tcPr>
          <w:p w14:paraId="1C6F705C" w14:textId="77777777" w:rsidR="00540B47" w:rsidRDefault="00A32617">
            <w:r>
              <w:rPr>
                <w:sz w:val="18"/>
              </w:rPr>
              <w:t>MACN</w:t>
            </w:r>
          </w:p>
        </w:tc>
        <w:tc>
          <w:tcPr>
            <w:tcW w:w="1126" w:type="dxa"/>
          </w:tcPr>
          <w:p w14:paraId="7A363476" w14:textId="77777777" w:rsidR="00540B47" w:rsidRDefault="00A32617">
            <w:r>
              <w:rPr>
                <w:i/>
                <w:sz w:val="18"/>
              </w:rPr>
              <w:t>Z. capensis</w:t>
            </w:r>
          </w:p>
        </w:tc>
        <w:tc>
          <w:tcPr>
            <w:tcW w:w="977" w:type="dxa"/>
          </w:tcPr>
          <w:p w14:paraId="0C87982B" w14:textId="77777777" w:rsidR="00540B47" w:rsidRDefault="00A32617">
            <w:r>
              <w:rPr>
                <w:sz w:val="18"/>
              </w:rPr>
              <w:t>-38.2286</w:t>
            </w:r>
          </w:p>
        </w:tc>
        <w:tc>
          <w:tcPr>
            <w:tcW w:w="1107" w:type="dxa"/>
          </w:tcPr>
          <w:p w14:paraId="48E5627E" w14:textId="77777777" w:rsidR="00540B47" w:rsidRDefault="00A32617">
            <w:r>
              <w:rPr>
                <w:sz w:val="18"/>
              </w:rPr>
              <w:t>-64.0711</w:t>
            </w:r>
          </w:p>
        </w:tc>
        <w:tc>
          <w:tcPr>
            <w:tcW w:w="1156" w:type="dxa"/>
          </w:tcPr>
          <w:p w14:paraId="23005072" w14:textId="77777777" w:rsidR="00540B47" w:rsidRDefault="00A32617">
            <w:r>
              <w:rPr>
                <w:sz w:val="18"/>
              </w:rPr>
              <w:t>2025-11-16</w:t>
            </w:r>
          </w:p>
        </w:tc>
        <w:tc>
          <w:tcPr>
            <w:tcW w:w="727" w:type="dxa"/>
          </w:tcPr>
          <w:p w14:paraId="5E1AE2A1" w14:textId="77777777" w:rsidR="00540B47" w:rsidRDefault="00A32617">
            <w:r>
              <w:rPr>
                <w:sz w:val="18"/>
              </w:rPr>
              <w:t>08:41</w:t>
            </w:r>
          </w:p>
        </w:tc>
        <w:tc>
          <w:tcPr>
            <w:tcW w:w="1561" w:type="dxa"/>
          </w:tcPr>
          <w:p w14:paraId="487523B0" w14:textId="77777777" w:rsidR="00540B47" w:rsidRDefault="00A32617">
            <w:r>
              <w:rPr>
                <w:sz w:val="18"/>
              </w:rPr>
              <w:t>Agustin I. Casale</w:t>
            </w:r>
          </w:p>
        </w:tc>
      </w:tr>
      <w:tr w:rsidR="00540B47" w14:paraId="27390D71" w14:textId="77777777" w:rsidTr="00DD565D">
        <w:tc>
          <w:tcPr>
            <w:tcW w:w="942" w:type="dxa"/>
          </w:tcPr>
          <w:p w14:paraId="46D2526A" w14:textId="77777777" w:rsidR="00540B47" w:rsidRDefault="00A32617">
            <w:r>
              <w:rPr>
                <w:sz w:val="18"/>
              </w:rPr>
              <w:t>3933</w:t>
            </w:r>
          </w:p>
        </w:tc>
        <w:tc>
          <w:tcPr>
            <w:tcW w:w="1156" w:type="dxa"/>
          </w:tcPr>
          <w:p w14:paraId="0DB07AD0" w14:textId="77777777" w:rsidR="00540B47" w:rsidRDefault="00A32617">
            <w:r>
              <w:rPr>
                <w:sz w:val="18"/>
              </w:rPr>
              <w:t>MACN</w:t>
            </w:r>
          </w:p>
        </w:tc>
        <w:tc>
          <w:tcPr>
            <w:tcW w:w="1126" w:type="dxa"/>
          </w:tcPr>
          <w:p w14:paraId="466429EC" w14:textId="77777777" w:rsidR="00540B47" w:rsidRDefault="00A32617">
            <w:r>
              <w:rPr>
                <w:i/>
                <w:sz w:val="18"/>
              </w:rPr>
              <w:t>Z. capensis</w:t>
            </w:r>
          </w:p>
        </w:tc>
        <w:tc>
          <w:tcPr>
            <w:tcW w:w="977" w:type="dxa"/>
          </w:tcPr>
          <w:p w14:paraId="0BA90A98" w14:textId="77777777" w:rsidR="00540B47" w:rsidRDefault="00A32617">
            <w:r>
              <w:rPr>
                <w:sz w:val="18"/>
              </w:rPr>
              <w:t>-38.5380</w:t>
            </w:r>
          </w:p>
        </w:tc>
        <w:tc>
          <w:tcPr>
            <w:tcW w:w="1107" w:type="dxa"/>
          </w:tcPr>
          <w:p w14:paraId="6F08241C" w14:textId="77777777" w:rsidR="00540B47" w:rsidRDefault="00A32617">
            <w:r>
              <w:rPr>
                <w:sz w:val="18"/>
              </w:rPr>
              <w:t>-64.0710</w:t>
            </w:r>
          </w:p>
        </w:tc>
        <w:tc>
          <w:tcPr>
            <w:tcW w:w="1156" w:type="dxa"/>
          </w:tcPr>
          <w:p w14:paraId="265E3D89" w14:textId="77777777" w:rsidR="00540B47" w:rsidRDefault="00A32617">
            <w:r>
              <w:rPr>
                <w:sz w:val="18"/>
              </w:rPr>
              <w:t>2025-11-16</w:t>
            </w:r>
          </w:p>
        </w:tc>
        <w:tc>
          <w:tcPr>
            <w:tcW w:w="727" w:type="dxa"/>
          </w:tcPr>
          <w:p w14:paraId="086B71E3" w14:textId="77777777" w:rsidR="00540B47" w:rsidRDefault="00A32617">
            <w:r>
              <w:rPr>
                <w:sz w:val="18"/>
              </w:rPr>
              <w:t>08:02</w:t>
            </w:r>
          </w:p>
        </w:tc>
        <w:tc>
          <w:tcPr>
            <w:tcW w:w="1561" w:type="dxa"/>
          </w:tcPr>
          <w:p w14:paraId="1CFCBF06" w14:textId="77777777" w:rsidR="00540B47" w:rsidRDefault="00A32617">
            <w:r>
              <w:rPr>
                <w:sz w:val="18"/>
              </w:rPr>
              <w:t>Pablo L. Tubaro</w:t>
            </w:r>
          </w:p>
        </w:tc>
      </w:tr>
      <w:tr w:rsidR="00540B47" w14:paraId="4C805D33" w14:textId="77777777" w:rsidTr="00DD565D">
        <w:tc>
          <w:tcPr>
            <w:tcW w:w="942" w:type="dxa"/>
          </w:tcPr>
          <w:p w14:paraId="52C56DBC" w14:textId="77777777" w:rsidR="00540B47" w:rsidRDefault="00A32617">
            <w:r>
              <w:rPr>
                <w:sz w:val="18"/>
              </w:rPr>
              <w:t>3934</w:t>
            </w:r>
          </w:p>
        </w:tc>
        <w:tc>
          <w:tcPr>
            <w:tcW w:w="1156" w:type="dxa"/>
          </w:tcPr>
          <w:p w14:paraId="7B0F9C49" w14:textId="77777777" w:rsidR="00540B47" w:rsidRDefault="00A32617">
            <w:r>
              <w:rPr>
                <w:sz w:val="18"/>
              </w:rPr>
              <w:t>MACN</w:t>
            </w:r>
          </w:p>
        </w:tc>
        <w:tc>
          <w:tcPr>
            <w:tcW w:w="1126" w:type="dxa"/>
          </w:tcPr>
          <w:p w14:paraId="20EB984E" w14:textId="77777777" w:rsidR="00540B47" w:rsidRDefault="00A32617">
            <w:r>
              <w:rPr>
                <w:i/>
                <w:sz w:val="18"/>
              </w:rPr>
              <w:t>Z. capensis</w:t>
            </w:r>
          </w:p>
        </w:tc>
        <w:tc>
          <w:tcPr>
            <w:tcW w:w="977" w:type="dxa"/>
          </w:tcPr>
          <w:p w14:paraId="093E9E83" w14:textId="77777777" w:rsidR="00540B47" w:rsidRDefault="00A32617">
            <w:r>
              <w:rPr>
                <w:sz w:val="18"/>
              </w:rPr>
              <w:t>-38.5370</w:t>
            </w:r>
          </w:p>
        </w:tc>
        <w:tc>
          <w:tcPr>
            <w:tcW w:w="1107" w:type="dxa"/>
          </w:tcPr>
          <w:p w14:paraId="4253C794" w14:textId="77777777" w:rsidR="00540B47" w:rsidRDefault="00A32617">
            <w:r>
              <w:rPr>
                <w:sz w:val="18"/>
              </w:rPr>
              <w:t>-64.0710</w:t>
            </w:r>
          </w:p>
        </w:tc>
        <w:tc>
          <w:tcPr>
            <w:tcW w:w="1156" w:type="dxa"/>
          </w:tcPr>
          <w:p w14:paraId="231C5741" w14:textId="77777777" w:rsidR="00540B47" w:rsidRDefault="00A32617">
            <w:r>
              <w:rPr>
                <w:sz w:val="18"/>
              </w:rPr>
              <w:t>2025-11-16</w:t>
            </w:r>
          </w:p>
        </w:tc>
        <w:tc>
          <w:tcPr>
            <w:tcW w:w="727" w:type="dxa"/>
          </w:tcPr>
          <w:p w14:paraId="114C0DF7" w14:textId="77777777" w:rsidR="00540B47" w:rsidRDefault="00A32617">
            <w:r>
              <w:rPr>
                <w:sz w:val="18"/>
              </w:rPr>
              <w:t>08:22</w:t>
            </w:r>
          </w:p>
        </w:tc>
        <w:tc>
          <w:tcPr>
            <w:tcW w:w="1561" w:type="dxa"/>
          </w:tcPr>
          <w:p w14:paraId="2DC07CCC" w14:textId="77777777" w:rsidR="00540B47" w:rsidRDefault="00A32617">
            <w:r>
              <w:rPr>
                <w:sz w:val="18"/>
              </w:rPr>
              <w:t>Pablo L. Tubaro</w:t>
            </w:r>
          </w:p>
        </w:tc>
      </w:tr>
      <w:tr w:rsidR="00540B47" w14:paraId="073E08C3" w14:textId="77777777" w:rsidTr="00DD565D">
        <w:tc>
          <w:tcPr>
            <w:tcW w:w="942" w:type="dxa"/>
          </w:tcPr>
          <w:p w14:paraId="7384451E" w14:textId="77777777" w:rsidR="00540B47" w:rsidRDefault="00A32617">
            <w:r>
              <w:rPr>
                <w:sz w:val="18"/>
              </w:rPr>
              <w:t>3935</w:t>
            </w:r>
          </w:p>
        </w:tc>
        <w:tc>
          <w:tcPr>
            <w:tcW w:w="1156" w:type="dxa"/>
          </w:tcPr>
          <w:p w14:paraId="345C76B3" w14:textId="77777777" w:rsidR="00540B47" w:rsidRDefault="00A32617">
            <w:r>
              <w:rPr>
                <w:sz w:val="18"/>
              </w:rPr>
              <w:t>MACN</w:t>
            </w:r>
          </w:p>
        </w:tc>
        <w:tc>
          <w:tcPr>
            <w:tcW w:w="1126" w:type="dxa"/>
          </w:tcPr>
          <w:p w14:paraId="5A4292F5" w14:textId="77777777" w:rsidR="00540B47" w:rsidRDefault="00A32617">
            <w:r>
              <w:rPr>
                <w:i/>
                <w:sz w:val="18"/>
              </w:rPr>
              <w:t>Z. capensis</w:t>
            </w:r>
          </w:p>
        </w:tc>
        <w:tc>
          <w:tcPr>
            <w:tcW w:w="977" w:type="dxa"/>
          </w:tcPr>
          <w:p w14:paraId="470CAA5A" w14:textId="77777777" w:rsidR="00540B47" w:rsidRDefault="00A32617">
            <w:r>
              <w:rPr>
                <w:sz w:val="18"/>
              </w:rPr>
              <w:t>-38.3800</w:t>
            </w:r>
          </w:p>
        </w:tc>
        <w:tc>
          <w:tcPr>
            <w:tcW w:w="1107" w:type="dxa"/>
          </w:tcPr>
          <w:p w14:paraId="4BF0275F" w14:textId="77777777" w:rsidR="00540B47" w:rsidRDefault="00A32617">
            <w:r>
              <w:rPr>
                <w:sz w:val="18"/>
              </w:rPr>
              <w:t>-64.0730</w:t>
            </w:r>
          </w:p>
        </w:tc>
        <w:tc>
          <w:tcPr>
            <w:tcW w:w="1156" w:type="dxa"/>
          </w:tcPr>
          <w:p w14:paraId="572337D5" w14:textId="77777777" w:rsidR="00540B47" w:rsidRDefault="00A32617">
            <w:r>
              <w:rPr>
                <w:sz w:val="18"/>
              </w:rPr>
              <w:t>2025-11-16</w:t>
            </w:r>
          </w:p>
        </w:tc>
        <w:tc>
          <w:tcPr>
            <w:tcW w:w="727" w:type="dxa"/>
          </w:tcPr>
          <w:p w14:paraId="7D21DBCA" w14:textId="77777777" w:rsidR="00540B47" w:rsidRDefault="00A32617">
            <w:r>
              <w:rPr>
                <w:sz w:val="18"/>
              </w:rPr>
              <w:t>08:24</w:t>
            </w:r>
          </w:p>
        </w:tc>
        <w:tc>
          <w:tcPr>
            <w:tcW w:w="1561" w:type="dxa"/>
          </w:tcPr>
          <w:p w14:paraId="16F9C66D" w14:textId="77777777" w:rsidR="00540B47" w:rsidRDefault="00A32617">
            <w:r>
              <w:rPr>
                <w:sz w:val="18"/>
              </w:rPr>
              <w:t>Pablo L. Tubaro</w:t>
            </w:r>
          </w:p>
        </w:tc>
      </w:tr>
      <w:tr w:rsidR="00540B47" w14:paraId="3492BD6B" w14:textId="77777777" w:rsidTr="00DD565D">
        <w:tc>
          <w:tcPr>
            <w:tcW w:w="942" w:type="dxa"/>
          </w:tcPr>
          <w:p w14:paraId="71E2C70D" w14:textId="77777777" w:rsidR="00540B47" w:rsidRDefault="00A32617">
            <w:r>
              <w:rPr>
                <w:sz w:val="18"/>
              </w:rPr>
              <w:t>3936</w:t>
            </w:r>
          </w:p>
        </w:tc>
        <w:tc>
          <w:tcPr>
            <w:tcW w:w="1156" w:type="dxa"/>
          </w:tcPr>
          <w:p w14:paraId="23FB2FFE" w14:textId="77777777" w:rsidR="00540B47" w:rsidRDefault="00A32617">
            <w:r>
              <w:rPr>
                <w:sz w:val="18"/>
              </w:rPr>
              <w:t>MACN</w:t>
            </w:r>
          </w:p>
        </w:tc>
        <w:tc>
          <w:tcPr>
            <w:tcW w:w="1126" w:type="dxa"/>
          </w:tcPr>
          <w:p w14:paraId="766CD6E5" w14:textId="77777777" w:rsidR="00540B47" w:rsidRDefault="00A32617">
            <w:r>
              <w:rPr>
                <w:i/>
                <w:sz w:val="18"/>
              </w:rPr>
              <w:t>Z. capensis</w:t>
            </w:r>
          </w:p>
        </w:tc>
        <w:tc>
          <w:tcPr>
            <w:tcW w:w="977" w:type="dxa"/>
          </w:tcPr>
          <w:p w14:paraId="487D152A" w14:textId="77777777" w:rsidR="00540B47" w:rsidRDefault="00A32617">
            <w:r>
              <w:rPr>
                <w:sz w:val="18"/>
              </w:rPr>
              <w:t>-38.3700</w:t>
            </w:r>
          </w:p>
        </w:tc>
        <w:tc>
          <w:tcPr>
            <w:tcW w:w="1107" w:type="dxa"/>
          </w:tcPr>
          <w:p w14:paraId="01A1BD69" w14:textId="77777777" w:rsidR="00540B47" w:rsidRDefault="00A32617">
            <w:r>
              <w:rPr>
                <w:sz w:val="18"/>
              </w:rPr>
              <w:t>-64.0730</w:t>
            </w:r>
          </w:p>
        </w:tc>
        <w:tc>
          <w:tcPr>
            <w:tcW w:w="1156" w:type="dxa"/>
          </w:tcPr>
          <w:p w14:paraId="34EC0DC2" w14:textId="77777777" w:rsidR="00540B47" w:rsidRDefault="00A32617">
            <w:r>
              <w:rPr>
                <w:sz w:val="18"/>
              </w:rPr>
              <w:t>2025-11-16</w:t>
            </w:r>
          </w:p>
        </w:tc>
        <w:tc>
          <w:tcPr>
            <w:tcW w:w="727" w:type="dxa"/>
          </w:tcPr>
          <w:p w14:paraId="5ED8902F" w14:textId="77777777" w:rsidR="00540B47" w:rsidRDefault="00A32617">
            <w:r>
              <w:rPr>
                <w:sz w:val="18"/>
              </w:rPr>
              <w:t>08:42</w:t>
            </w:r>
          </w:p>
        </w:tc>
        <w:tc>
          <w:tcPr>
            <w:tcW w:w="1561" w:type="dxa"/>
          </w:tcPr>
          <w:p w14:paraId="35205612" w14:textId="77777777" w:rsidR="00540B47" w:rsidRDefault="00A32617">
            <w:r>
              <w:rPr>
                <w:sz w:val="18"/>
              </w:rPr>
              <w:t>Pablo L. Tubaro</w:t>
            </w:r>
          </w:p>
        </w:tc>
      </w:tr>
      <w:tr w:rsidR="00540B47" w14:paraId="5A568FF1" w14:textId="77777777" w:rsidTr="00DD565D">
        <w:tc>
          <w:tcPr>
            <w:tcW w:w="942" w:type="dxa"/>
          </w:tcPr>
          <w:p w14:paraId="7C797348" w14:textId="77777777" w:rsidR="00540B47" w:rsidRDefault="00A32617">
            <w:r>
              <w:rPr>
                <w:sz w:val="18"/>
              </w:rPr>
              <w:t>3937</w:t>
            </w:r>
          </w:p>
        </w:tc>
        <w:tc>
          <w:tcPr>
            <w:tcW w:w="1156" w:type="dxa"/>
          </w:tcPr>
          <w:p w14:paraId="5A4880F3" w14:textId="77777777" w:rsidR="00540B47" w:rsidRDefault="00A32617">
            <w:r>
              <w:rPr>
                <w:sz w:val="18"/>
              </w:rPr>
              <w:t>MACN</w:t>
            </w:r>
          </w:p>
        </w:tc>
        <w:tc>
          <w:tcPr>
            <w:tcW w:w="1126" w:type="dxa"/>
          </w:tcPr>
          <w:p w14:paraId="2A87C46B" w14:textId="77777777" w:rsidR="00540B47" w:rsidRDefault="00A32617">
            <w:r>
              <w:rPr>
                <w:i/>
                <w:sz w:val="18"/>
              </w:rPr>
              <w:t>Z. capensis</w:t>
            </w:r>
          </w:p>
        </w:tc>
        <w:tc>
          <w:tcPr>
            <w:tcW w:w="977" w:type="dxa"/>
          </w:tcPr>
          <w:p w14:paraId="3587040E" w14:textId="77777777" w:rsidR="00540B47" w:rsidRDefault="00A32617">
            <w:r>
              <w:rPr>
                <w:sz w:val="18"/>
              </w:rPr>
              <w:t>-38.2290</w:t>
            </w:r>
          </w:p>
        </w:tc>
        <w:tc>
          <w:tcPr>
            <w:tcW w:w="1107" w:type="dxa"/>
          </w:tcPr>
          <w:p w14:paraId="17B355FE" w14:textId="77777777" w:rsidR="00540B47" w:rsidRDefault="00A32617">
            <w:r>
              <w:rPr>
                <w:sz w:val="18"/>
              </w:rPr>
              <w:t>-64.0710</w:t>
            </w:r>
          </w:p>
        </w:tc>
        <w:tc>
          <w:tcPr>
            <w:tcW w:w="1156" w:type="dxa"/>
          </w:tcPr>
          <w:p w14:paraId="55F6C0FF" w14:textId="77777777" w:rsidR="00540B47" w:rsidRDefault="00A32617">
            <w:r>
              <w:rPr>
                <w:sz w:val="18"/>
              </w:rPr>
              <w:t>2025-11-16</w:t>
            </w:r>
          </w:p>
        </w:tc>
        <w:tc>
          <w:tcPr>
            <w:tcW w:w="727" w:type="dxa"/>
          </w:tcPr>
          <w:p w14:paraId="7656DAAA" w14:textId="77777777" w:rsidR="00540B47" w:rsidRDefault="00A32617">
            <w:r>
              <w:rPr>
                <w:sz w:val="18"/>
              </w:rPr>
              <w:t>08:45</w:t>
            </w:r>
          </w:p>
        </w:tc>
        <w:tc>
          <w:tcPr>
            <w:tcW w:w="1561" w:type="dxa"/>
          </w:tcPr>
          <w:p w14:paraId="7D0F9867" w14:textId="77777777" w:rsidR="00540B47" w:rsidRDefault="00A32617">
            <w:r>
              <w:rPr>
                <w:sz w:val="18"/>
              </w:rPr>
              <w:t>Pablo L. Tubaro</w:t>
            </w:r>
          </w:p>
        </w:tc>
      </w:tr>
      <w:tr w:rsidR="00540B47" w14:paraId="651614E1" w14:textId="77777777" w:rsidTr="00DD565D">
        <w:tc>
          <w:tcPr>
            <w:tcW w:w="942" w:type="dxa"/>
          </w:tcPr>
          <w:p w14:paraId="45DCF960" w14:textId="77777777" w:rsidR="00540B47" w:rsidRDefault="00A32617">
            <w:r>
              <w:rPr>
                <w:sz w:val="18"/>
              </w:rPr>
              <w:lastRenderedPageBreak/>
              <w:t>3938</w:t>
            </w:r>
          </w:p>
        </w:tc>
        <w:tc>
          <w:tcPr>
            <w:tcW w:w="1156" w:type="dxa"/>
          </w:tcPr>
          <w:p w14:paraId="4957B622" w14:textId="77777777" w:rsidR="00540B47" w:rsidRDefault="00A32617">
            <w:r>
              <w:rPr>
                <w:sz w:val="18"/>
              </w:rPr>
              <w:t>MACN</w:t>
            </w:r>
          </w:p>
        </w:tc>
        <w:tc>
          <w:tcPr>
            <w:tcW w:w="1126" w:type="dxa"/>
          </w:tcPr>
          <w:p w14:paraId="44F32386" w14:textId="77777777" w:rsidR="00540B47" w:rsidRDefault="00A32617">
            <w:r>
              <w:rPr>
                <w:i/>
                <w:sz w:val="18"/>
              </w:rPr>
              <w:t>Z. capensis</w:t>
            </w:r>
          </w:p>
        </w:tc>
        <w:tc>
          <w:tcPr>
            <w:tcW w:w="977" w:type="dxa"/>
          </w:tcPr>
          <w:p w14:paraId="3EA6981B" w14:textId="77777777" w:rsidR="00540B47" w:rsidRDefault="00A32617">
            <w:r>
              <w:rPr>
                <w:sz w:val="18"/>
              </w:rPr>
              <w:t>-38.2290</w:t>
            </w:r>
          </w:p>
        </w:tc>
        <w:tc>
          <w:tcPr>
            <w:tcW w:w="1107" w:type="dxa"/>
          </w:tcPr>
          <w:p w14:paraId="18262824" w14:textId="77777777" w:rsidR="00540B47" w:rsidRDefault="00A32617">
            <w:r>
              <w:rPr>
                <w:sz w:val="18"/>
              </w:rPr>
              <w:t>-64.0710</w:t>
            </w:r>
          </w:p>
        </w:tc>
        <w:tc>
          <w:tcPr>
            <w:tcW w:w="1156" w:type="dxa"/>
          </w:tcPr>
          <w:p w14:paraId="0ADEA8E0" w14:textId="77777777" w:rsidR="00540B47" w:rsidRDefault="00A32617">
            <w:r>
              <w:rPr>
                <w:sz w:val="18"/>
              </w:rPr>
              <w:t>2025-11-16</w:t>
            </w:r>
          </w:p>
        </w:tc>
        <w:tc>
          <w:tcPr>
            <w:tcW w:w="727" w:type="dxa"/>
          </w:tcPr>
          <w:p w14:paraId="1B014AE8" w14:textId="77777777" w:rsidR="00540B47" w:rsidRDefault="00A32617">
            <w:r>
              <w:rPr>
                <w:sz w:val="18"/>
              </w:rPr>
              <w:t>08:46</w:t>
            </w:r>
          </w:p>
        </w:tc>
        <w:tc>
          <w:tcPr>
            <w:tcW w:w="1561" w:type="dxa"/>
          </w:tcPr>
          <w:p w14:paraId="1BA35C3B" w14:textId="77777777" w:rsidR="00540B47" w:rsidRDefault="00A32617">
            <w:r>
              <w:rPr>
                <w:sz w:val="18"/>
              </w:rPr>
              <w:t>Pablo L. Tubaro</w:t>
            </w:r>
          </w:p>
        </w:tc>
      </w:tr>
      <w:tr w:rsidR="00540B47" w14:paraId="0615B732" w14:textId="77777777" w:rsidTr="00DD565D">
        <w:tc>
          <w:tcPr>
            <w:tcW w:w="942" w:type="dxa"/>
          </w:tcPr>
          <w:p w14:paraId="1B2BE697" w14:textId="77777777" w:rsidR="00540B47" w:rsidRDefault="00A32617">
            <w:r>
              <w:rPr>
                <w:sz w:val="18"/>
              </w:rPr>
              <w:t>3939</w:t>
            </w:r>
          </w:p>
        </w:tc>
        <w:tc>
          <w:tcPr>
            <w:tcW w:w="1156" w:type="dxa"/>
          </w:tcPr>
          <w:p w14:paraId="7E39E314" w14:textId="77777777" w:rsidR="00540B47" w:rsidRDefault="00A32617">
            <w:r>
              <w:rPr>
                <w:sz w:val="18"/>
              </w:rPr>
              <w:t>MACN</w:t>
            </w:r>
          </w:p>
        </w:tc>
        <w:tc>
          <w:tcPr>
            <w:tcW w:w="1126" w:type="dxa"/>
          </w:tcPr>
          <w:p w14:paraId="0DC96743" w14:textId="77777777" w:rsidR="00540B47" w:rsidRDefault="00A32617">
            <w:r>
              <w:rPr>
                <w:i/>
                <w:sz w:val="18"/>
              </w:rPr>
              <w:t>Z. capensis</w:t>
            </w:r>
          </w:p>
        </w:tc>
        <w:tc>
          <w:tcPr>
            <w:tcW w:w="977" w:type="dxa"/>
          </w:tcPr>
          <w:p w14:paraId="028B2586" w14:textId="77777777" w:rsidR="00540B47" w:rsidRDefault="00A32617">
            <w:r>
              <w:rPr>
                <w:sz w:val="18"/>
              </w:rPr>
              <w:t>-38.1090</w:t>
            </w:r>
          </w:p>
        </w:tc>
        <w:tc>
          <w:tcPr>
            <w:tcW w:w="1107" w:type="dxa"/>
          </w:tcPr>
          <w:p w14:paraId="2F2B314A" w14:textId="77777777" w:rsidR="00540B47" w:rsidRDefault="00A32617">
            <w:r>
              <w:rPr>
                <w:sz w:val="18"/>
              </w:rPr>
              <w:t>-64.0700</w:t>
            </w:r>
          </w:p>
        </w:tc>
        <w:tc>
          <w:tcPr>
            <w:tcW w:w="1156" w:type="dxa"/>
          </w:tcPr>
          <w:p w14:paraId="270EB2C9" w14:textId="77777777" w:rsidR="00540B47" w:rsidRDefault="00A32617">
            <w:r>
              <w:rPr>
                <w:sz w:val="18"/>
              </w:rPr>
              <w:t>2025-11-16</w:t>
            </w:r>
          </w:p>
        </w:tc>
        <w:tc>
          <w:tcPr>
            <w:tcW w:w="727" w:type="dxa"/>
          </w:tcPr>
          <w:p w14:paraId="79ED9DC3" w14:textId="77777777" w:rsidR="00540B47" w:rsidRDefault="00A32617">
            <w:r>
              <w:rPr>
                <w:sz w:val="18"/>
              </w:rPr>
              <w:t>08:59</w:t>
            </w:r>
          </w:p>
        </w:tc>
        <w:tc>
          <w:tcPr>
            <w:tcW w:w="1561" w:type="dxa"/>
          </w:tcPr>
          <w:p w14:paraId="2BCA2C64" w14:textId="77777777" w:rsidR="00540B47" w:rsidRDefault="00A32617">
            <w:r>
              <w:rPr>
                <w:sz w:val="18"/>
              </w:rPr>
              <w:t>Pablo L. Tubaro</w:t>
            </w:r>
          </w:p>
        </w:tc>
      </w:tr>
      <w:tr w:rsidR="00540B47" w14:paraId="5E6FFAD2" w14:textId="77777777" w:rsidTr="00DD565D">
        <w:tc>
          <w:tcPr>
            <w:tcW w:w="942" w:type="dxa"/>
          </w:tcPr>
          <w:p w14:paraId="0A21BBDB" w14:textId="77777777" w:rsidR="00540B47" w:rsidRDefault="00A32617">
            <w:r>
              <w:rPr>
                <w:sz w:val="18"/>
              </w:rPr>
              <w:t>3940</w:t>
            </w:r>
          </w:p>
        </w:tc>
        <w:tc>
          <w:tcPr>
            <w:tcW w:w="1156" w:type="dxa"/>
          </w:tcPr>
          <w:p w14:paraId="4B3066FF" w14:textId="77777777" w:rsidR="00540B47" w:rsidRDefault="00A32617">
            <w:r>
              <w:rPr>
                <w:sz w:val="18"/>
              </w:rPr>
              <w:t>MACN</w:t>
            </w:r>
          </w:p>
        </w:tc>
        <w:tc>
          <w:tcPr>
            <w:tcW w:w="1126" w:type="dxa"/>
          </w:tcPr>
          <w:p w14:paraId="1AEC2572" w14:textId="77777777" w:rsidR="00540B47" w:rsidRDefault="00A32617">
            <w:r>
              <w:rPr>
                <w:i/>
                <w:sz w:val="18"/>
              </w:rPr>
              <w:t>Z. capensis</w:t>
            </w:r>
          </w:p>
        </w:tc>
        <w:tc>
          <w:tcPr>
            <w:tcW w:w="977" w:type="dxa"/>
          </w:tcPr>
          <w:p w14:paraId="706553F6" w14:textId="77777777" w:rsidR="00540B47" w:rsidRDefault="00A32617">
            <w:r>
              <w:rPr>
                <w:sz w:val="18"/>
              </w:rPr>
              <w:t>-38.1100</w:t>
            </w:r>
          </w:p>
        </w:tc>
        <w:tc>
          <w:tcPr>
            <w:tcW w:w="1107" w:type="dxa"/>
          </w:tcPr>
          <w:p w14:paraId="7A53047E" w14:textId="77777777" w:rsidR="00540B47" w:rsidRDefault="00A32617">
            <w:r>
              <w:rPr>
                <w:sz w:val="18"/>
              </w:rPr>
              <w:t>-64.0700</w:t>
            </w:r>
          </w:p>
        </w:tc>
        <w:tc>
          <w:tcPr>
            <w:tcW w:w="1156" w:type="dxa"/>
          </w:tcPr>
          <w:p w14:paraId="5DE046FD" w14:textId="77777777" w:rsidR="00540B47" w:rsidRDefault="00A32617">
            <w:r>
              <w:rPr>
                <w:sz w:val="18"/>
              </w:rPr>
              <w:t>2025-11-16</w:t>
            </w:r>
          </w:p>
        </w:tc>
        <w:tc>
          <w:tcPr>
            <w:tcW w:w="727" w:type="dxa"/>
          </w:tcPr>
          <w:p w14:paraId="00104370" w14:textId="77777777" w:rsidR="00540B47" w:rsidRDefault="00A32617">
            <w:r>
              <w:rPr>
                <w:sz w:val="18"/>
              </w:rPr>
              <w:t>09:13</w:t>
            </w:r>
          </w:p>
        </w:tc>
        <w:tc>
          <w:tcPr>
            <w:tcW w:w="1561" w:type="dxa"/>
          </w:tcPr>
          <w:p w14:paraId="0AF7C5E8" w14:textId="77777777" w:rsidR="00540B47" w:rsidRDefault="00A32617">
            <w:r>
              <w:rPr>
                <w:sz w:val="18"/>
              </w:rPr>
              <w:t>Pablo L. Tubaro</w:t>
            </w:r>
          </w:p>
        </w:tc>
      </w:tr>
      <w:tr w:rsidR="00540B47" w14:paraId="3C30738B" w14:textId="77777777" w:rsidTr="00DD565D">
        <w:tc>
          <w:tcPr>
            <w:tcW w:w="942" w:type="dxa"/>
          </w:tcPr>
          <w:p w14:paraId="08F631DD" w14:textId="77777777" w:rsidR="00540B47" w:rsidRDefault="00A32617">
            <w:r>
              <w:rPr>
                <w:sz w:val="18"/>
              </w:rPr>
              <w:t>3941</w:t>
            </w:r>
          </w:p>
        </w:tc>
        <w:tc>
          <w:tcPr>
            <w:tcW w:w="1156" w:type="dxa"/>
          </w:tcPr>
          <w:p w14:paraId="67E397F1" w14:textId="77777777" w:rsidR="00540B47" w:rsidRDefault="00A32617">
            <w:r>
              <w:rPr>
                <w:sz w:val="18"/>
              </w:rPr>
              <w:t>MACN</w:t>
            </w:r>
          </w:p>
        </w:tc>
        <w:tc>
          <w:tcPr>
            <w:tcW w:w="1126" w:type="dxa"/>
          </w:tcPr>
          <w:p w14:paraId="2148DC48" w14:textId="77777777" w:rsidR="00540B47" w:rsidRDefault="00A32617">
            <w:r>
              <w:rPr>
                <w:i/>
                <w:sz w:val="18"/>
              </w:rPr>
              <w:t>Z. capensis</w:t>
            </w:r>
          </w:p>
        </w:tc>
        <w:tc>
          <w:tcPr>
            <w:tcW w:w="977" w:type="dxa"/>
          </w:tcPr>
          <w:p w14:paraId="033786EF" w14:textId="77777777" w:rsidR="00540B47" w:rsidRDefault="00A32617">
            <w:r>
              <w:rPr>
                <w:sz w:val="18"/>
              </w:rPr>
              <w:t>-38.0000</w:t>
            </w:r>
          </w:p>
        </w:tc>
        <w:tc>
          <w:tcPr>
            <w:tcW w:w="1107" w:type="dxa"/>
          </w:tcPr>
          <w:p w14:paraId="04402AF6" w14:textId="77777777" w:rsidR="00540B47" w:rsidRDefault="00A32617">
            <w:r>
              <w:rPr>
                <w:sz w:val="18"/>
              </w:rPr>
              <w:t>-64.0690</w:t>
            </w:r>
          </w:p>
        </w:tc>
        <w:tc>
          <w:tcPr>
            <w:tcW w:w="1156" w:type="dxa"/>
          </w:tcPr>
          <w:p w14:paraId="2CBCD253" w14:textId="77777777" w:rsidR="00540B47" w:rsidRDefault="00A32617">
            <w:r>
              <w:rPr>
                <w:sz w:val="18"/>
              </w:rPr>
              <w:t>2025-11-16</w:t>
            </w:r>
          </w:p>
        </w:tc>
        <w:tc>
          <w:tcPr>
            <w:tcW w:w="727" w:type="dxa"/>
          </w:tcPr>
          <w:p w14:paraId="62DD720A" w14:textId="77777777" w:rsidR="00540B47" w:rsidRDefault="00A32617">
            <w:r>
              <w:rPr>
                <w:sz w:val="18"/>
              </w:rPr>
              <w:t>09:16</w:t>
            </w:r>
          </w:p>
        </w:tc>
        <w:tc>
          <w:tcPr>
            <w:tcW w:w="1561" w:type="dxa"/>
          </w:tcPr>
          <w:p w14:paraId="646CC78E" w14:textId="77777777" w:rsidR="00540B47" w:rsidRDefault="00A32617">
            <w:r>
              <w:rPr>
                <w:sz w:val="18"/>
              </w:rPr>
              <w:t>Pablo L. Tubaro</w:t>
            </w:r>
          </w:p>
        </w:tc>
      </w:tr>
      <w:tr w:rsidR="00540B47" w14:paraId="6023DF10" w14:textId="77777777" w:rsidTr="00DD565D">
        <w:tc>
          <w:tcPr>
            <w:tcW w:w="942" w:type="dxa"/>
          </w:tcPr>
          <w:p w14:paraId="29CD76FC" w14:textId="77777777" w:rsidR="00540B47" w:rsidRDefault="00A32617">
            <w:r>
              <w:rPr>
                <w:sz w:val="18"/>
              </w:rPr>
              <w:t>3942</w:t>
            </w:r>
          </w:p>
        </w:tc>
        <w:tc>
          <w:tcPr>
            <w:tcW w:w="1156" w:type="dxa"/>
          </w:tcPr>
          <w:p w14:paraId="4A5A7312" w14:textId="77777777" w:rsidR="00540B47" w:rsidRDefault="00A32617">
            <w:r>
              <w:rPr>
                <w:sz w:val="18"/>
              </w:rPr>
              <w:t>MACN</w:t>
            </w:r>
          </w:p>
        </w:tc>
        <w:tc>
          <w:tcPr>
            <w:tcW w:w="1126" w:type="dxa"/>
          </w:tcPr>
          <w:p w14:paraId="0AFD44FF" w14:textId="77777777" w:rsidR="00540B47" w:rsidRDefault="00A32617">
            <w:r>
              <w:rPr>
                <w:i/>
                <w:sz w:val="18"/>
              </w:rPr>
              <w:t>Z. capensis</w:t>
            </w:r>
          </w:p>
        </w:tc>
        <w:tc>
          <w:tcPr>
            <w:tcW w:w="977" w:type="dxa"/>
          </w:tcPr>
          <w:p w14:paraId="314C9ABE" w14:textId="77777777" w:rsidR="00540B47" w:rsidRDefault="00A32617">
            <w:r>
              <w:rPr>
                <w:sz w:val="18"/>
              </w:rPr>
              <w:t>-38.0000</w:t>
            </w:r>
          </w:p>
        </w:tc>
        <w:tc>
          <w:tcPr>
            <w:tcW w:w="1107" w:type="dxa"/>
          </w:tcPr>
          <w:p w14:paraId="62D93606" w14:textId="77777777" w:rsidR="00540B47" w:rsidRDefault="00A32617">
            <w:r>
              <w:rPr>
                <w:sz w:val="18"/>
              </w:rPr>
              <w:t>-64.0680</w:t>
            </w:r>
          </w:p>
        </w:tc>
        <w:tc>
          <w:tcPr>
            <w:tcW w:w="1156" w:type="dxa"/>
          </w:tcPr>
          <w:p w14:paraId="41FA7D90" w14:textId="77777777" w:rsidR="00540B47" w:rsidRDefault="00A32617">
            <w:r>
              <w:rPr>
                <w:sz w:val="18"/>
              </w:rPr>
              <w:t>2025-11-16</w:t>
            </w:r>
          </w:p>
        </w:tc>
        <w:tc>
          <w:tcPr>
            <w:tcW w:w="727" w:type="dxa"/>
          </w:tcPr>
          <w:p w14:paraId="41AFE10B" w14:textId="77777777" w:rsidR="00540B47" w:rsidRDefault="00A32617">
            <w:r>
              <w:rPr>
                <w:sz w:val="18"/>
              </w:rPr>
              <w:t>09:25</w:t>
            </w:r>
          </w:p>
        </w:tc>
        <w:tc>
          <w:tcPr>
            <w:tcW w:w="1561" w:type="dxa"/>
          </w:tcPr>
          <w:p w14:paraId="135933C6" w14:textId="77777777" w:rsidR="00540B47" w:rsidRDefault="00A32617">
            <w:r>
              <w:rPr>
                <w:sz w:val="18"/>
              </w:rPr>
              <w:t>Pablo L. Tubaro</w:t>
            </w:r>
          </w:p>
        </w:tc>
      </w:tr>
      <w:tr w:rsidR="00540B47" w14:paraId="12C74EF2" w14:textId="77777777" w:rsidTr="00DD565D">
        <w:tc>
          <w:tcPr>
            <w:tcW w:w="942" w:type="dxa"/>
          </w:tcPr>
          <w:p w14:paraId="5B314220" w14:textId="77777777" w:rsidR="00540B47" w:rsidRDefault="00A32617">
            <w:r>
              <w:rPr>
                <w:sz w:val="18"/>
              </w:rPr>
              <w:t>3943</w:t>
            </w:r>
          </w:p>
        </w:tc>
        <w:tc>
          <w:tcPr>
            <w:tcW w:w="1156" w:type="dxa"/>
          </w:tcPr>
          <w:p w14:paraId="0BC2B340" w14:textId="77777777" w:rsidR="00540B47" w:rsidRDefault="00A32617">
            <w:r>
              <w:rPr>
                <w:sz w:val="18"/>
              </w:rPr>
              <w:t>MACN</w:t>
            </w:r>
          </w:p>
        </w:tc>
        <w:tc>
          <w:tcPr>
            <w:tcW w:w="1126" w:type="dxa"/>
          </w:tcPr>
          <w:p w14:paraId="476347C3" w14:textId="77777777" w:rsidR="00540B47" w:rsidRDefault="00A32617">
            <w:r>
              <w:rPr>
                <w:i/>
                <w:sz w:val="18"/>
              </w:rPr>
              <w:t>Z. capensis</w:t>
            </w:r>
          </w:p>
        </w:tc>
        <w:tc>
          <w:tcPr>
            <w:tcW w:w="977" w:type="dxa"/>
          </w:tcPr>
          <w:p w14:paraId="46C4CF71" w14:textId="77777777" w:rsidR="00540B47" w:rsidRDefault="00A32617">
            <w:r>
              <w:rPr>
                <w:sz w:val="18"/>
              </w:rPr>
              <w:t>-37.5090</w:t>
            </w:r>
          </w:p>
        </w:tc>
        <w:tc>
          <w:tcPr>
            <w:tcW w:w="1107" w:type="dxa"/>
          </w:tcPr>
          <w:p w14:paraId="07570675" w14:textId="77777777" w:rsidR="00540B47" w:rsidRDefault="00A32617">
            <w:r>
              <w:rPr>
                <w:sz w:val="18"/>
              </w:rPr>
              <w:t>-64.2910</w:t>
            </w:r>
          </w:p>
        </w:tc>
        <w:tc>
          <w:tcPr>
            <w:tcW w:w="1156" w:type="dxa"/>
          </w:tcPr>
          <w:p w14:paraId="309F7944" w14:textId="77777777" w:rsidR="00540B47" w:rsidRDefault="00A32617">
            <w:r>
              <w:rPr>
                <w:sz w:val="18"/>
              </w:rPr>
              <w:t>2025-11-16</w:t>
            </w:r>
          </w:p>
        </w:tc>
        <w:tc>
          <w:tcPr>
            <w:tcW w:w="727" w:type="dxa"/>
          </w:tcPr>
          <w:p w14:paraId="70FBF978" w14:textId="77777777" w:rsidR="00540B47" w:rsidRDefault="00A32617">
            <w:r>
              <w:rPr>
                <w:sz w:val="18"/>
              </w:rPr>
              <w:t>10:24</w:t>
            </w:r>
          </w:p>
        </w:tc>
        <w:tc>
          <w:tcPr>
            <w:tcW w:w="1561" w:type="dxa"/>
          </w:tcPr>
          <w:p w14:paraId="0D9E73A6" w14:textId="77777777" w:rsidR="00540B47" w:rsidRDefault="00A32617">
            <w:r>
              <w:rPr>
                <w:sz w:val="18"/>
              </w:rPr>
              <w:t>Pablo L. Tubaro</w:t>
            </w:r>
          </w:p>
        </w:tc>
      </w:tr>
      <w:tr w:rsidR="00540B47" w14:paraId="497B456D" w14:textId="77777777" w:rsidTr="00DD565D">
        <w:tc>
          <w:tcPr>
            <w:tcW w:w="942" w:type="dxa"/>
          </w:tcPr>
          <w:p w14:paraId="032C50C4" w14:textId="77777777" w:rsidR="00540B47" w:rsidRDefault="00A32617">
            <w:r>
              <w:rPr>
                <w:sz w:val="18"/>
              </w:rPr>
              <w:t>3944</w:t>
            </w:r>
          </w:p>
        </w:tc>
        <w:tc>
          <w:tcPr>
            <w:tcW w:w="1156" w:type="dxa"/>
          </w:tcPr>
          <w:p w14:paraId="5623212E" w14:textId="77777777" w:rsidR="00540B47" w:rsidRDefault="00A32617">
            <w:r>
              <w:rPr>
                <w:sz w:val="18"/>
              </w:rPr>
              <w:t>MACN</w:t>
            </w:r>
          </w:p>
        </w:tc>
        <w:tc>
          <w:tcPr>
            <w:tcW w:w="1126" w:type="dxa"/>
          </w:tcPr>
          <w:p w14:paraId="1CBCC179" w14:textId="77777777" w:rsidR="00540B47" w:rsidRDefault="00A32617">
            <w:r>
              <w:rPr>
                <w:i/>
                <w:sz w:val="18"/>
              </w:rPr>
              <w:t>Z. capensis</w:t>
            </w:r>
          </w:p>
        </w:tc>
        <w:tc>
          <w:tcPr>
            <w:tcW w:w="977" w:type="dxa"/>
          </w:tcPr>
          <w:p w14:paraId="10570EAF" w14:textId="77777777" w:rsidR="00540B47" w:rsidRDefault="00A32617">
            <w:r>
              <w:rPr>
                <w:sz w:val="18"/>
              </w:rPr>
              <w:t>-37.3047</w:t>
            </w:r>
          </w:p>
        </w:tc>
        <w:tc>
          <w:tcPr>
            <w:tcW w:w="1107" w:type="dxa"/>
          </w:tcPr>
          <w:p w14:paraId="76DB0D3D" w14:textId="77777777" w:rsidR="00540B47" w:rsidRDefault="00A32617">
            <w:r>
              <w:rPr>
                <w:sz w:val="18"/>
              </w:rPr>
              <w:t>-64.2884</w:t>
            </w:r>
          </w:p>
        </w:tc>
        <w:tc>
          <w:tcPr>
            <w:tcW w:w="1156" w:type="dxa"/>
          </w:tcPr>
          <w:p w14:paraId="4C97C9CE" w14:textId="77777777" w:rsidR="00540B47" w:rsidRDefault="00A32617">
            <w:r>
              <w:rPr>
                <w:sz w:val="18"/>
              </w:rPr>
              <w:t>2025-11-16</w:t>
            </w:r>
          </w:p>
        </w:tc>
        <w:tc>
          <w:tcPr>
            <w:tcW w:w="727" w:type="dxa"/>
          </w:tcPr>
          <w:p w14:paraId="7625CC5C" w14:textId="77777777" w:rsidR="00540B47" w:rsidRDefault="00A32617">
            <w:r>
              <w:rPr>
                <w:sz w:val="18"/>
              </w:rPr>
              <w:t>10:42</w:t>
            </w:r>
          </w:p>
        </w:tc>
        <w:tc>
          <w:tcPr>
            <w:tcW w:w="1561" w:type="dxa"/>
          </w:tcPr>
          <w:p w14:paraId="231DCE2C" w14:textId="77777777" w:rsidR="00540B47" w:rsidRDefault="00A32617">
            <w:r>
              <w:rPr>
                <w:sz w:val="18"/>
              </w:rPr>
              <w:t>Pablo L. Tubaro</w:t>
            </w:r>
          </w:p>
        </w:tc>
      </w:tr>
      <w:tr w:rsidR="00540B47" w14:paraId="35CD1F7E" w14:textId="77777777" w:rsidTr="00DD565D">
        <w:tc>
          <w:tcPr>
            <w:tcW w:w="942" w:type="dxa"/>
          </w:tcPr>
          <w:p w14:paraId="19233F77" w14:textId="77777777" w:rsidR="00540B47" w:rsidRDefault="00A32617">
            <w:r>
              <w:rPr>
                <w:sz w:val="18"/>
              </w:rPr>
              <w:t>3945</w:t>
            </w:r>
          </w:p>
        </w:tc>
        <w:tc>
          <w:tcPr>
            <w:tcW w:w="1156" w:type="dxa"/>
          </w:tcPr>
          <w:p w14:paraId="78467C0A" w14:textId="77777777" w:rsidR="00540B47" w:rsidRDefault="00A32617">
            <w:r>
              <w:rPr>
                <w:sz w:val="18"/>
              </w:rPr>
              <w:t>MACN</w:t>
            </w:r>
          </w:p>
        </w:tc>
        <w:tc>
          <w:tcPr>
            <w:tcW w:w="1126" w:type="dxa"/>
          </w:tcPr>
          <w:p w14:paraId="4311743C" w14:textId="77777777" w:rsidR="00540B47" w:rsidRDefault="00A32617">
            <w:r>
              <w:rPr>
                <w:i/>
                <w:sz w:val="18"/>
              </w:rPr>
              <w:t>Z. capensis</w:t>
            </w:r>
          </w:p>
        </w:tc>
        <w:tc>
          <w:tcPr>
            <w:tcW w:w="977" w:type="dxa"/>
          </w:tcPr>
          <w:p w14:paraId="0FA4EB28" w14:textId="77777777" w:rsidR="00540B47" w:rsidRDefault="00A32617">
            <w:r>
              <w:rPr>
                <w:sz w:val="18"/>
              </w:rPr>
              <w:t>-37.3047</w:t>
            </w:r>
          </w:p>
        </w:tc>
        <w:tc>
          <w:tcPr>
            <w:tcW w:w="1107" w:type="dxa"/>
          </w:tcPr>
          <w:p w14:paraId="44DE0A57" w14:textId="77777777" w:rsidR="00540B47" w:rsidRDefault="00A32617">
            <w:r>
              <w:rPr>
                <w:sz w:val="18"/>
              </w:rPr>
              <w:t>-64.2884</w:t>
            </w:r>
          </w:p>
        </w:tc>
        <w:tc>
          <w:tcPr>
            <w:tcW w:w="1156" w:type="dxa"/>
          </w:tcPr>
          <w:p w14:paraId="153F76E9" w14:textId="77777777" w:rsidR="00540B47" w:rsidRDefault="00A32617">
            <w:r>
              <w:rPr>
                <w:sz w:val="18"/>
              </w:rPr>
              <w:t>2022-09-25</w:t>
            </w:r>
          </w:p>
        </w:tc>
        <w:tc>
          <w:tcPr>
            <w:tcW w:w="727" w:type="dxa"/>
          </w:tcPr>
          <w:p w14:paraId="3EC1912D" w14:textId="77777777" w:rsidR="00540B47" w:rsidRDefault="00A32617">
            <w:r>
              <w:rPr>
                <w:sz w:val="18"/>
              </w:rPr>
              <w:t>10:47</w:t>
            </w:r>
          </w:p>
        </w:tc>
        <w:tc>
          <w:tcPr>
            <w:tcW w:w="1561" w:type="dxa"/>
          </w:tcPr>
          <w:p w14:paraId="22EB3E98" w14:textId="77777777" w:rsidR="00540B47" w:rsidRDefault="00A32617">
            <w:r>
              <w:rPr>
                <w:sz w:val="18"/>
              </w:rPr>
              <w:t>Pablo L. Tubaro</w:t>
            </w:r>
          </w:p>
        </w:tc>
      </w:tr>
      <w:tr w:rsidR="00540B47" w14:paraId="350EE5E4" w14:textId="77777777" w:rsidTr="00DD565D">
        <w:tc>
          <w:tcPr>
            <w:tcW w:w="942" w:type="dxa"/>
          </w:tcPr>
          <w:p w14:paraId="193DE930" w14:textId="77777777" w:rsidR="00540B47" w:rsidRDefault="00A32617">
            <w:r>
              <w:rPr>
                <w:sz w:val="18"/>
              </w:rPr>
              <w:t>3946</w:t>
            </w:r>
          </w:p>
        </w:tc>
        <w:tc>
          <w:tcPr>
            <w:tcW w:w="1156" w:type="dxa"/>
          </w:tcPr>
          <w:p w14:paraId="772783B1" w14:textId="77777777" w:rsidR="00540B47" w:rsidRDefault="00A32617">
            <w:r>
              <w:rPr>
                <w:sz w:val="18"/>
              </w:rPr>
              <w:t>MACN</w:t>
            </w:r>
          </w:p>
        </w:tc>
        <w:tc>
          <w:tcPr>
            <w:tcW w:w="1126" w:type="dxa"/>
          </w:tcPr>
          <w:p w14:paraId="41F4126A" w14:textId="77777777" w:rsidR="00540B47" w:rsidRDefault="00A32617">
            <w:r>
              <w:rPr>
                <w:i/>
                <w:sz w:val="18"/>
              </w:rPr>
              <w:t>Z. capensis</w:t>
            </w:r>
          </w:p>
        </w:tc>
        <w:tc>
          <w:tcPr>
            <w:tcW w:w="977" w:type="dxa"/>
          </w:tcPr>
          <w:p w14:paraId="4B7342C0" w14:textId="77777777" w:rsidR="00540B47" w:rsidRDefault="00A32617">
            <w:r>
              <w:rPr>
                <w:sz w:val="18"/>
              </w:rPr>
              <w:t>-37.2004</w:t>
            </w:r>
          </w:p>
        </w:tc>
        <w:tc>
          <w:tcPr>
            <w:tcW w:w="1107" w:type="dxa"/>
          </w:tcPr>
          <w:p w14:paraId="1FD49C37" w14:textId="77777777" w:rsidR="00540B47" w:rsidRDefault="00A32617">
            <w:r>
              <w:rPr>
                <w:sz w:val="18"/>
              </w:rPr>
              <w:t>-64.2864</w:t>
            </w:r>
          </w:p>
        </w:tc>
        <w:tc>
          <w:tcPr>
            <w:tcW w:w="1156" w:type="dxa"/>
          </w:tcPr>
          <w:p w14:paraId="3A79A300" w14:textId="77777777" w:rsidR="00540B47" w:rsidRDefault="00A32617">
            <w:r>
              <w:rPr>
                <w:sz w:val="18"/>
              </w:rPr>
              <w:t>2022-09-26</w:t>
            </w:r>
          </w:p>
        </w:tc>
        <w:tc>
          <w:tcPr>
            <w:tcW w:w="727" w:type="dxa"/>
          </w:tcPr>
          <w:p w14:paraId="676F199B" w14:textId="77777777" w:rsidR="00540B47" w:rsidRDefault="00A32617">
            <w:r>
              <w:rPr>
                <w:sz w:val="18"/>
              </w:rPr>
              <w:t>11:04</w:t>
            </w:r>
          </w:p>
        </w:tc>
        <w:tc>
          <w:tcPr>
            <w:tcW w:w="1561" w:type="dxa"/>
          </w:tcPr>
          <w:p w14:paraId="2C362AA6" w14:textId="77777777" w:rsidR="00540B47" w:rsidRDefault="00A32617">
            <w:r>
              <w:rPr>
                <w:sz w:val="18"/>
              </w:rPr>
              <w:t>Agustin I. Casale</w:t>
            </w:r>
          </w:p>
        </w:tc>
      </w:tr>
      <w:tr w:rsidR="00540B47" w14:paraId="58E27473" w14:textId="77777777" w:rsidTr="00DD565D">
        <w:tc>
          <w:tcPr>
            <w:tcW w:w="942" w:type="dxa"/>
          </w:tcPr>
          <w:p w14:paraId="17962F87" w14:textId="77777777" w:rsidR="00540B47" w:rsidRDefault="00A32617">
            <w:r>
              <w:rPr>
                <w:sz w:val="18"/>
              </w:rPr>
              <w:t>3947</w:t>
            </w:r>
          </w:p>
        </w:tc>
        <w:tc>
          <w:tcPr>
            <w:tcW w:w="1156" w:type="dxa"/>
          </w:tcPr>
          <w:p w14:paraId="77A9FD65" w14:textId="77777777" w:rsidR="00540B47" w:rsidRDefault="00A32617">
            <w:r>
              <w:rPr>
                <w:sz w:val="18"/>
              </w:rPr>
              <w:t>MACN</w:t>
            </w:r>
          </w:p>
        </w:tc>
        <w:tc>
          <w:tcPr>
            <w:tcW w:w="1126" w:type="dxa"/>
          </w:tcPr>
          <w:p w14:paraId="4F6B041A" w14:textId="77777777" w:rsidR="00540B47" w:rsidRDefault="00A32617">
            <w:r>
              <w:rPr>
                <w:i/>
                <w:sz w:val="18"/>
              </w:rPr>
              <w:t>Z. capensis</w:t>
            </w:r>
          </w:p>
        </w:tc>
        <w:tc>
          <w:tcPr>
            <w:tcW w:w="977" w:type="dxa"/>
          </w:tcPr>
          <w:p w14:paraId="57892F63" w14:textId="77777777" w:rsidR="00540B47" w:rsidRDefault="00A32617">
            <w:r>
              <w:rPr>
                <w:sz w:val="18"/>
              </w:rPr>
              <w:t>-37.2006</w:t>
            </w:r>
          </w:p>
        </w:tc>
        <w:tc>
          <w:tcPr>
            <w:tcW w:w="1107" w:type="dxa"/>
          </w:tcPr>
          <w:p w14:paraId="44EBCFEB" w14:textId="77777777" w:rsidR="00540B47" w:rsidRDefault="00A32617">
            <w:r>
              <w:rPr>
                <w:sz w:val="18"/>
              </w:rPr>
              <w:t>-64.2868</w:t>
            </w:r>
          </w:p>
        </w:tc>
        <w:tc>
          <w:tcPr>
            <w:tcW w:w="1156" w:type="dxa"/>
          </w:tcPr>
          <w:p w14:paraId="259433E1" w14:textId="77777777" w:rsidR="00540B47" w:rsidRDefault="00A32617">
            <w:r>
              <w:rPr>
                <w:sz w:val="18"/>
              </w:rPr>
              <w:t>2022-09-27</w:t>
            </w:r>
          </w:p>
        </w:tc>
        <w:tc>
          <w:tcPr>
            <w:tcW w:w="727" w:type="dxa"/>
          </w:tcPr>
          <w:p w14:paraId="4196F97B" w14:textId="77777777" w:rsidR="00540B47" w:rsidRDefault="00A32617">
            <w:r>
              <w:rPr>
                <w:sz w:val="18"/>
              </w:rPr>
              <w:t>11:07</w:t>
            </w:r>
          </w:p>
        </w:tc>
        <w:tc>
          <w:tcPr>
            <w:tcW w:w="1561" w:type="dxa"/>
          </w:tcPr>
          <w:p w14:paraId="57EDCD1B" w14:textId="77777777" w:rsidR="00540B47" w:rsidRDefault="00A32617">
            <w:r>
              <w:rPr>
                <w:sz w:val="18"/>
              </w:rPr>
              <w:t>Agustin I. Casale</w:t>
            </w:r>
          </w:p>
        </w:tc>
      </w:tr>
      <w:tr w:rsidR="00540B47" w14:paraId="1C979DB9" w14:textId="77777777" w:rsidTr="00DD565D">
        <w:tc>
          <w:tcPr>
            <w:tcW w:w="942" w:type="dxa"/>
          </w:tcPr>
          <w:p w14:paraId="029A5259" w14:textId="77777777" w:rsidR="00540B47" w:rsidRDefault="00A32617">
            <w:r>
              <w:rPr>
                <w:sz w:val="18"/>
              </w:rPr>
              <w:t>3948</w:t>
            </w:r>
          </w:p>
        </w:tc>
        <w:tc>
          <w:tcPr>
            <w:tcW w:w="1156" w:type="dxa"/>
          </w:tcPr>
          <w:p w14:paraId="7555C964" w14:textId="77777777" w:rsidR="00540B47" w:rsidRDefault="00A32617">
            <w:r>
              <w:rPr>
                <w:sz w:val="18"/>
              </w:rPr>
              <w:t>MACN</w:t>
            </w:r>
          </w:p>
        </w:tc>
        <w:tc>
          <w:tcPr>
            <w:tcW w:w="1126" w:type="dxa"/>
          </w:tcPr>
          <w:p w14:paraId="771BEFD9" w14:textId="77777777" w:rsidR="00540B47" w:rsidRDefault="00A32617">
            <w:r>
              <w:rPr>
                <w:i/>
                <w:sz w:val="18"/>
              </w:rPr>
              <w:t>Z. capensis</w:t>
            </w:r>
          </w:p>
        </w:tc>
        <w:tc>
          <w:tcPr>
            <w:tcW w:w="977" w:type="dxa"/>
          </w:tcPr>
          <w:p w14:paraId="05CD459B" w14:textId="77777777" w:rsidR="00540B47" w:rsidRDefault="00A32617">
            <w:r>
              <w:rPr>
                <w:sz w:val="18"/>
              </w:rPr>
              <w:t>-37.1688</w:t>
            </w:r>
          </w:p>
        </w:tc>
        <w:tc>
          <w:tcPr>
            <w:tcW w:w="1107" w:type="dxa"/>
          </w:tcPr>
          <w:p w14:paraId="2EF402D5" w14:textId="77777777" w:rsidR="00540B47" w:rsidRDefault="00A32617">
            <w:r>
              <w:rPr>
                <w:sz w:val="18"/>
              </w:rPr>
              <w:t>-64.2872</w:t>
            </w:r>
          </w:p>
        </w:tc>
        <w:tc>
          <w:tcPr>
            <w:tcW w:w="1156" w:type="dxa"/>
          </w:tcPr>
          <w:p w14:paraId="621D6FB5" w14:textId="77777777" w:rsidR="00540B47" w:rsidRDefault="00A32617">
            <w:r>
              <w:rPr>
                <w:sz w:val="18"/>
              </w:rPr>
              <w:t>2025-11-16</w:t>
            </w:r>
          </w:p>
        </w:tc>
        <w:tc>
          <w:tcPr>
            <w:tcW w:w="727" w:type="dxa"/>
          </w:tcPr>
          <w:p w14:paraId="1E5353CA" w14:textId="77777777" w:rsidR="00540B47" w:rsidRDefault="00A32617">
            <w:r>
              <w:rPr>
                <w:sz w:val="18"/>
              </w:rPr>
              <w:t>11:04</w:t>
            </w:r>
          </w:p>
        </w:tc>
        <w:tc>
          <w:tcPr>
            <w:tcW w:w="1561" w:type="dxa"/>
          </w:tcPr>
          <w:p w14:paraId="7DC22879" w14:textId="77777777" w:rsidR="00540B47" w:rsidRDefault="00A32617">
            <w:r>
              <w:rPr>
                <w:sz w:val="18"/>
              </w:rPr>
              <w:t>Pablo L. Tubaro</w:t>
            </w:r>
          </w:p>
        </w:tc>
      </w:tr>
      <w:tr w:rsidR="00540B47" w14:paraId="0EAEC909" w14:textId="77777777" w:rsidTr="00DD565D">
        <w:tc>
          <w:tcPr>
            <w:tcW w:w="942" w:type="dxa"/>
          </w:tcPr>
          <w:p w14:paraId="7F8A8E1B" w14:textId="77777777" w:rsidR="00540B47" w:rsidRDefault="00A32617">
            <w:r>
              <w:rPr>
                <w:sz w:val="18"/>
              </w:rPr>
              <w:t>3949</w:t>
            </w:r>
          </w:p>
        </w:tc>
        <w:tc>
          <w:tcPr>
            <w:tcW w:w="1156" w:type="dxa"/>
          </w:tcPr>
          <w:p w14:paraId="017AA217" w14:textId="77777777" w:rsidR="00540B47" w:rsidRDefault="00A32617">
            <w:r>
              <w:rPr>
                <w:sz w:val="18"/>
              </w:rPr>
              <w:t>MACN</w:t>
            </w:r>
          </w:p>
        </w:tc>
        <w:tc>
          <w:tcPr>
            <w:tcW w:w="1126" w:type="dxa"/>
          </w:tcPr>
          <w:p w14:paraId="58A8FEA2" w14:textId="77777777" w:rsidR="00540B47" w:rsidRDefault="00A32617">
            <w:r>
              <w:rPr>
                <w:i/>
                <w:sz w:val="18"/>
              </w:rPr>
              <w:t>Z. capensis</w:t>
            </w:r>
          </w:p>
        </w:tc>
        <w:tc>
          <w:tcPr>
            <w:tcW w:w="977" w:type="dxa"/>
          </w:tcPr>
          <w:p w14:paraId="663D621E" w14:textId="77777777" w:rsidR="00540B47" w:rsidRDefault="00A32617">
            <w:r>
              <w:rPr>
                <w:sz w:val="18"/>
              </w:rPr>
              <w:t>-37.1688</w:t>
            </w:r>
          </w:p>
        </w:tc>
        <w:tc>
          <w:tcPr>
            <w:tcW w:w="1107" w:type="dxa"/>
          </w:tcPr>
          <w:p w14:paraId="5BEA1953" w14:textId="77777777" w:rsidR="00540B47" w:rsidRDefault="00A32617">
            <w:r>
              <w:rPr>
                <w:sz w:val="18"/>
              </w:rPr>
              <w:t>-64.2872</w:t>
            </w:r>
          </w:p>
        </w:tc>
        <w:tc>
          <w:tcPr>
            <w:tcW w:w="1156" w:type="dxa"/>
          </w:tcPr>
          <w:p w14:paraId="3EDA6BBB" w14:textId="77777777" w:rsidR="00540B47" w:rsidRDefault="00A32617">
            <w:r>
              <w:rPr>
                <w:sz w:val="18"/>
              </w:rPr>
              <w:t>2025-11-16</w:t>
            </w:r>
          </w:p>
        </w:tc>
        <w:tc>
          <w:tcPr>
            <w:tcW w:w="727" w:type="dxa"/>
          </w:tcPr>
          <w:p w14:paraId="5C63B1F5" w14:textId="77777777" w:rsidR="00540B47" w:rsidRDefault="00A32617">
            <w:r>
              <w:rPr>
                <w:sz w:val="18"/>
              </w:rPr>
              <w:t>11:06</w:t>
            </w:r>
          </w:p>
        </w:tc>
        <w:tc>
          <w:tcPr>
            <w:tcW w:w="1561" w:type="dxa"/>
          </w:tcPr>
          <w:p w14:paraId="77AEF9B7" w14:textId="77777777" w:rsidR="00540B47" w:rsidRDefault="00A32617">
            <w:r>
              <w:rPr>
                <w:sz w:val="18"/>
              </w:rPr>
              <w:t>Pablo L. Tubaro</w:t>
            </w:r>
          </w:p>
        </w:tc>
      </w:tr>
      <w:tr w:rsidR="00540B47" w14:paraId="3AD3C284" w14:textId="77777777" w:rsidTr="00DD565D">
        <w:tc>
          <w:tcPr>
            <w:tcW w:w="942" w:type="dxa"/>
          </w:tcPr>
          <w:p w14:paraId="626312F1" w14:textId="77777777" w:rsidR="00540B47" w:rsidRDefault="00A32617">
            <w:r>
              <w:rPr>
                <w:sz w:val="18"/>
              </w:rPr>
              <w:t>3950</w:t>
            </w:r>
          </w:p>
        </w:tc>
        <w:tc>
          <w:tcPr>
            <w:tcW w:w="1156" w:type="dxa"/>
          </w:tcPr>
          <w:p w14:paraId="0DDA9BFE" w14:textId="77777777" w:rsidR="00540B47" w:rsidRDefault="00A32617">
            <w:r>
              <w:rPr>
                <w:sz w:val="18"/>
              </w:rPr>
              <w:t>MACN</w:t>
            </w:r>
          </w:p>
        </w:tc>
        <w:tc>
          <w:tcPr>
            <w:tcW w:w="1126" w:type="dxa"/>
          </w:tcPr>
          <w:p w14:paraId="169F1D18" w14:textId="77777777" w:rsidR="00540B47" w:rsidRDefault="00A32617">
            <w:r>
              <w:rPr>
                <w:i/>
                <w:sz w:val="18"/>
              </w:rPr>
              <w:t>Z. capensis</w:t>
            </w:r>
          </w:p>
        </w:tc>
        <w:tc>
          <w:tcPr>
            <w:tcW w:w="977" w:type="dxa"/>
          </w:tcPr>
          <w:p w14:paraId="712BCF92" w14:textId="77777777" w:rsidR="00540B47" w:rsidRDefault="00A32617">
            <w:r>
              <w:rPr>
                <w:sz w:val="18"/>
              </w:rPr>
              <w:t>-37.0394</w:t>
            </w:r>
          </w:p>
        </w:tc>
        <w:tc>
          <w:tcPr>
            <w:tcW w:w="1107" w:type="dxa"/>
          </w:tcPr>
          <w:p w14:paraId="38C71A89" w14:textId="77777777" w:rsidR="00540B47" w:rsidRDefault="00A32617">
            <w:r>
              <w:rPr>
                <w:sz w:val="18"/>
              </w:rPr>
              <w:t>-64.2843</w:t>
            </w:r>
          </w:p>
        </w:tc>
        <w:tc>
          <w:tcPr>
            <w:tcW w:w="1156" w:type="dxa"/>
          </w:tcPr>
          <w:p w14:paraId="4951D568" w14:textId="77777777" w:rsidR="00540B47" w:rsidRDefault="00A32617">
            <w:r>
              <w:rPr>
                <w:sz w:val="18"/>
              </w:rPr>
              <w:t>2025-11-16</w:t>
            </w:r>
          </w:p>
        </w:tc>
        <w:tc>
          <w:tcPr>
            <w:tcW w:w="727" w:type="dxa"/>
          </w:tcPr>
          <w:p w14:paraId="6374D63D" w14:textId="77777777" w:rsidR="00540B47" w:rsidRDefault="00A32617">
            <w:r>
              <w:rPr>
                <w:sz w:val="18"/>
              </w:rPr>
              <w:t>11:26</w:t>
            </w:r>
          </w:p>
        </w:tc>
        <w:tc>
          <w:tcPr>
            <w:tcW w:w="1561" w:type="dxa"/>
          </w:tcPr>
          <w:p w14:paraId="144BCBBD" w14:textId="77777777" w:rsidR="00540B47" w:rsidRDefault="00A32617">
            <w:r>
              <w:rPr>
                <w:sz w:val="18"/>
              </w:rPr>
              <w:t>Pablo L. Tubaro</w:t>
            </w:r>
          </w:p>
        </w:tc>
      </w:tr>
      <w:tr w:rsidR="00540B47" w14:paraId="5E987A25" w14:textId="77777777" w:rsidTr="00DD565D">
        <w:tc>
          <w:tcPr>
            <w:tcW w:w="942" w:type="dxa"/>
          </w:tcPr>
          <w:p w14:paraId="68DA05E9" w14:textId="77777777" w:rsidR="00540B47" w:rsidRDefault="00A32617">
            <w:r>
              <w:rPr>
                <w:sz w:val="18"/>
              </w:rPr>
              <w:t>3951</w:t>
            </w:r>
          </w:p>
        </w:tc>
        <w:tc>
          <w:tcPr>
            <w:tcW w:w="1156" w:type="dxa"/>
          </w:tcPr>
          <w:p w14:paraId="0F21B22F" w14:textId="77777777" w:rsidR="00540B47" w:rsidRDefault="00A32617">
            <w:r>
              <w:rPr>
                <w:sz w:val="18"/>
              </w:rPr>
              <w:t>MACN</w:t>
            </w:r>
          </w:p>
        </w:tc>
        <w:tc>
          <w:tcPr>
            <w:tcW w:w="1126" w:type="dxa"/>
          </w:tcPr>
          <w:p w14:paraId="1ABD7631" w14:textId="77777777" w:rsidR="00540B47" w:rsidRDefault="00A32617">
            <w:r>
              <w:rPr>
                <w:i/>
                <w:sz w:val="18"/>
              </w:rPr>
              <w:t>Z. capensis</w:t>
            </w:r>
          </w:p>
        </w:tc>
        <w:tc>
          <w:tcPr>
            <w:tcW w:w="977" w:type="dxa"/>
          </w:tcPr>
          <w:p w14:paraId="716BE35B" w14:textId="77777777" w:rsidR="00540B47" w:rsidRDefault="00A32617">
            <w:r>
              <w:rPr>
                <w:sz w:val="18"/>
              </w:rPr>
              <w:t>-36.7020</w:t>
            </w:r>
          </w:p>
        </w:tc>
        <w:tc>
          <w:tcPr>
            <w:tcW w:w="1107" w:type="dxa"/>
          </w:tcPr>
          <w:p w14:paraId="52FE04AE" w14:textId="77777777" w:rsidR="00540B47" w:rsidRDefault="00A32617">
            <w:r>
              <w:rPr>
                <w:sz w:val="18"/>
              </w:rPr>
              <w:t>-64.2830</w:t>
            </w:r>
          </w:p>
        </w:tc>
        <w:tc>
          <w:tcPr>
            <w:tcW w:w="1156" w:type="dxa"/>
          </w:tcPr>
          <w:p w14:paraId="76067354" w14:textId="77777777" w:rsidR="00540B47" w:rsidRDefault="00A32617">
            <w:r>
              <w:rPr>
                <w:sz w:val="18"/>
              </w:rPr>
              <w:t>2025-11-16</w:t>
            </w:r>
          </w:p>
        </w:tc>
        <w:tc>
          <w:tcPr>
            <w:tcW w:w="727" w:type="dxa"/>
          </w:tcPr>
          <w:p w14:paraId="708361D6" w14:textId="77777777" w:rsidR="00540B47" w:rsidRDefault="00A32617">
            <w:r>
              <w:rPr>
                <w:sz w:val="18"/>
              </w:rPr>
              <w:t>11:55</w:t>
            </w:r>
          </w:p>
        </w:tc>
        <w:tc>
          <w:tcPr>
            <w:tcW w:w="1561" w:type="dxa"/>
          </w:tcPr>
          <w:p w14:paraId="7B4D468D" w14:textId="77777777" w:rsidR="00540B47" w:rsidRDefault="00A32617">
            <w:r>
              <w:rPr>
                <w:sz w:val="18"/>
              </w:rPr>
              <w:t>Pablo L. Tubaro</w:t>
            </w:r>
          </w:p>
        </w:tc>
      </w:tr>
      <w:tr w:rsidR="00540B47" w14:paraId="44BD038D" w14:textId="77777777" w:rsidTr="00DD565D">
        <w:tc>
          <w:tcPr>
            <w:tcW w:w="942" w:type="dxa"/>
          </w:tcPr>
          <w:p w14:paraId="1A92BF13" w14:textId="77777777" w:rsidR="00540B47" w:rsidRDefault="00A32617">
            <w:r>
              <w:rPr>
                <w:sz w:val="18"/>
              </w:rPr>
              <w:t>3952</w:t>
            </w:r>
          </w:p>
        </w:tc>
        <w:tc>
          <w:tcPr>
            <w:tcW w:w="1156" w:type="dxa"/>
          </w:tcPr>
          <w:p w14:paraId="0AB90962" w14:textId="77777777" w:rsidR="00540B47" w:rsidRDefault="00A32617">
            <w:r>
              <w:rPr>
                <w:sz w:val="18"/>
              </w:rPr>
              <w:t>MACN</w:t>
            </w:r>
          </w:p>
        </w:tc>
        <w:tc>
          <w:tcPr>
            <w:tcW w:w="1126" w:type="dxa"/>
          </w:tcPr>
          <w:p w14:paraId="77A9A108" w14:textId="77777777" w:rsidR="00540B47" w:rsidRDefault="00A32617">
            <w:r>
              <w:rPr>
                <w:i/>
                <w:sz w:val="18"/>
              </w:rPr>
              <w:t>Z. capensis</w:t>
            </w:r>
          </w:p>
        </w:tc>
        <w:tc>
          <w:tcPr>
            <w:tcW w:w="977" w:type="dxa"/>
          </w:tcPr>
          <w:p w14:paraId="4193A518" w14:textId="77777777" w:rsidR="00540B47" w:rsidRDefault="00A32617">
            <w:r>
              <w:rPr>
                <w:sz w:val="18"/>
              </w:rPr>
              <w:t>-36.7020</w:t>
            </w:r>
          </w:p>
        </w:tc>
        <w:tc>
          <w:tcPr>
            <w:tcW w:w="1107" w:type="dxa"/>
          </w:tcPr>
          <w:p w14:paraId="583166DA" w14:textId="77777777" w:rsidR="00540B47" w:rsidRDefault="00A32617">
            <w:r>
              <w:rPr>
                <w:sz w:val="18"/>
              </w:rPr>
              <w:t>-64.2830</w:t>
            </w:r>
          </w:p>
        </w:tc>
        <w:tc>
          <w:tcPr>
            <w:tcW w:w="1156" w:type="dxa"/>
          </w:tcPr>
          <w:p w14:paraId="7A43B0ED" w14:textId="77777777" w:rsidR="00540B47" w:rsidRDefault="00A32617">
            <w:r>
              <w:rPr>
                <w:sz w:val="18"/>
              </w:rPr>
              <w:t>2025-11-16</w:t>
            </w:r>
          </w:p>
        </w:tc>
        <w:tc>
          <w:tcPr>
            <w:tcW w:w="727" w:type="dxa"/>
          </w:tcPr>
          <w:p w14:paraId="11E77E58" w14:textId="77777777" w:rsidR="00540B47" w:rsidRDefault="00A32617">
            <w:r>
              <w:rPr>
                <w:sz w:val="18"/>
              </w:rPr>
              <w:t>11:57</w:t>
            </w:r>
          </w:p>
        </w:tc>
        <w:tc>
          <w:tcPr>
            <w:tcW w:w="1561" w:type="dxa"/>
          </w:tcPr>
          <w:p w14:paraId="78E6AE63" w14:textId="77777777" w:rsidR="00540B47" w:rsidRDefault="00A32617">
            <w:r>
              <w:rPr>
                <w:sz w:val="18"/>
              </w:rPr>
              <w:t>Pablo L. Tubaro</w:t>
            </w:r>
          </w:p>
        </w:tc>
      </w:tr>
      <w:tr w:rsidR="00540B47" w14:paraId="0C95AD19" w14:textId="77777777" w:rsidTr="00DD565D">
        <w:tc>
          <w:tcPr>
            <w:tcW w:w="942" w:type="dxa"/>
          </w:tcPr>
          <w:p w14:paraId="223E0E2B" w14:textId="77777777" w:rsidR="00540B47" w:rsidRDefault="00A32617">
            <w:r>
              <w:rPr>
                <w:sz w:val="18"/>
              </w:rPr>
              <w:t>3953</w:t>
            </w:r>
          </w:p>
        </w:tc>
        <w:tc>
          <w:tcPr>
            <w:tcW w:w="1156" w:type="dxa"/>
          </w:tcPr>
          <w:p w14:paraId="41B24836" w14:textId="77777777" w:rsidR="00540B47" w:rsidRDefault="00A32617">
            <w:r>
              <w:rPr>
                <w:sz w:val="18"/>
              </w:rPr>
              <w:t>MACN</w:t>
            </w:r>
          </w:p>
        </w:tc>
        <w:tc>
          <w:tcPr>
            <w:tcW w:w="1126" w:type="dxa"/>
          </w:tcPr>
          <w:p w14:paraId="6F89091F" w14:textId="77777777" w:rsidR="00540B47" w:rsidRDefault="00A32617">
            <w:r>
              <w:rPr>
                <w:i/>
                <w:sz w:val="18"/>
              </w:rPr>
              <w:t>Z. capensis</w:t>
            </w:r>
          </w:p>
        </w:tc>
        <w:tc>
          <w:tcPr>
            <w:tcW w:w="977" w:type="dxa"/>
          </w:tcPr>
          <w:p w14:paraId="772FCB5E" w14:textId="77777777" w:rsidR="00540B47" w:rsidRDefault="00A32617">
            <w:r>
              <w:rPr>
                <w:sz w:val="18"/>
              </w:rPr>
              <w:t>-36.7020</w:t>
            </w:r>
          </w:p>
        </w:tc>
        <w:tc>
          <w:tcPr>
            <w:tcW w:w="1107" w:type="dxa"/>
          </w:tcPr>
          <w:p w14:paraId="7F99BE92" w14:textId="77777777" w:rsidR="00540B47" w:rsidRDefault="00A32617">
            <w:r>
              <w:rPr>
                <w:sz w:val="18"/>
              </w:rPr>
              <w:t>-64.2830</w:t>
            </w:r>
          </w:p>
        </w:tc>
        <w:tc>
          <w:tcPr>
            <w:tcW w:w="1156" w:type="dxa"/>
          </w:tcPr>
          <w:p w14:paraId="4830D6C2" w14:textId="77777777" w:rsidR="00540B47" w:rsidRDefault="00A32617">
            <w:r>
              <w:rPr>
                <w:sz w:val="18"/>
              </w:rPr>
              <w:t>2025-11-16</w:t>
            </w:r>
          </w:p>
        </w:tc>
        <w:tc>
          <w:tcPr>
            <w:tcW w:w="727" w:type="dxa"/>
          </w:tcPr>
          <w:p w14:paraId="14ABA3BA" w14:textId="77777777" w:rsidR="00540B47" w:rsidRDefault="00A32617">
            <w:r>
              <w:rPr>
                <w:sz w:val="18"/>
              </w:rPr>
              <w:t>12:01</w:t>
            </w:r>
          </w:p>
        </w:tc>
        <w:tc>
          <w:tcPr>
            <w:tcW w:w="1561" w:type="dxa"/>
          </w:tcPr>
          <w:p w14:paraId="17B4C27B" w14:textId="77777777" w:rsidR="00540B47" w:rsidRDefault="00A32617">
            <w:r>
              <w:rPr>
                <w:sz w:val="18"/>
              </w:rPr>
              <w:t>Pablo L. Tubaro</w:t>
            </w:r>
          </w:p>
        </w:tc>
      </w:tr>
      <w:tr w:rsidR="00540B47" w14:paraId="39F87E55" w14:textId="77777777" w:rsidTr="00DD565D">
        <w:tc>
          <w:tcPr>
            <w:tcW w:w="942" w:type="dxa"/>
          </w:tcPr>
          <w:p w14:paraId="651E4556" w14:textId="77777777" w:rsidR="00540B47" w:rsidRDefault="00A32617">
            <w:r>
              <w:rPr>
                <w:sz w:val="18"/>
              </w:rPr>
              <w:t>3954</w:t>
            </w:r>
          </w:p>
        </w:tc>
        <w:tc>
          <w:tcPr>
            <w:tcW w:w="1156" w:type="dxa"/>
          </w:tcPr>
          <w:p w14:paraId="5556E95B" w14:textId="77777777" w:rsidR="00540B47" w:rsidRDefault="00A32617">
            <w:r>
              <w:rPr>
                <w:sz w:val="18"/>
              </w:rPr>
              <w:t>MACN</w:t>
            </w:r>
          </w:p>
        </w:tc>
        <w:tc>
          <w:tcPr>
            <w:tcW w:w="1126" w:type="dxa"/>
          </w:tcPr>
          <w:p w14:paraId="02431E3B" w14:textId="77777777" w:rsidR="00540B47" w:rsidRDefault="00A32617">
            <w:r>
              <w:rPr>
                <w:i/>
                <w:sz w:val="18"/>
              </w:rPr>
              <w:t>Z. capensis</w:t>
            </w:r>
          </w:p>
        </w:tc>
        <w:tc>
          <w:tcPr>
            <w:tcW w:w="977" w:type="dxa"/>
          </w:tcPr>
          <w:p w14:paraId="63EB6C90" w14:textId="77777777" w:rsidR="00540B47" w:rsidRDefault="00A32617">
            <w:r>
              <w:rPr>
                <w:sz w:val="18"/>
              </w:rPr>
              <w:t>-36.7020</w:t>
            </w:r>
          </w:p>
        </w:tc>
        <w:tc>
          <w:tcPr>
            <w:tcW w:w="1107" w:type="dxa"/>
          </w:tcPr>
          <w:p w14:paraId="59B0B3D2" w14:textId="77777777" w:rsidR="00540B47" w:rsidRDefault="00A32617">
            <w:r>
              <w:rPr>
                <w:sz w:val="18"/>
              </w:rPr>
              <w:t>-64.2830</w:t>
            </w:r>
          </w:p>
        </w:tc>
        <w:tc>
          <w:tcPr>
            <w:tcW w:w="1156" w:type="dxa"/>
          </w:tcPr>
          <w:p w14:paraId="6AEF5228" w14:textId="77777777" w:rsidR="00540B47" w:rsidRDefault="00A32617">
            <w:r>
              <w:rPr>
                <w:sz w:val="18"/>
              </w:rPr>
              <w:t>2025-11-16</w:t>
            </w:r>
          </w:p>
        </w:tc>
        <w:tc>
          <w:tcPr>
            <w:tcW w:w="727" w:type="dxa"/>
          </w:tcPr>
          <w:p w14:paraId="7A2FC4AF" w14:textId="77777777" w:rsidR="00540B47" w:rsidRDefault="00A32617">
            <w:r>
              <w:rPr>
                <w:sz w:val="18"/>
              </w:rPr>
              <w:t>12:06</w:t>
            </w:r>
          </w:p>
        </w:tc>
        <w:tc>
          <w:tcPr>
            <w:tcW w:w="1561" w:type="dxa"/>
          </w:tcPr>
          <w:p w14:paraId="15996D08" w14:textId="77777777" w:rsidR="00540B47" w:rsidRDefault="00A32617">
            <w:r>
              <w:rPr>
                <w:sz w:val="18"/>
              </w:rPr>
              <w:t>Pablo L. Tubaro</w:t>
            </w:r>
          </w:p>
        </w:tc>
      </w:tr>
      <w:tr w:rsidR="00540B47" w14:paraId="5B4BB71F" w14:textId="77777777" w:rsidTr="00DD565D">
        <w:tc>
          <w:tcPr>
            <w:tcW w:w="942" w:type="dxa"/>
          </w:tcPr>
          <w:p w14:paraId="0D136616" w14:textId="77777777" w:rsidR="00540B47" w:rsidRDefault="00A32617">
            <w:r>
              <w:rPr>
                <w:sz w:val="18"/>
              </w:rPr>
              <w:t>3955</w:t>
            </w:r>
          </w:p>
        </w:tc>
        <w:tc>
          <w:tcPr>
            <w:tcW w:w="1156" w:type="dxa"/>
          </w:tcPr>
          <w:p w14:paraId="3C40205A" w14:textId="77777777" w:rsidR="00540B47" w:rsidRDefault="00A32617">
            <w:r>
              <w:rPr>
                <w:sz w:val="18"/>
              </w:rPr>
              <w:t>MACN</w:t>
            </w:r>
          </w:p>
        </w:tc>
        <w:tc>
          <w:tcPr>
            <w:tcW w:w="1126" w:type="dxa"/>
          </w:tcPr>
          <w:p w14:paraId="0325E5AE" w14:textId="77777777" w:rsidR="00540B47" w:rsidRDefault="00A32617">
            <w:r>
              <w:rPr>
                <w:i/>
                <w:sz w:val="18"/>
              </w:rPr>
              <w:t>Z. capensis</w:t>
            </w:r>
          </w:p>
        </w:tc>
        <w:tc>
          <w:tcPr>
            <w:tcW w:w="977" w:type="dxa"/>
          </w:tcPr>
          <w:p w14:paraId="5FE8F48A" w14:textId="77777777" w:rsidR="00540B47" w:rsidRDefault="00A32617">
            <w:r>
              <w:rPr>
                <w:sz w:val="18"/>
              </w:rPr>
              <w:t>-42.7840</w:t>
            </w:r>
          </w:p>
        </w:tc>
        <w:tc>
          <w:tcPr>
            <w:tcW w:w="1107" w:type="dxa"/>
          </w:tcPr>
          <w:p w14:paraId="06FA320C" w14:textId="77777777" w:rsidR="00540B47" w:rsidRDefault="00A32617">
            <w:r>
              <w:rPr>
                <w:sz w:val="18"/>
              </w:rPr>
              <w:t>-65.0126</w:t>
            </w:r>
          </w:p>
        </w:tc>
        <w:tc>
          <w:tcPr>
            <w:tcW w:w="1156" w:type="dxa"/>
          </w:tcPr>
          <w:p w14:paraId="475EADA8" w14:textId="77777777" w:rsidR="00540B47" w:rsidRDefault="00A32617">
            <w:r>
              <w:rPr>
                <w:sz w:val="18"/>
              </w:rPr>
              <w:t>2022-09-25</w:t>
            </w:r>
          </w:p>
        </w:tc>
        <w:tc>
          <w:tcPr>
            <w:tcW w:w="727" w:type="dxa"/>
          </w:tcPr>
          <w:p w14:paraId="1638E1D2" w14:textId="77777777" w:rsidR="00540B47" w:rsidRDefault="00A32617">
            <w:r>
              <w:rPr>
                <w:sz w:val="18"/>
              </w:rPr>
              <w:t>---</w:t>
            </w:r>
          </w:p>
        </w:tc>
        <w:tc>
          <w:tcPr>
            <w:tcW w:w="1561" w:type="dxa"/>
          </w:tcPr>
          <w:p w14:paraId="1F3BFC53" w14:textId="77777777" w:rsidR="00540B47" w:rsidRDefault="00A32617">
            <w:r>
              <w:rPr>
                <w:sz w:val="18"/>
              </w:rPr>
              <w:t>Pablo L. Tubaro</w:t>
            </w:r>
          </w:p>
        </w:tc>
      </w:tr>
      <w:tr w:rsidR="00540B47" w14:paraId="27F64268" w14:textId="77777777" w:rsidTr="00DD565D">
        <w:tc>
          <w:tcPr>
            <w:tcW w:w="942" w:type="dxa"/>
          </w:tcPr>
          <w:p w14:paraId="02BCF83B" w14:textId="77777777" w:rsidR="00540B47" w:rsidRDefault="00A32617">
            <w:r>
              <w:rPr>
                <w:sz w:val="18"/>
              </w:rPr>
              <w:t>3956</w:t>
            </w:r>
          </w:p>
        </w:tc>
        <w:tc>
          <w:tcPr>
            <w:tcW w:w="1156" w:type="dxa"/>
          </w:tcPr>
          <w:p w14:paraId="268BAC5A" w14:textId="77777777" w:rsidR="00540B47" w:rsidRDefault="00A32617">
            <w:r>
              <w:rPr>
                <w:sz w:val="18"/>
              </w:rPr>
              <w:t>MACN</w:t>
            </w:r>
          </w:p>
        </w:tc>
        <w:tc>
          <w:tcPr>
            <w:tcW w:w="1126" w:type="dxa"/>
          </w:tcPr>
          <w:p w14:paraId="575FC606" w14:textId="77777777" w:rsidR="00540B47" w:rsidRDefault="00A32617">
            <w:r>
              <w:rPr>
                <w:i/>
                <w:sz w:val="18"/>
              </w:rPr>
              <w:t>Z. capensis</w:t>
            </w:r>
          </w:p>
        </w:tc>
        <w:tc>
          <w:tcPr>
            <w:tcW w:w="977" w:type="dxa"/>
          </w:tcPr>
          <w:p w14:paraId="103CB00C" w14:textId="77777777" w:rsidR="00540B47" w:rsidRDefault="00A32617">
            <w:r>
              <w:rPr>
                <w:sz w:val="18"/>
              </w:rPr>
              <w:t>-42.7840</w:t>
            </w:r>
          </w:p>
        </w:tc>
        <w:tc>
          <w:tcPr>
            <w:tcW w:w="1107" w:type="dxa"/>
          </w:tcPr>
          <w:p w14:paraId="033A6400" w14:textId="77777777" w:rsidR="00540B47" w:rsidRDefault="00A32617">
            <w:r>
              <w:rPr>
                <w:sz w:val="18"/>
              </w:rPr>
              <w:t>-65.0126</w:t>
            </w:r>
          </w:p>
        </w:tc>
        <w:tc>
          <w:tcPr>
            <w:tcW w:w="1156" w:type="dxa"/>
          </w:tcPr>
          <w:p w14:paraId="721B0AD8" w14:textId="77777777" w:rsidR="00540B47" w:rsidRDefault="00A32617">
            <w:r>
              <w:rPr>
                <w:sz w:val="18"/>
              </w:rPr>
              <w:t>2022-09-26</w:t>
            </w:r>
          </w:p>
        </w:tc>
        <w:tc>
          <w:tcPr>
            <w:tcW w:w="727" w:type="dxa"/>
          </w:tcPr>
          <w:p w14:paraId="127BFF2E" w14:textId="77777777" w:rsidR="00540B47" w:rsidRDefault="00A32617">
            <w:r>
              <w:rPr>
                <w:sz w:val="18"/>
              </w:rPr>
              <w:t>---</w:t>
            </w:r>
          </w:p>
        </w:tc>
        <w:tc>
          <w:tcPr>
            <w:tcW w:w="1561" w:type="dxa"/>
          </w:tcPr>
          <w:p w14:paraId="39F931BF" w14:textId="77777777" w:rsidR="00540B47" w:rsidRDefault="00A32617">
            <w:r>
              <w:rPr>
                <w:sz w:val="18"/>
              </w:rPr>
              <w:t>Pablo L. Tubaro</w:t>
            </w:r>
          </w:p>
        </w:tc>
      </w:tr>
      <w:tr w:rsidR="00540B47" w14:paraId="604552C0" w14:textId="77777777" w:rsidTr="00DD565D">
        <w:tc>
          <w:tcPr>
            <w:tcW w:w="942" w:type="dxa"/>
          </w:tcPr>
          <w:p w14:paraId="2D5E5757" w14:textId="77777777" w:rsidR="00540B47" w:rsidRDefault="00A32617">
            <w:r>
              <w:rPr>
                <w:sz w:val="18"/>
              </w:rPr>
              <w:t>3957</w:t>
            </w:r>
          </w:p>
        </w:tc>
        <w:tc>
          <w:tcPr>
            <w:tcW w:w="1156" w:type="dxa"/>
          </w:tcPr>
          <w:p w14:paraId="174969FE" w14:textId="77777777" w:rsidR="00540B47" w:rsidRDefault="00A32617">
            <w:r>
              <w:rPr>
                <w:sz w:val="18"/>
              </w:rPr>
              <w:t>MACN</w:t>
            </w:r>
          </w:p>
        </w:tc>
        <w:tc>
          <w:tcPr>
            <w:tcW w:w="1126" w:type="dxa"/>
          </w:tcPr>
          <w:p w14:paraId="7673F064" w14:textId="77777777" w:rsidR="00540B47" w:rsidRDefault="00A32617">
            <w:r>
              <w:rPr>
                <w:i/>
                <w:sz w:val="18"/>
              </w:rPr>
              <w:t>Z. capensis</w:t>
            </w:r>
          </w:p>
        </w:tc>
        <w:tc>
          <w:tcPr>
            <w:tcW w:w="977" w:type="dxa"/>
          </w:tcPr>
          <w:p w14:paraId="58DA123B" w14:textId="77777777" w:rsidR="00540B47" w:rsidRDefault="00A32617">
            <w:r>
              <w:rPr>
                <w:sz w:val="18"/>
              </w:rPr>
              <w:t>-42.7840</w:t>
            </w:r>
          </w:p>
        </w:tc>
        <w:tc>
          <w:tcPr>
            <w:tcW w:w="1107" w:type="dxa"/>
          </w:tcPr>
          <w:p w14:paraId="40FA3C79" w14:textId="77777777" w:rsidR="00540B47" w:rsidRDefault="00A32617">
            <w:r>
              <w:rPr>
                <w:sz w:val="18"/>
              </w:rPr>
              <w:t>-65.0126</w:t>
            </w:r>
          </w:p>
        </w:tc>
        <w:tc>
          <w:tcPr>
            <w:tcW w:w="1156" w:type="dxa"/>
          </w:tcPr>
          <w:p w14:paraId="5AEEBC08" w14:textId="77777777" w:rsidR="00540B47" w:rsidRDefault="00A32617">
            <w:r>
              <w:rPr>
                <w:sz w:val="18"/>
              </w:rPr>
              <w:t>2022-09-27</w:t>
            </w:r>
          </w:p>
        </w:tc>
        <w:tc>
          <w:tcPr>
            <w:tcW w:w="727" w:type="dxa"/>
          </w:tcPr>
          <w:p w14:paraId="13B06317" w14:textId="77777777" w:rsidR="00540B47" w:rsidRDefault="00A32617">
            <w:r>
              <w:rPr>
                <w:sz w:val="18"/>
              </w:rPr>
              <w:t>---</w:t>
            </w:r>
          </w:p>
        </w:tc>
        <w:tc>
          <w:tcPr>
            <w:tcW w:w="1561" w:type="dxa"/>
          </w:tcPr>
          <w:p w14:paraId="70D61735" w14:textId="77777777" w:rsidR="00540B47" w:rsidRDefault="00A32617">
            <w:r>
              <w:rPr>
                <w:sz w:val="18"/>
              </w:rPr>
              <w:t>Pablo L. Tubaro</w:t>
            </w:r>
          </w:p>
        </w:tc>
      </w:tr>
    </w:tbl>
    <w:p w14:paraId="5E846B63" w14:textId="77777777" w:rsidR="00540B47" w:rsidRDefault="00A32617">
      <w:r>
        <w:br w:type="page"/>
      </w:r>
    </w:p>
    <w:p w14:paraId="1918946D" w14:textId="77777777" w:rsidR="00540B47" w:rsidRDefault="00A32617">
      <w:pPr>
        <w:jc w:val="center"/>
      </w:pPr>
      <w:r>
        <w:rPr>
          <w:noProof/>
        </w:rPr>
        <w:lastRenderedPageBreak/>
        <w:drawing>
          <wp:inline distT="0" distB="0" distL="0" distR="0" wp14:anchorId="521C4E62" wp14:editId="22F7D4F4">
            <wp:extent cx="3299268" cy="486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00.jpg"/>
                    <pic:cNvPicPr/>
                  </pic:nvPicPr>
                  <pic:blipFill>
                    <a:blip r:embed="rId6"/>
                    <a:stretch>
                      <a:fillRect/>
                    </a:stretch>
                  </pic:blipFill>
                  <pic:spPr>
                    <a:xfrm>
                      <a:off x="0" y="0"/>
                      <a:ext cx="3299268" cy="4860000"/>
                    </a:xfrm>
                    <a:prstGeom prst="rect">
                      <a:avLst/>
                    </a:prstGeom>
                  </pic:spPr>
                </pic:pic>
              </a:graphicData>
            </a:graphic>
          </wp:inline>
        </w:drawing>
      </w:r>
    </w:p>
    <w:p w14:paraId="5F02DCCF" w14:textId="77777777" w:rsidR="00540B47" w:rsidRDefault="00A32617">
      <w:r>
        <w:rPr>
          <w:b/>
        </w:rPr>
        <w:t xml:space="preserve">Fig. S1. </w:t>
      </w:r>
      <w:r>
        <w:t xml:space="preserve">Map of the study area and sampling locations for </w:t>
      </w:r>
      <w:r>
        <w:rPr>
          <w:i/>
        </w:rPr>
        <w:t>Zonotrichia capensis</w:t>
      </w:r>
      <w:r>
        <w:t xml:space="preserve"> songs along eastern Patagonia, from Santa Rosa, in La Pampa province, to Monte León National Park, in Santa Cruz province. Colors indicate the different ecoregions (following Morello et al. 2012) within the study area: Pampas (orange), Espinal (green), Monte of Plains and Plateaus (yellow), and Patagonian Steppe (purple). The inset map displays the location of the study area within Argentina.</w:t>
      </w:r>
    </w:p>
    <w:sectPr w:rsidR="00540B47" w:rsidSect="00DD565D">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91391766">
    <w:abstractNumId w:val="8"/>
  </w:num>
  <w:num w:numId="2" w16cid:durableId="42408305">
    <w:abstractNumId w:val="6"/>
  </w:num>
  <w:num w:numId="3" w16cid:durableId="573320414">
    <w:abstractNumId w:val="5"/>
  </w:num>
  <w:num w:numId="4" w16cid:durableId="1045181931">
    <w:abstractNumId w:val="4"/>
  </w:num>
  <w:num w:numId="5" w16cid:durableId="1625191150">
    <w:abstractNumId w:val="7"/>
  </w:num>
  <w:num w:numId="6" w16cid:durableId="853955407">
    <w:abstractNumId w:val="3"/>
  </w:num>
  <w:num w:numId="7" w16cid:durableId="861476021">
    <w:abstractNumId w:val="2"/>
  </w:num>
  <w:num w:numId="8" w16cid:durableId="1150823989">
    <w:abstractNumId w:val="1"/>
  </w:num>
  <w:num w:numId="9" w16cid:durableId="185680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40B47"/>
    <w:rsid w:val="007A7463"/>
    <w:rsid w:val="00AA1D8D"/>
    <w:rsid w:val="00B47730"/>
    <w:rsid w:val="00CB0664"/>
    <w:rsid w:val="00DD565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E5AC57A-B78F-40CB-964A-D185C9F48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5652</Words>
  <Characters>32218</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37795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Lucia Mentesana</cp:lastModifiedBy>
  <cp:revision>2</cp:revision>
  <dcterms:created xsi:type="dcterms:W3CDTF">2013-12-23T23:15:00Z</dcterms:created>
  <dcterms:modified xsi:type="dcterms:W3CDTF">2026-09-25T10:09:00Z</dcterms:modified>
  <cp:category/>
</cp:coreProperties>
</file>